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80"/>
        <w:jc w:val="center"/>
      </w:pPr>
      <w:r>
        <w:rPr>
          <w:b/>
          <w:color w:val="1A56DB"/>
          <w:sz w:val="48"/>
        </w:rPr>
        <w:t>5. Sınıf KGS-2 İngilizce</w:t>
      </w:r>
    </w:p>
    <w:p>
      <w:pPr>
        <w:spacing w:after="80"/>
        <w:jc w:val="center"/>
      </w:pPr>
      <w:r>
        <w:rPr>
          <w:b/>
          <w:color w:val="1A56DB"/>
          <w:sz w:val="40"/>
        </w:rPr>
        <w:t>Trik Noktalı Zor Test</w:t>
      </w:r>
    </w:p>
    <w:p/>
    <w:p>
      <w:pPr>
        <w:spacing w:after="240"/>
        <w:jc w:val="center"/>
      </w:pPr>
      <w:r>
        <w:rPr>
          <w:color w:val="555555"/>
          <w:sz w:val="24"/>
        </w:rPr>
        <w:t>Kapsam: Ünite 5–9 (Weather, Senses, Eating Out, Healthy Life, Places to Visit)</w:t>
      </w:r>
    </w:p>
    <w:p>
      <w:pPr>
        <w:spacing w:after="240"/>
        <w:jc w:val="center"/>
      </w:pPr>
      <w:r>
        <w:rPr>
          <w:color w:val="555555"/>
          <w:sz w:val="24"/>
        </w:rPr>
        <w:t>50 Soru • 60 Dakika • 4 Seçenekli (A/B/C/D)</w:t>
      </w:r>
    </w:p>
    <w:p>
      <w:pPr>
        <w:spacing w:after="240"/>
        <w:jc w:val="center"/>
      </w:pPr>
      <w:r>
        <w:rPr>
          <w:color w:val="555555"/>
          <w:sz w:val="24"/>
        </w:rPr>
        <w:t>Her soruda en az bir trik çeldirici bulunur.</w:t>
      </w:r>
    </w:p>
    <w:p/>
    <w:p>
      <w:pPr>
        <w:jc w:val="center"/>
      </w:pPr>
      <w:r>
        <w:rPr>
          <w:color w:val="888888"/>
          <w:sz w:val="20"/>
        </w:rPr>
        <w:t>Eduvia KGS Hazırlık Merkezi • Serdarlı, KKTC</w:t>
      </w:r>
    </w:p>
    <w:p>
      <w:r>
        <w:br w:type="page"/>
      </w:r>
    </w:p>
    <w:p>
      <w:r>
        <w:rPr>
          <w:b/>
          <w:sz w:val="24"/>
        </w:rPr>
        <w:t xml:space="preserve">Adı Soyadı: </w:t>
      </w:r>
      <w:r>
        <w:rPr>
          <w:sz w:val="24"/>
        </w:rPr>
        <w:t>__________________________________________________</w:t>
      </w:r>
    </w:p>
    <w:p>
      <w:r>
        <w:rPr>
          <w:b/>
          <w:sz w:val="24"/>
        </w:rPr>
        <w:t xml:space="preserve">Tarih: </w:t>
      </w:r>
      <w:r>
        <w:rPr>
          <w:sz w:val="24"/>
        </w:rPr>
        <w:t>____________________</w:t>
      </w:r>
      <w:r>
        <w:t xml:space="preserve">     </w:t>
      </w:r>
      <w:r>
        <w:rPr>
          <w:sz w:val="22"/>
        </w:rPr>
        <w:t>Süre: 60 dakika</w:t>
      </w:r>
    </w:p>
    <w:p>
      <w:pPr>
        <w:spacing w:after="80"/>
      </w:pPr>
      <w:r>
        <w:rPr>
          <w:b/>
          <w:color w:val="CC3333"/>
          <w:sz w:val="20"/>
        </w:rPr>
        <w:t xml:space="preserve">Uyarı: </w:t>
      </w:r>
      <w:r>
        <w:rPr>
          <w:i/>
          <w:sz w:val="20"/>
        </w:rPr>
        <w:t>Tüm sorular dikkatlice okunmalıdır. Her soruda en az bir çeldirici (tuzak) bulunmaktadır.</w:t>
      </w:r>
    </w:p>
    <w:p>
      <w:pPr>
        <w:spacing w:before="40" w:after="40"/>
        <w:pBdr>
          <w:bottom w:val="single" w:sz="4" w:space="1" w:color="CCCCCC"/>
        </w:pBdr>
      </w:pPr>
    </w:p>
    <w:p/>
    <w:p>
      <w:pPr>
        <w:spacing w:before="320" w:after="160"/>
      </w:pPr>
      <w:r>
        <w:rPr>
          <w:b/>
          <w:color w:val="1A56DB"/>
          <w:sz w:val="28"/>
        </w:rPr>
        <w:t>BÖLÜM 1: Grammar &amp; Vocabulary (Soru 1–30)</w:t>
      </w:r>
    </w:p>
    <w:p>
      <w:pPr>
        <w:spacing w:after="40"/>
      </w:pPr>
      <w:r>
        <w:rPr>
          <w:b/>
          <w:sz w:val="22"/>
        </w:rPr>
        <w:t xml:space="preserve">1. </w:t>
      </w:r>
      <w:r>
        <w:rPr>
          <w:sz w:val="22"/>
        </w:rPr>
        <w:t>A: ______ you at the concert last night?</w:t>
        <w:br/>
        <w:t xml:space="preserve">    B: No, I ______ at home because I was sick.</w:t>
      </w:r>
    </w:p>
    <w:p>
      <w:pPr>
        <w:spacing w:after="200"/>
        <w:ind w:left="567"/>
      </w:pPr>
      <w:r>
        <w:rPr>
          <w:sz w:val="22"/>
        </w:rPr>
        <w:t>A) Were / was</w:t>
      </w:r>
      <w:r>
        <w:rPr>
          <w:sz w:val="22"/>
        </w:rPr>
        <w:t xml:space="preserve">     </w:t>
      </w:r>
      <w:r>
        <w:rPr>
          <w:sz w:val="22"/>
        </w:rPr>
        <w:t>B) Did / was</w:t>
      </w:r>
      <w:r>
        <w:rPr>
          <w:sz w:val="22"/>
        </w:rPr>
        <w:t xml:space="preserve">     </w:t>
      </w:r>
      <w:r>
        <w:rPr>
          <w:sz w:val="22"/>
        </w:rPr>
        <w:t>C) Was / were</w:t>
      </w:r>
      <w:r>
        <w:rPr>
          <w:sz w:val="22"/>
        </w:rPr>
        <w:t xml:space="preserve">     </w:t>
      </w:r>
      <w:r>
        <w:rPr>
          <w:sz w:val="22"/>
        </w:rPr>
        <w:t>D) Were / were</w:t>
      </w:r>
    </w:p>
    <w:p>
      <w:pPr>
        <w:spacing w:after="40"/>
      </w:pPr>
      <w:r>
        <w:rPr>
          <w:b/>
          <w:sz w:val="22"/>
        </w:rPr>
        <w:t xml:space="preserve">2. </w:t>
      </w:r>
      <w:r>
        <w:rPr>
          <w:sz w:val="22"/>
        </w:rPr>
        <w:t>My brother ______ breakfast this morning but he ______ a big lunch.</w:t>
      </w:r>
    </w:p>
    <w:p>
      <w:pPr>
        <w:spacing w:after="200"/>
        <w:ind w:left="567"/>
      </w:pPr>
      <w:r>
        <w:rPr>
          <w:sz w:val="22"/>
        </w:rPr>
        <w:t>A) didn't eat / ate</w:t>
      </w:r>
      <w:r>
        <w:rPr>
          <w:sz w:val="22"/>
        </w:rPr>
        <w:t xml:space="preserve">     </w:t>
      </w:r>
      <w:r>
        <w:rPr>
          <w:sz w:val="22"/>
        </w:rPr>
        <w:t>B) didn't ate / ate</w:t>
      </w:r>
      <w:r>
        <w:rPr>
          <w:sz w:val="22"/>
        </w:rPr>
        <w:t xml:space="preserve">     </w:t>
      </w:r>
      <w:r>
        <w:rPr>
          <w:sz w:val="22"/>
        </w:rPr>
        <w:t>C) didn't eat / eat</w:t>
      </w:r>
      <w:r>
        <w:rPr>
          <w:sz w:val="22"/>
        </w:rPr>
        <w:t xml:space="preserve">     </w:t>
      </w:r>
      <w:r>
        <w:rPr>
          <w:sz w:val="22"/>
        </w:rPr>
        <w:t>D) don't eat / ate</w:t>
      </w:r>
    </w:p>
    <w:p>
      <w:pPr>
        <w:spacing w:after="40"/>
      </w:pPr>
      <w:r>
        <w:rPr>
          <w:b/>
          <w:sz w:val="22"/>
        </w:rPr>
        <w:t xml:space="preserve">3. </w:t>
      </w:r>
      <w:r>
        <w:rPr>
          <w:sz w:val="22"/>
        </w:rPr>
        <w:t>There ______ a lot of people at the party last Saturday.</w:t>
      </w:r>
    </w:p>
    <w:p>
      <w:pPr>
        <w:spacing w:after="200"/>
        <w:ind w:left="567"/>
      </w:pPr>
      <w:r>
        <w:rPr>
          <w:sz w:val="22"/>
        </w:rPr>
        <w:t>A) was</w:t>
      </w:r>
      <w:r>
        <w:rPr>
          <w:sz w:val="22"/>
        </w:rPr>
        <w:t xml:space="preserve">     </w:t>
      </w:r>
      <w:r>
        <w:rPr>
          <w:sz w:val="22"/>
        </w:rPr>
        <w:t>B) were</w:t>
      </w:r>
      <w:r>
        <w:rPr>
          <w:sz w:val="22"/>
        </w:rPr>
        <w:t xml:space="preserve">     </w:t>
      </w:r>
      <w:r>
        <w:rPr>
          <w:sz w:val="22"/>
        </w:rPr>
        <w:t>C) is</w:t>
      </w:r>
      <w:r>
        <w:rPr>
          <w:sz w:val="22"/>
        </w:rPr>
        <w:t xml:space="preserve">     </w:t>
      </w:r>
      <w:r>
        <w:rPr>
          <w:sz w:val="22"/>
        </w:rPr>
        <w:t>D) are</w:t>
      </w:r>
    </w:p>
    <w:p>
      <w:pPr>
        <w:spacing w:after="40"/>
      </w:pPr>
      <w:r>
        <w:rPr>
          <w:b/>
          <w:sz w:val="22"/>
        </w:rPr>
        <w:t xml:space="preserve">4. </w:t>
      </w:r>
      <w:r>
        <w:rPr>
          <w:sz w:val="22"/>
        </w:rPr>
        <w:t>How ______ milk do we need for the cake?</w:t>
      </w:r>
    </w:p>
    <w:p>
      <w:pPr>
        <w:spacing w:after="200"/>
        <w:ind w:left="567"/>
      </w:pPr>
      <w:r>
        <w:rPr>
          <w:sz w:val="22"/>
        </w:rPr>
        <w:t>A) many</w:t>
      </w:r>
      <w:r>
        <w:rPr>
          <w:sz w:val="22"/>
        </w:rPr>
        <w:t xml:space="preserve">     </w:t>
      </w:r>
      <w:r>
        <w:rPr>
          <w:sz w:val="22"/>
        </w:rPr>
        <w:t>B) much</w:t>
      </w:r>
      <w:r>
        <w:rPr>
          <w:sz w:val="22"/>
        </w:rPr>
        <w:t xml:space="preserve">     </w:t>
      </w:r>
      <w:r>
        <w:rPr>
          <w:sz w:val="22"/>
        </w:rPr>
        <w:t>C) any</w:t>
      </w:r>
      <w:r>
        <w:rPr>
          <w:sz w:val="22"/>
        </w:rPr>
        <w:t xml:space="preserve">     </w:t>
      </w:r>
      <w:r>
        <w:rPr>
          <w:sz w:val="22"/>
        </w:rPr>
        <w:t>D) some</w:t>
      </w:r>
    </w:p>
    <w:p>
      <w:pPr>
        <w:spacing w:after="40"/>
      </w:pPr>
      <w:r>
        <w:rPr>
          <w:b/>
          <w:sz w:val="22"/>
        </w:rPr>
        <w:t xml:space="preserve">5. </w:t>
      </w:r>
      <w:r>
        <w:rPr>
          <w:sz w:val="22"/>
        </w:rPr>
        <w:t>I ______ go to the cinema on weekdays, but last Friday I ______ a great film.</w:t>
      </w:r>
    </w:p>
    <w:p>
      <w:pPr>
        <w:spacing w:after="200"/>
        <w:ind w:left="567"/>
      </w:pPr>
      <w:r>
        <w:rPr>
          <w:sz w:val="22"/>
        </w:rPr>
        <w:t>A) didn't / see</w:t>
      </w:r>
      <w:r>
        <w:rPr>
          <w:sz w:val="22"/>
        </w:rPr>
        <w:t xml:space="preserve">     </w:t>
      </w:r>
      <w:r>
        <w:rPr>
          <w:sz w:val="22"/>
        </w:rPr>
        <w:t>B) don't / saw</w:t>
      </w:r>
      <w:r>
        <w:rPr>
          <w:sz w:val="22"/>
        </w:rPr>
        <w:t xml:space="preserve">     </w:t>
      </w:r>
      <w:r>
        <w:rPr>
          <w:sz w:val="22"/>
        </w:rPr>
        <w:t>C) didn't / saw</w:t>
      </w:r>
      <w:r>
        <w:rPr>
          <w:sz w:val="22"/>
        </w:rPr>
        <w:t xml:space="preserve">     </w:t>
      </w:r>
      <w:r>
        <w:rPr>
          <w:sz w:val="22"/>
        </w:rPr>
        <w:t>D) don't / see</w:t>
      </w:r>
    </w:p>
    <w:p>
      <w:pPr>
        <w:spacing w:after="40"/>
      </w:pPr>
      <w:r>
        <w:rPr>
          <w:b/>
          <w:sz w:val="22"/>
        </w:rPr>
        <w:t xml:space="preserve">6. </w:t>
      </w:r>
      <w:r>
        <w:rPr>
          <w:sz w:val="22"/>
        </w:rPr>
        <w:t>A: Can Tim cook well?</w:t>
        <w:br/>
        <w:t xml:space="preserve">    B: No, but he ______ learning now.</w:t>
      </w:r>
    </w:p>
    <w:p>
      <w:pPr>
        <w:spacing w:after="200"/>
        <w:ind w:left="567"/>
      </w:pPr>
      <w:r>
        <w:rPr>
          <w:sz w:val="22"/>
        </w:rPr>
        <w:t>A) can</w:t>
      </w:r>
      <w:r>
        <w:rPr>
          <w:sz w:val="22"/>
        </w:rPr>
        <w:t xml:space="preserve">     </w:t>
      </w:r>
      <w:r>
        <w:rPr>
          <w:sz w:val="22"/>
        </w:rPr>
        <w:t>B) is</w:t>
      </w:r>
      <w:r>
        <w:rPr>
          <w:sz w:val="22"/>
        </w:rPr>
        <w:t xml:space="preserve">     </w:t>
      </w:r>
      <w:r>
        <w:rPr>
          <w:sz w:val="22"/>
        </w:rPr>
        <w:t>C) does</w:t>
      </w:r>
      <w:r>
        <w:rPr>
          <w:sz w:val="22"/>
        </w:rPr>
        <w:t xml:space="preserve">     </w:t>
      </w:r>
      <w:r>
        <w:rPr>
          <w:sz w:val="22"/>
        </w:rPr>
        <w:t>D) has</w:t>
      </w:r>
    </w:p>
    <w:p>
      <w:pPr>
        <w:spacing w:after="40"/>
      </w:pPr>
      <w:r>
        <w:rPr>
          <w:b/>
          <w:sz w:val="22"/>
        </w:rPr>
        <w:t xml:space="preserve">7. </w:t>
      </w:r>
      <w:r>
        <w:rPr>
          <w:sz w:val="22"/>
        </w:rPr>
        <w:t>There isn't ______ cheese in the fridge, but there are ______ eggs.</w:t>
      </w:r>
    </w:p>
    <w:p>
      <w:pPr>
        <w:spacing w:after="200"/>
        <w:ind w:left="567"/>
      </w:pPr>
      <w:r>
        <w:rPr>
          <w:sz w:val="22"/>
        </w:rPr>
        <w:t>A) some / any</w:t>
      </w:r>
      <w:r>
        <w:rPr>
          <w:sz w:val="22"/>
        </w:rPr>
        <w:t xml:space="preserve">     </w:t>
      </w:r>
      <w:r>
        <w:rPr>
          <w:sz w:val="22"/>
        </w:rPr>
        <w:t>B) any / some</w:t>
      </w:r>
      <w:r>
        <w:rPr>
          <w:sz w:val="22"/>
        </w:rPr>
        <w:t xml:space="preserve">     </w:t>
      </w:r>
      <w:r>
        <w:rPr>
          <w:sz w:val="22"/>
        </w:rPr>
        <w:t>C) any / any</w:t>
      </w:r>
      <w:r>
        <w:rPr>
          <w:sz w:val="22"/>
        </w:rPr>
        <w:t xml:space="preserve">     </w:t>
      </w:r>
      <w:r>
        <w:rPr>
          <w:sz w:val="22"/>
        </w:rPr>
        <w:t>D) some / some</w:t>
      </w:r>
    </w:p>
    <w:p>
      <w:pPr>
        <w:spacing w:after="40"/>
      </w:pPr>
      <w:r>
        <w:rPr>
          <w:b/>
          <w:sz w:val="22"/>
        </w:rPr>
        <w:t xml:space="preserve">8. </w:t>
      </w:r>
      <w:r>
        <w:rPr>
          <w:sz w:val="22"/>
        </w:rPr>
        <w:t>I wanted to buy ______ at the market yesterday.</w:t>
      </w:r>
    </w:p>
    <w:p>
      <w:pPr>
        <w:spacing w:after="200"/>
        <w:ind w:left="567"/>
      </w:pPr>
      <w:r>
        <w:rPr>
          <w:sz w:val="22"/>
        </w:rPr>
        <w:t>A) any apples</w:t>
      </w:r>
      <w:r>
        <w:rPr>
          <w:sz w:val="22"/>
        </w:rPr>
        <w:t xml:space="preserve">     </w:t>
      </w:r>
      <w:r>
        <w:rPr>
          <w:sz w:val="22"/>
        </w:rPr>
        <w:t>B) some apple</w:t>
      </w:r>
      <w:r>
        <w:rPr>
          <w:sz w:val="22"/>
        </w:rPr>
        <w:t xml:space="preserve">     </w:t>
      </w:r>
      <w:r>
        <w:rPr>
          <w:sz w:val="22"/>
        </w:rPr>
        <w:t>C) some apples</w:t>
      </w:r>
      <w:r>
        <w:rPr>
          <w:sz w:val="22"/>
        </w:rPr>
        <w:t xml:space="preserve">     </w:t>
      </w:r>
      <w:r>
        <w:rPr>
          <w:sz w:val="22"/>
        </w:rPr>
        <w:t>D) much apples</w:t>
      </w:r>
    </w:p>
    <w:p>
      <w:pPr>
        <w:spacing w:after="40"/>
      </w:pPr>
      <w:r>
        <w:rPr>
          <w:b/>
          <w:sz w:val="22"/>
        </w:rPr>
        <w:t xml:space="preserve">9. </w:t>
      </w:r>
      <w:r>
        <w:rPr>
          <w:sz w:val="22"/>
        </w:rPr>
        <w:t>Last summer my family and I ______ to Antalya. We ______ a lot of historical places.</w:t>
      </w:r>
    </w:p>
    <w:p>
      <w:pPr>
        <w:spacing w:after="200"/>
        <w:ind w:left="567"/>
      </w:pPr>
      <w:r>
        <w:rPr>
          <w:sz w:val="22"/>
        </w:rPr>
        <w:t>A) go / visit</w:t>
      </w:r>
      <w:r>
        <w:rPr>
          <w:sz w:val="22"/>
        </w:rPr>
        <w:t xml:space="preserve">     </w:t>
      </w:r>
      <w:r>
        <w:rPr>
          <w:sz w:val="22"/>
        </w:rPr>
        <w:t>B) went / visited</w:t>
      </w:r>
      <w:r>
        <w:rPr>
          <w:sz w:val="22"/>
        </w:rPr>
        <w:t xml:space="preserve">     </w:t>
      </w:r>
      <w:r>
        <w:rPr>
          <w:sz w:val="22"/>
        </w:rPr>
        <w:t>C) went / visit</w:t>
      </w:r>
      <w:r>
        <w:rPr>
          <w:sz w:val="22"/>
        </w:rPr>
        <w:t xml:space="preserve">     </w:t>
      </w:r>
      <w:r>
        <w:rPr>
          <w:sz w:val="22"/>
        </w:rPr>
        <w:t>D) go / visited</w:t>
      </w:r>
    </w:p>
    <w:p>
      <w:pPr>
        <w:spacing w:after="40"/>
      </w:pPr>
      <w:r>
        <w:rPr>
          <w:b/>
          <w:sz w:val="22"/>
        </w:rPr>
        <w:t xml:space="preserve">10. </w:t>
      </w:r>
      <w:r>
        <w:rPr>
          <w:sz w:val="22"/>
        </w:rPr>
        <w:t>It is ______ today than it was yesterday.</w:t>
      </w:r>
    </w:p>
    <w:p>
      <w:pPr>
        <w:spacing w:after="200"/>
        <w:ind w:left="567"/>
      </w:pPr>
      <w:r>
        <w:rPr>
          <w:sz w:val="22"/>
        </w:rPr>
        <w:t>A) more cold</w:t>
      </w:r>
      <w:r>
        <w:rPr>
          <w:sz w:val="22"/>
        </w:rPr>
        <w:t xml:space="preserve">     </w:t>
      </w:r>
      <w:r>
        <w:rPr>
          <w:sz w:val="22"/>
        </w:rPr>
        <w:t>B) colder</w:t>
      </w:r>
      <w:r>
        <w:rPr>
          <w:sz w:val="22"/>
        </w:rPr>
        <w:t xml:space="preserve">     </w:t>
      </w:r>
      <w:r>
        <w:rPr>
          <w:sz w:val="22"/>
        </w:rPr>
        <w:t>C) coldest</w:t>
      </w:r>
      <w:r>
        <w:rPr>
          <w:sz w:val="22"/>
        </w:rPr>
        <w:t xml:space="preserve">     </w:t>
      </w:r>
      <w:r>
        <w:rPr>
          <w:sz w:val="22"/>
        </w:rPr>
        <w:t>D) cold</w:t>
      </w:r>
    </w:p>
    <w:p>
      <w:pPr>
        <w:spacing w:after="40"/>
      </w:pPr>
      <w:r>
        <w:rPr>
          <w:b/>
          <w:sz w:val="22"/>
        </w:rPr>
        <w:t xml:space="preserve">11. </w:t>
      </w:r>
      <w:r>
        <w:rPr>
          <w:sz w:val="22"/>
        </w:rPr>
        <w:t>My little sister ______ to the zoo yesterday. She ______ the monkeys very much.</w:t>
      </w:r>
    </w:p>
    <w:p>
      <w:pPr>
        <w:spacing w:after="200"/>
        <w:ind w:left="567"/>
      </w:pPr>
      <w:r>
        <w:rPr>
          <w:sz w:val="22"/>
        </w:rPr>
        <w:t>A) goes / loves</w:t>
      </w:r>
      <w:r>
        <w:rPr>
          <w:sz w:val="22"/>
        </w:rPr>
        <w:t xml:space="preserve">     </w:t>
      </w:r>
      <w:r>
        <w:rPr>
          <w:sz w:val="22"/>
        </w:rPr>
        <w:t>B) went / loved</w:t>
      </w:r>
      <w:r>
        <w:rPr>
          <w:sz w:val="22"/>
        </w:rPr>
        <w:t xml:space="preserve">     </w:t>
      </w:r>
      <w:r>
        <w:rPr>
          <w:sz w:val="22"/>
        </w:rPr>
        <w:t>C) go / love</w:t>
      </w:r>
      <w:r>
        <w:rPr>
          <w:sz w:val="22"/>
        </w:rPr>
        <w:t xml:space="preserve">     </w:t>
      </w:r>
      <w:r>
        <w:rPr>
          <w:sz w:val="22"/>
        </w:rPr>
        <w:t>D) went / love</w:t>
      </w:r>
    </w:p>
    <w:p>
      <w:pPr>
        <w:spacing w:after="40"/>
      </w:pPr>
      <w:r>
        <w:rPr>
          <w:b/>
          <w:sz w:val="22"/>
        </w:rPr>
        <w:t xml:space="preserve">12. </w:t>
      </w:r>
      <w:r>
        <w:rPr>
          <w:sz w:val="22"/>
        </w:rPr>
        <w:t>______ she ______ to finish her project last night?</w:t>
      </w:r>
    </w:p>
    <w:p>
      <w:pPr>
        <w:spacing w:after="200"/>
        <w:ind w:left="567"/>
      </w:pPr>
      <w:r>
        <w:rPr>
          <w:sz w:val="22"/>
        </w:rPr>
        <w:t>A) Did / managed</w:t>
      </w:r>
      <w:r>
        <w:rPr>
          <w:sz w:val="22"/>
        </w:rPr>
        <w:t xml:space="preserve">     </w:t>
      </w:r>
      <w:r>
        <w:rPr>
          <w:sz w:val="22"/>
        </w:rPr>
        <w:t>B) Did / manage</w:t>
      </w:r>
      <w:r>
        <w:rPr>
          <w:sz w:val="22"/>
        </w:rPr>
        <w:t xml:space="preserve">     </w:t>
      </w:r>
      <w:r>
        <w:rPr>
          <w:sz w:val="22"/>
        </w:rPr>
        <w:t>C) Was / manage</w:t>
      </w:r>
      <w:r>
        <w:rPr>
          <w:sz w:val="22"/>
        </w:rPr>
        <w:t xml:space="preserve">     </w:t>
      </w:r>
      <w:r>
        <w:rPr>
          <w:sz w:val="22"/>
        </w:rPr>
        <w:t>D) Does / manage</w:t>
      </w:r>
    </w:p>
    <w:p>
      <w:pPr>
        <w:spacing w:after="40"/>
      </w:pPr>
      <w:r>
        <w:rPr>
          <w:b/>
          <w:sz w:val="22"/>
        </w:rPr>
        <w:t xml:space="preserve">13. </w:t>
      </w:r>
      <w:r>
        <w:rPr>
          <w:sz w:val="22"/>
        </w:rPr>
        <w:t>How does this soup ______? It ______ delicious!</w:t>
      </w:r>
    </w:p>
    <w:p>
      <w:pPr>
        <w:spacing w:after="200"/>
        <w:ind w:left="567"/>
      </w:pPr>
      <w:r>
        <w:rPr>
          <w:sz w:val="22"/>
        </w:rPr>
        <w:t>A) taste / tastes</w:t>
      </w:r>
      <w:r>
        <w:rPr>
          <w:sz w:val="22"/>
        </w:rPr>
        <w:t xml:space="preserve">     </w:t>
      </w:r>
      <w:r>
        <w:rPr>
          <w:sz w:val="22"/>
        </w:rPr>
        <w:t>B) tastes / taste</w:t>
      </w:r>
      <w:r>
        <w:rPr>
          <w:sz w:val="22"/>
        </w:rPr>
        <w:t xml:space="preserve">     </w:t>
      </w:r>
      <w:r>
        <w:rPr>
          <w:sz w:val="22"/>
        </w:rPr>
        <w:t>C) taste / taste</w:t>
      </w:r>
      <w:r>
        <w:rPr>
          <w:sz w:val="22"/>
        </w:rPr>
        <w:t xml:space="preserve">     </w:t>
      </w:r>
      <w:r>
        <w:rPr>
          <w:sz w:val="22"/>
        </w:rPr>
        <w:t>D) tastes / tastes</w:t>
      </w:r>
    </w:p>
    <w:p>
      <w:pPr>
        <w:spacing w:after="40"/>
      </w:pPr>
      <w:r>
        <w:rPr>
          <w:b/>
          <w:sz w:val="22"/>
        </w:rPr>
        <w:t xml:space="preserve">14. </w:t>
      </w:r>
      <w:r>
        <w:rPr>
          <w:sz w:val="22"/>
        </w:rPr>
        <w:t>My grandfather ______ us interesting stories every night. Yesterday he ______ one about his childhood.</w:t>
      </w:r>
    </w:p>
    <w:p>
      <w:pPr>
        <w:spacing w:after="200"/>
        <w:ind w:left="567"/>
      </w:pPr>
      <w:r>
        <w:rPr>
          <w:sz w:val="22"/>
        </w:rPr>
        <w:t>A) tell / tell</w:t>
      </w:r>
      <w:r>
        <w:rPr>
          <w:sz w:val="22"/>
        </w:rPr>
        <w:t xml:space="preserve">     </w:t>
      </w:r>
      <w:r>
        <w:rPr>
          <w:sz w:val="22"/>
        </w:rPr>
        <w:t>B) tells / told</w:t>
      </w:r>
      <w:r>
        <w:rPr>
          <w:sz w:val="22"/>
        </w:rPr>
        <w:t xml:space="preserve">     </w:t>
      </w:r>
      <w:r>
        <w:rPr>
          <w:sz w:val="22"/>
        </w:rPr>
        <w:t>C) told / tells</w:t>
      </w:r>
      <w:r>
        <w:rPr>
          <w:sz w:val="22"/>
        </w:rPr>
        <w:t xml:space="preserve">     </w:t>
      </w:r>
      <w:r>
        <w:rPr>
          <w:sz w:val="22"/>
        </w:rPr>
        <w:t>D) tell / told</w:t>
      </w:r>
    </w:p>
    <w:p>
      <w:pPr>
        <w:spacing w:after="40"/>
      </w:pPr>
      <w:r>
        <w:rPr>
          <w:b/>
          <w:sz w:val="22"/>
        </w:rPr>
        <w:t xml:space="preserve">15. </w:t>
      </w:r>
      <w:r>
        <w:rPr>
          <w:sz w:val="22"/>
        </w:rPr>
        <w:t>A: ______ does your mother go to the supermarket?</w:t>
        <w:br/>
        <w:t xml:space="preserve">    B: She goes there twice a week.</w:t>
      </w:r>
    </w:p>
    <w:p>
      <w:pPr>
        <w:spacing w:after="200"/>
        <w:ind w:left="567"/>
      </w:pPr>
      <w:r>
        <w:rPr>
          <w:sz w:val="22"/>
        </w:rPr>
        <w:t>A) How much</w:t>
      </w:r>
      <w:r>
        <w:rPr>
          <w:sz w:val="22"/>
        </w:rPr>
        <w:t xml:space="preserve">     </w:t>
      </w:r>
      <w:r>
        <w:rPr>
          <w:sz w:val="22"/>
        </w:rPr>
        <w:t>B) How many</w:t>
      </w:r>
      <w:r>
        <w:rPr>
          <w:sz w:val="22"/>
        </w:rPr>
        <w:t xml:space="preserve">     </w:t>
      </w:r>
      <w:r>
        <w:rPr>
          <w:sz w:val="22"/>
        </w:rPr>
        <w:t>C) How often</w:t>
      </w:r>
      <w:r>
        <w:rPr>
          <w:sz w:val="22"/>
        </w:rPr>
        <w:t xml:space="preserve">     </w:t>
      </w:r>
      <w:r>
        <w:rPr>
          <w:sz w:val="22"/>
        </w:rPr>
        <w:t>D) How long</w:t>
      </w:r>
    </w:p>
    <w:p>
      <w:pPr>
        <w:spacing w:after="40"/>
      </w:pPr>
      <w:r>
        <w:rPr>
          <w:b/>
          <w:sz w:val="22"/>
        </w:rPr>
        <w:t xml:space="preserve">16. </w:t>
      </w:r>
      <w:r>
        <w:rPr>
          <w:sz w:val="22"/>
        </w:rPr>
        <w:t>There are ______ students in the classroom today because it's a holiday.</w:t>
      </w:r>
    </w:p>
    <w:p>
      <w:pPr>
        <w:spacing w:after="200"/>
        <w:ind w:left="567"/>
      </w:pPr>
      <w:r>
        <w:rPr>
          <w:sz w:val="22"/>
        </w:rPr>
        <w:t>A) a little</w:t>
      </w:r>
      <w:r>
        <w:rPr>
          <w:sz w:val="22"/>
        </w:rPr>
        <w:t xml:space="preserve">     </w:t>
      </w:r>
      <w:r>
        <w:rPr>
          <w:sz w:val="22"/>
        </w:rPr>
        <w:t>B) much</w:t>
      </w:r>
      <w:r>
        <w:rPr>
          <w:sz w:val="22"/>
        </w:rPr>
        <w:t xml:space="preserve">     </w:t>
      </w:r>
      <w:r>
        <w:rPr>
          <w:sz w:val="22"/>
        </w:rPr>
        <w:t>C) very few</w:t>
      </w:r>
      <w:r>
        <w:rPr>
          <w:sz w:val="22"/>
        </w:rPr>
        <w:t xml:space="preserve">     </w:t>
      </w:r>
      <w:r>
        <w:rPr>
          <w:sz w:val="22"/>
        </w:rPr>
        <w:t>D) a lot</w:t>
      </w:r>
    </w:p>
    <w:p>
      <w:pPr>
        <w:spacing w:after="40"/>
      </w:pPr>
      <w:r>
        <w:rPr>
          <w:b/>
          <w:sz w:val="22"/>
        </w:rPr>
        <w:t xml:space="preserve">17. </w:t>
      </w:r>
      <w:r>
        <w:rPr>
          <w:sz w:val="22"/>
        </w:rPr>
        <w:t>A: Were you at the cinema last night?</w:t>
        <w:br/>
        <w:t xml:space="preserve">    B: No, I ______. I ______ to stay home and study.</w:t>
      </w:r>
    </w:p>
    <w:p>
      <w:pPr>
        <w:spacing w:after="200"/>
        <w:ind w:left="567"/>
      </w:pPr>
      <w:r>
        <w:rPr>
          <w:sz w:val="22"/>
        </w:rPr>
        <w:t>A) weren't / wanted</w:t>
      </w:r>
      <w:r>
        <w:rPr>
          <w:sz w:val="22"/>
        </w:rPr>
        <w:t xml:space="preserve">     </w:t>
      </w:r>
      <w:r>
        <w:rPr>
          <w:sz w:val="22"/>
        </w:rPr>
        <w:t>B) wasn't / wanted</w:t>
      </w:r>
      <w:r>
        <w:rPr>
          <w:sz w:val="22"/>
        </w:rPr>
        <w:t xml:space="preserve">     </w:t>
      </w:r>
      <w:r>
        <w:rPr>
          <w:sz w:val="22"/>
        </w:rPr>
        <w:t>C) wasn't / want</w:t>
      </w:r>
      <w:r>
        <w:rPr>
          <w:sz w:val="22"/>
        </w:rPr>
        <w:t xml:space="preserve">     </w:t>
      </w:r>
      <w:r>
        <w:rPr>
          <w:sz w:val="22"/>
        </w:rPr>
        <w:t>D) didn't / wanted</w:t>
      </w:r>
    </w:p>
    <w:p>
      <w:pPr>
        <w:spacing w:after="40"/>
      </w:pPr>
      <w:r>
        <w:rPr>
          <w:b/>
          <w:sz w:val="22"/>
        </w:rPr>
        <w:t xml:space="preserve">18. </w:t>
      </w:r>
      <w:r>
        <w:rPr>
          <w:sz w:val="22"/>
        </w:rPr>
        <w:t>My brother doesn't like vegetables but he ______ fruit.</w:t>
      </w:r>
    </w:p>
    <w:p>
      <w:pPr>
        <w:spacing w:after="200"/>
        <w:ind w:left="567"/>
      </w:pPr>
      <w:r>
        <w:rPr>
          <w:sz w:val="22"/>
        </w:rPr>
        <w:t>A) like</w:t>
      </w:r>
      <w:r>
        <w:rPr>
          <w:sz w:val="22"/>
        </w:rPr>
        <w:t xml:space="preserve">     </w:t>
      </w:r>
      <w:r>
        <w:rPr>
          <w:sz w:val="22"/>
        </w:rPr>
        <w:t>B) is liking</w:t>
      </w:r>
      <w:r>
        <w:rPr>
          <w:sz w:val="22"/>
        </w:rPr>
        <w:t xml:space="preserve">     </w:t>
      </w:r>
      <w:r>
        <w:rPr>
          <w:sz w:val="22"/>
        </w:rPr>
        <w:t>C) likes</w:t>
      </w:r>
      <w:r>
        <w:rPr>
          <w:sz w:val="22"/>
        </w:rPr>
        <w:t xml:space="preserve">     </w:t>
      </w:r>
      <w:r>
        <w:rPr>
          <w:sz w:val="22"/>
        </w:rPr>
        <w:t>D) liked</w:t>
      </w:r>
    </w:p>
    <w:p>
      <w:pPr>
        <w:spacing w:after="40"/>
      </w:pPr>
      <w:r>
        <w:rPr>
          <w:b/>
          <w:sz w:val="22"/>
        </w:rPr>
        <w:t xml:space="preserve">19. </w:t>
      </w:r>
      <w:r>
        <w:rPr>
          <w:sz w:val="22"/>
        </w:rPr>
        <w:t>This cake smells ______. Did you put cinnamon in it?</w:t>
      </w:r>
    </w:p>
    <w:p>
      <w:pPr>
        <w:spacing w:after="200"/>
        <w:ind w:left="567"/>
      </w:pPr>
      <w:r>
        <w:rPr>
          <w:sz w:val="22"/>
        </w:rPr>
        <w:t>A) like wonderful</w:t>
      </w:r>
      <w:r>
        <w:rPr>
          <w:sz w:val="22"/>
        </w:rPr>
        <w:t xml:space="preserve">     </w:t>
      </w:r>
      <w:r>
        <w:rPr>
          <w:sz w:val="22"/>
        </w:rPr>
        <w:t>B) wonderfully</w:t>
      </w:r>
      <w:r>
        <w:rPr>
          <w:sz w:val="22"/>
        </w:rPr>
        <w:t xml:space="preserve">     </w:t>
      </w:r>
      <w:r>
        <w:rPr>
          <w:sz w:val="22"/>
        </w:rPr>
        <w:t>C) like cinnamon</w:t>
      </w:r>
      <w:r>
        <w:rPr>
          <w:sz w:val="22"/>
        </w:rPr>
        <w:t xml:space="preserve">     </w:t>
      </w:r>
      <w:r>
        <w:rPr>
          <w:sz w:val="22"/>
        </w:rPr>
        <w:t>D) wonderful</w:t>
      </w:r>
    </w:p>
    <w:p>
      <w:pPr>
        <w:spacing w:after="40"/>
      </w:pPr>
      <w:r>
        <w:rPr>
          <w:b/>
          <w:sz w:val="22"/>
        </w:rPr>
        <w:t xml:space="preserve">20. </w:t>
      </w:r>
      <w:r>
        <w:rPr>
          <w:sz w:val="22"/>
        </w:rPr>
        <w:t>My mother never ______ coffee in the morning, but yesterday she ______ two cups.</w:t>
      </w:r>
    </w:p>
    <w:p>
      <w:pPr>
        <w:spacing w:after="200"/>
        <w:ind w:left="567"/>
      </w:pPr>
      <w:r>
        <w:rPr>
          <w:sz w:val="22"/>
        </w:rPr>
        <w:t>A) drink / drank</w:t>
      </w:r>
      <w:r>
        <w:rPr>
          <w:sz w:val="22"/>
        </w:rPr>
        <w:t xml:space="preserve">     </w:t>
      </w:r>
      <w:r>
        <w:rPr>
          <w:sz w:val="22"/>
        </w:rPr>
        <w:t>B) drinks / drank</w:t>
      </w:r>
      <w:r>
        <w:rPr>
          <w:sz w:val="22"/>
        </w:rPr>
        <w:t xml:space="preserve">     </w:t>
      </w:r>
      <w:r>
        <w:rPr>
          <w:sz w:val="22"/>
        </w:rPr>
        <w:t>C) drinks / drink</w:t>
      </w:r>
      <w:r>
        <w:rPr>
          <w:sz w:val="22"/>
        </w:rPr>
        <w:t xml:space="preserve">     </w:t>
      </w:r>
      <w:r>
        <w:rPr>
          <w:sz w:val="22"/>
        </w:rPr>
        <w:t>D) drank / drinks</w:t>
      </w:r>
    </w:p>
    <w:p>
      <w:pPr>
        <w:spacing w:after="40"/>
      </w:pPr>
      <w:r>
        <w:rPr>
          <w:b/>
          <w:sz w:val="22"/>
        </w:rPr>
        <w:t xml:space="preserve">21. </w:t>
      </w:r>
      <w:r>
        <w:rPr>
          <w:sz w:val="22"/>
        </w:rPr>
        <w:t>We ______ buy any bread because there ______ enough at home.</w:t>
      </w:r>
    </w:p>
    <w:p>
      <w:pPr>
        <w:spacing w:after="200"/>
        <w:ind w:left="567"/>
      </w:pPr>
      <w:r>
        <w:rPr>
          <w:sz w:val="22"/>
        </w:rPr>
        <w:t>A) don't have to / is</w:t>
      </w:r>
      <w:r>
        <w:rPr>
          <w:sz w:val="22"/>
        </w:rPr>
        <w:t xml:space="preserve">     </w:t>
      </w:r>
      <w:r>
        <w:rPr>
          <w:sz w:val="22"/>
        </w:rPr>
        <w:t>B) didn't have to / was</w:t>
      </w:r>
      <w:r>
        <w:rPr>
          <w:sz w:val="22"/>
        </w:rPr>
        <w:t xml:space="preserve">     </w:t>
      </w:r>
      <w:r>
        <w:rPr>
          <w:sz w:val="22"/>
        </w:rPr>
        <w:t>C) doesn't have to / were</w:t>
      </w:r>
      <w:r>
        <w:rPr>
          <w:sz w:val="22"/>
        </w:rPr>
        <w:t xml:space="preserve">     </w:t>
      </w:r>
      <w:r>
        <w:rPr>
          <w:sz w:val="22"/>
        </w:rPr>
        <w:t>D) didn't have to / were</w:t>
      </w:r>
    </w:p>
    <w:p>
      <w:pPr>
        <w:spacing w:after="40"/>
      </w:pPr>
      <w:r>
        <w:rPr>
          <w:b/>
          <w:sz w:val="22"/>
        </w:rPr>
        <w:t xml:space="preserve">22. </w:t>
      </w:r>
      <w:r>
        <w:rPr>
          <w:sz w:val="22"/>
        </w:rPr>
        <w:t>A: Do you play any musical instruments?</w:t>
        <w:br/>
        <w:t xml:space="preserve">    B: No, but I ______ sing very well. I'm in the school choir.</w:t>
      </w:r>
    </w:p>
    <w:p>
      <w:pPr>
        <w:spacing w:after="200"/>
        <w:ind w:left="567"/>
      </w:pPr>
      <w:r>
        <w:rPr>
          <w:sz w:val="22"/>
        </w:rPr>
        <w:t>A) do</w:t>
      </w:r>
      <w:r>
        <w:rPr>
          <w:sz w:val="22"/>
        </w:rPr>
        <w:t xml:space="preserve">     </w:t>
      </w:r>
      <w:r>
        <w:rPr>
          <w:sz w:val="22"/>
        </w:rPr>
        <w:t>B) can</w:t>
      </w:r>
      <w:r>
        <w:rPr>
          <w:sz w:val="22"/>
        </w:rPr>
        <w:t xml:space="preserve">     </w:t>
      </w:r>
      <w:r>
        <w:rPr>
          <w:sz w:val="22"/>
        </w:rPr>
        <w:t>C) am</w:t>
      </w:r>
      <w:r>
        <w:rPr>
          <w:sz w:val="22"/>
        </w:rPr>
        <w:t xml:space="preserve">     </w:t>
      </w:r>
      <w:r>
        <w:rPr>
          <w:sz w:val="22"/>
        </w:rPr>
        <w:t>D) have</w:t>
      </w:r>
    </w:p>
    <w:p>
      <w:pPr>
        <w:spacing w:after="40"/>
      </w:pPr>
      <w:r>
        <w:rPr>
          <w:b/>
          <w:sz w:val="22"/>
        </w:rPr>
        <w:t xml:space="preserve">23. </w:t>
      </w:r>
      <w:r>
        <w:rPr>
          <w:sz w:val="22"/>
        </w:rPr>
        <w:t>There are ______ oranges in the basket. We can make juice.</w:t>
      </w:r>
    </w:p>
    <w:p>
      <w:pPr>
        <w:spacing w:after="200"/>
        <w:ind w:left="567"/>
      </w:pPr>
      <w:r>
        <w:rPr>
          <w:sz w:val="22"/>
        </w:rPr>
        <w:t>A) a lot of</w:t>
      </w:r>
      <w:r>
        <w:rPr>
          <w:sz w:val="22"/>
        </w:rPr>
        <w:t xml:space="preserve">     </w:t>
      </w:r>
      <w:r>
        <w:rPr>
          <w:sz w:val="22"/>
        </w:rPr>
        <w:t>B) much</w:t>
      </w:r>
      <w:r>
        <w:rPr>
          <w:sz w:val="22"/>
        </w:rPr>
        <w:t xml:space="preserve">     </w:t>
      </w:r>
      <w:r>
        <w:rPr>
          <w:sz w:val="22"/>
        </w:rPr>
        <w:t>C) a little</w:t>
      </w:r>
      <w:r>
        <w:rPr>
          <w:sz w:val="22"/>
        </w:rPr>
        <w:t xml:space="preserve">     </w:t>
      </w:r>
      <w:r>
        <w:rPr>
          <w:sz w:val="22"/>
        </w:rPr>
        <w:t>D) any</w:t>
      </w:r>
    </w:p>
    <w:p>
      <w:pPr>
        <w:spacing w:after="40"/>
      </w:pPr>
      <w:r>
        <w:rPr>
          <w:b/>
          <w:sz w:val="22"/>
        </w:rPr>
        <w:t xml:space="preserve">24. </w:t>
      </w:r>
      <w:r>
        <w:rPr>
          <w:sz w:val="22"/>
        </w:rPr>
        <w:t>She ______ her homework before she ______ to bed every night.</w:t>
      </w:r>
    </w:p>
    <w:p>
      <w:pPr>
        <w:spacing w:after="200"/>
        <w:ind w:left="567"/>
      </w:pPr>
      <w:r>
        <w:rPr>
          <w:sz w:val="22"/>
        </w:rPr>
        <w:t>A) do / go</w:t>
      </w:r>
      <w:r>
        <w:rPr>
          <w:sz w:val="22"/>
        </w:rPr>
        <w:t xml:space="preserve">     </w:t>
      </w:r>
      <w:r>
        <w:rPr>
          <w:sz w:val="22"/>
        </w:rPr>
        <w:t>B) does / goes</w:t>
      </w:r>
      <w:r>
        <w:rPr>
          <w:sz w:val="22"/>
        </w:rPr>
        <w:t xml:space="preserve">     </w:t>
      </w:r>
      <w:r>
        <w:rPr>
          <w:sz w:val="22"/>
        </w:rPr>
        <w:t>C) does / go</w:t>
      </w:r>
      <w:r>
        <w:rPr>
          <w:sz w:val="22"/>
        </w:rPr>
        <w:t xml:space="preserve">     </w:t>
      </w:r>
      <w:r>
        <w:rPr>
          <w:sz w:val="22"/>
        </w:rPr>
        <w:t>D) did / went</w:t>
      </w:r>
    </w:p>
    <w:p>
      <w:pPr>
        <w:spacing w:after="40"/>
      </w:pPr>
      <w:r>
        <w:rPr>
          <w:b/>
          <w:sz w:val="22"/>
        </w:rPr>
        <w:t xml:space="preserve">25. </w:t>
      </w:r>
      <w:r>
        <w:rPr>
          <w:sz w:val="22"/>
        </w:rPr>
        <w:t>Yesterday the weather ______ sunny in the morning, but it ______ rainy in the afternoon.</w:t>
      </w:r>
    </w:p>
    <w:p>
      <w:pPr>
        <w:spacing w:after="200"/>
        <w:ind w:left="567"/>
      </w:pPr>
      <w:r>
        <w:rPr>
          <w:sz w:val="22"/>
        </w:rPr>
        <w:t>A) is / is</w:t>
      </w:r>
      <w:r>
        <w:rPr>
          <w:sz w:val="22"/>
        </w:rPr>
        <w:t xml:space="preserve">     </w:t>
      </w:r>
      <w:r>
        <w:rPr>
          <w:sz w:val="22"/>
        </w:rPr>
        <w:t>B) was / was</w:t>
      </w:r>
      <w:r>
        <w:rPr>
          <w:sz w:val="22"/>
        </w:rPr>
        <w:t xml:space="preserve">     </w:t>
      </w:r>
      <w:r>
        <w:rPr>
          <w:sz w:val="22"/>
        </w:rPr>
        <w:t>C) is / was</w:t>
      </w:r>
      <w:r>
        <w:rPr>
          <w:sz w:val="22"/>
        </w:rPr>
        <w:t xml:space="preserve">     </w:t>
      </w:r>
      <w:r>
        <w:rPr>
          <w:sz w:val="22"/>
        </w:rPr>
        <w:t>D) was / is</w:t>
      </w:r>
    </w:p>
    <w:p>
      <w:pPr>
        <w:spacing w:after="40"/>
      </w:pPr>
      <w:r>
        <w:rPr>
          <w:b/>
          <w:sz w:val="22"/>
        </w:rPr>
        <w:t xml:space="preserve">26. </w:t>
      </w:r>
      <w:r>
        <w:rPr>
          <w:sz w:val="22"/>
        </w:rPr>
        <w:t>I don't have ______ money with me. Can you lend me ______?</w:t>
      </w:r>
    </w:p>
    <w:p>
      <w:pPr>
        <w:spacing w:after="200"/>
        <w:ind w:left="567"/>
      </w:pPr>
      <w:r>
        <w:rPr>
          <w:sz w:val="22"/>
        </w:rPr>
        <w:t>A) some / any</w:t>
      </w:r>
      <w:r>
        <w:rPr>
          <w:sz w:val="22"/>
        </w:rPr>
        <w:t xml:space="preserve">     </w:t>
      </w:r>
      <w:r>
        <w:rPr>
          <w:sz w:val="22"/>
        </w:rPr>
        <w:t>B) any / some</w:t>
      </w:r>
      <w:r>
        <w:rPr>
          <w:sz w:val="22"/>
        </w:rPr>
        <w:t xml:space="preserve">     </w:t>
      </w:r>
      <w:r>
        <w:rPr>
          <w:sz w:val="22"/>
        </w:rPr>
        <w:t>C) any / any</w:t>
      </w:r>
      <w:r>
        <w:rPr>
          <w:sz w:val="22"/>
        </w:rPr>
        <w:t xml:space="preserve">     </w:t>
      </w:r>
      <w:r>
        <w:rPr>
          <w:sz w:val="22"/>
        </w:rPr>
        <w:t>D) some / some</w:t>
      </w:r>
    </w:p>
    <w:p>
      <w:pPr>
        <w:spacing w:after="40"/>
      </w:pPr>
      <w:r>
        <w:rPr>
          <w:b/>
          <w:sz w:val="22"/>
        </w:rPr>
        <w:t xml:space="preserve">27. </w:t>
      </w:r>
      <w:r>
        <w:rPr>
          <w:sz w:val="22"/>
        </w:rPr>
        <w:t>A: ______ Tim and Sue at school yesterday?</w:t>
        <w:br/>
        <w:t xml:space="preserve">    B: No, they ______. They went to the doctor.</w:t>
      </w:r>
    </w:p>
    <w:p>
      <w:pPr>
        <w:spacing w:after="200"/>
        <w:ind w:left="567"/>
      </w:pPr>
      <w:r>
        <w:rPr>
          <w:sz w:val="22"/>
        </w:rPr>
        <w:t>A) Was / wasn't</w:t>
      </w:r>
      <w:r>
        <w:rPr>
          <w:sz w:val="22"/>
        </w:rPr>
        <w:t xml:space="preserve">     </w:t>
      </w:r>
      <w:r>
        <w:rPr>
          <w:sz w:val="22"/>
        </w:rPr>
        <w:t>B) Were / weren't</w:t>
      </w:r>
      <w:r>
        <w:rPr>
          <w:sz w:val="22"/>
        </w:rPr>
        <w:t xml:space="preserve">     </w:t>
      </w:r>
      <w:r>
        <w:rPr>
          <w:sz w:val="22"/>
        </w:rPr>
        <w:t>C) Did / didn't</w:t>
      </w:r>
      <w:r>
        <w:rPr>
          <w:sz w:val="22"/>
        </w:rPr>
        <w:t xml:space="preserve">     </w:t>
      </w:r>
      <w:r>
        <w:rPr>
          <w:sz w:val="22"/>
        </w:rPr>
        <w:t>D) Were / wasn't</w:t>
      </w:r>
    </w:p>
    <w:p>
      <w:pPr>
        <w:spacing w:after="40"/>
      </w:pPr>
      <w:r>
        <w:rPr>
          <w:b/>
          <w:sz w:val="22"/>
        </w:rPr>
        <w:t xml:space="preserve">28. </w:t>
      </w:r>
      <w:r>
        <w:rPr>
          <w:sz w:val="22"/>
        </w:rPr>
        <w:t>She wants ______ a doctor when she grows up.</w:t>
      </w:r>
    </w:p>
    <w:p>
      <w:pPr>
        <w:spacing w:after="200"/>
        <w:ind w:left="567"/>
      </w:pPr>
      <w:r>
        <w:rPr>
          <w:sz w:val="22"/>
        </w:rPr>
        <w:t>A) be</w:t>
      </w:r>
      <w:r>
        <w:rPr>
          <w:sz w:val="22"/>
        </w:rPr>
        <w:t xml:space="preserve">     </w:t>
      </w:r>
      <w:r>
        <w:rPr>
          <w:sz w:val="22"/>
        </w:rPr>
        <w:t>B) to be</w:t>
      </w:r>
      <w:r>
        <w:rPr>
          <w:sz w:val="22"/>
        </w:rPr>
        <w:t xml:space="preserve">     </w:t>
      </w:r>
      <w:r>
        <w:rPr>
          <w:sz w:val="22"/>
        </w:rPr>
        <w:t>C) being</w:t>
      </w:r>
      <w:r>
        <w:rPr>
          <w:sz w:val="22"/>
        </w:rPr>
        <w:t xml:space="preserve">     </w:t>
      </w:r>
      <w:r>
        <w:rPr>
          <w:sz w:val="22"/>
        </w:rPr>
        <w:t>D) is</w:t>
      </w:r>
    </w:p>
    <w:p>
      <w:pPr>
        <w:spacing w:after="40"/>
      </w:pPr>
      <w:r>
        <w:rPr>
          <w:b/>
          <w:sz w:val="22"/>
        </w:rPr>
        <w:t xml:space="preserve">29. </w:t>
      </w:r>
      <w:r>
        <w:rPr>
          <w:sz w:val="22"/>
        </w:rPr>
        <w:t>I like ______ in the sea, but today the water is too cold.</w:t>
      </w:r>
    </w:p>
    <w:p>
      <w:pPr>
        <w:spacing w:after="200"/>
        <w:ind w:left="567"/>
      </w:pPr>
      <w:r>
        <w:rPr>
          <w:sz w:val="22"/>
        </w:rPr>
        <w:t>A) swim</w:t>
      </w:r>
      <w:r>
        <w:rPr>
          <w:sz w:val="22"/>
        </w:rPr>
        <w:t xml:space="preserve">     </w:t>
      </w:r>
      <w:r>
        <w:rPr>
          <w:sz w:val="22"/>
        </w:rPr>
        <w:t>B) to swimming</w:t>
      </w:r>
      <w:r>
        <w:rPr>
          <w:sz w:val="22"/>
        </w:rPr>
        <w:t xml:space="preserve">     </w:t>
      </w:r>
      <w:r>
        <w:rPr>
          <w:sz w:val="22"/>
        </w:rPr>
        <w:t>C) swimming</w:t>
      </w:r>
      <w:r>
        <w:rPr>
          <w:sz w:val="22"/>
        </w:rPr>
        <w:t xml:space="preserve">     </w:t>
      </w:r>
      <w:r>
        <w:rPr>
          <w:sz w:val="22"/>
        </w:rPr>
        <w:t>D) swam</w:t>
      </w:r>
    </w:p>
    <w:p>
      <w:pPr>
        <w:spacing w:after="40"/>
      </w:pPr>
      <w:r>
        <w:rPr>
          <w:b/>
          <w:sz w:val="22"/>
        </w:rPr>
        <w:t xml:space="preserve">30. </w:t>
      </w:r>
      <w:r>
        <w:rPr>
          <w:sz w:val="22"/>
        </w:rPr>
        <w:t>How ______ students are there in your class this year?</w:t>
      </w:r>
    </w:p>
    <w:p>
      <w:pPr>
        <w:spacing w:after="200"/>
        <w:ind w:left="567"/>
      </w:pPr>
      <w:r>
        <w:rPr>
          <w:sz w:val="22"/>
        </w:rPr>
        <w:t>A) much</w:t>
      </w:r>
      <w:r>
        <w:rPr>
          <w:sz w:val="22"/>
        </w:rPr>
        <w:t xml:space="preserve">     </w:t>
      </w:r>
      <w:r>
        <w:rPr>
          <w:sz w:val="22"/>
        </w:rPr>
        <w:t>B) many</w:t>
      </w:r>
      <w:r>
        <w:rPr>
          <w:sz w:val="22"/>
        </w:rPr>
        <w:t xml:space="preserve">     </w:t>
      </w:r>
      <w:r>
        <w:rPr>
          <w:sz w:val="22"/>
        </w:rPr>
        <w:t>C) any</w:t>
      </w:r>
      <w:r>
        <w:rPr>
          <w:sz w:val="22"/>
        </w:rPr>
        <w:t xml:space="preserve">     </w:t>
      </w:r>
      <w:r>
        <w:rPr>
          <w:sz w:val="22"/>
        </w:rPr>
        <w:t>D) a lot</w:t>
      </w:r>
    </w:p>
    <w:p>
      <w:r>
        <w:br w:type="page"/>
      </w:r>
    </w:p>
    <w:p>
      <w:pPr>
        <w:spacing w:before="320" w:after="160"/>
      </w:pPr>
      <w:r>
        <w:rPr>
          <w:b/>
          <w:color w:val="1A56DB"/>
          <w:sz w:val="28"/>
        </w:rPr>
        <w:t>BÖLÜM 2: Diyalog Tamamlama (Soru 31–38)</w:t>
      </w:r>
    </w:p>
    <w:p>
      <w:pPr>
        <w:spacing w:after="40"/>
      </w:pPr>
      <w:r>
        <w:rPr>
          <w:b/>
          <w:sz w:val="22"/>
        </w:rPr>
        <w:t xml:space="preserve">31. </w:t>
      </w:r>
      <w:r>
        <w:rPr>
          <w:sz w:val="22"/>
        </w:rPr>
        <w:t>Sarah: What did you do last weekend?</w:t>
        <w:br/>
        <w:t xml:space="preserve">    Tom: I ______ to the new museum with my family.</w:t>
      </w:r>
    </w:p>
    <w:p>
      <w:pPr>
        <w:spacing w:after="200"/>
        <w:ind w:left="567"/>
      </w:pPr>
      <w:r>
        <w:rPr>
          <w:sz w:val="22"/>
        </w:rPr>
        <w:t>A) go</w:t>
      </w:r>
      <w:r>
        <w:rPr>
          <w:sz w:val="22"/>
        </w:rPr>
        <w:t xml:space="preserve">     </w:t>
      </w:r>
      <w:r>
        <w:rPr>
          <w:sz w:val="22"/>
        </w:rPr>
        <w:t>B) went</w:t>
      </w:r>
      <w:r>
        <w:rPr>
          <w:sz w:val="22"/>
        </w:rPr>
        <w:t xml:space="preserve">     </w:t>
      </w:r>
      <w:r>
        <w:rPr>
          <w:sz w:val="22"/>
        </w:rPr>
        <w:t>C) did go</w:t>
      </w:r>
      <w:r>
        <w:rPr>
          <w:sz w:val="22"/>
        </w:rPr>
        <w:t xml:space="preserve">     </w:t>
      </w:r>
      <w:r>
        <w:rPr>
          <w:sz w:val="22"/>
        </w:rPr>
        <w:t>D) was go</w:t>
      </w:r>
    </w:p>
    <w:p>
      <w:pPr>
        <w:spacing w:after="40"/>
      </w:pPr>
      <w:r>
        <w:rPr>
          <w:b/>
          <w:sz w:val="22"/>
        </w:rPr>
        <w:t xml:space="preserve">32. </w:t>
      </w:r>
      <w:r>
        <w:rPr>
          <w:sz w:val="22"/>
        </w:rPr>
        <w:t>A: ______ your sister like swimming?</w:t>
        <w:br/>
        <w:t xml:space="preserve">    B: Yes, she ______. She swims every morning.</w:t>
      </w:r>
    </w:p>
    <w:p>
      <w:pPr>
        <w:spacing w:after="200"/>
        <w:ind w:left="567"/>
      </w:pPr>
      <w:r>
        <w:rPr>
          <w:sz w:val="22"/>
        </w:rPr>
        <w:t>A) Do / does</w:t>
      </w:r>
      <w:r>
        <w:rPr>
          <w:sz w:val="22"/>
        </w:rPr>
        <w:t xml:space="preserve">     </w:t>
      </w:r>
      <w:r>
        <w:rPr>
          <w:sz w:val="22"/>
        </w:rPr>
        <w:t>B) Does / does</w:t>
      </w:r>
      <w:r>
        <w:rPr>
          <w:sz w:val="22"/>
        </w:rPr>
        <w:t xml:space="preserve">     </w:t>
      </w:r>
      <w:r>
        <w:rPr>
          <w:sz w:val="22"/>
        </w:rPr>
        <w:t>C) Is / is</w:t>
      </w:r>
      <w:r>
        <w:rPr>
          <w:sz w:val="22"/>
        </w:rPr>
        <w:t xml:space="preserve">     </w:t>
      </w:r>
      <w:r>
        <w:rPr>
          <w:sz w:val="22"/>
        </w:rPr>
        <w:t>D) Does / likes</w:t>
      </w:r>
    </w:p>
    <w:p>
      <w:pPr>
        <w:spacing w:after="40"/>
      </w:pPr>
      <w:r>
        <w:rPr>
          <w:b/>
          <w:sz w:val="22"/>
        </w:rPr>
        <w:t xml:space="preserve">33. </w:t>
      </w:r>
      <w:r>
        <w:rPr>
          <w:sz w:val="22"/>
        </w:rPr>
        <w:t>Emma: ______ butter do we need for the cake?</w:t>
        <w:br/>
        <w:t xml:space="preserve">    Mum: About 200 grams.</w:t>
      </w:r>
    </w:p>
    <w:p>
      <w:pPr>
        <w:spacing w:after="200"/>
        <w:ind w:left="567"/>
      </w:pPr>
      <w:r>
        <w:rPr>
          <w:sz w:val="22"/>
        </w:rPr>
        <w:t>A) How much</w:t>
      </w:r>
      <w:r>
        <w:rPr>
          <w:sz w:val="22"/>
        </w:rPr>
        <w:t xml:space="preserve">     </w:t>
      </w:r>
      <w:r>
        <w:rPr>
          <w:sz w:val="22"/>
        </w:rPr>
        <w:t>B) How many</w:t>
      </w:r>
      <w:r>
        <w:rPr>
          <w:sz w:val="22"/>
        </w:rPr>
        <w:t xml:space="preserve">     </w:t>
      </w:r>
      <w:r>
        <w:rPr>
          <w:sz w:val="22"/>
        </w:rPr>
        <w:t>C) How often</w:t>
      </w:r>
      <w:r>
        <w:rPr>
          <w:sz w:val="22"/>
        </w:rPr>
        <w:t xml:space="preserve">     </w:t>
      </w:r>
      <w:r>
        <w:rPr>
          <w:sz w:val="22"/>
        </w:rPr>
        <w:t>D) How long</w:t>
      </w:r>
    </w:p>
    <w:p>
      <w:pPr>
        <w:spacing w:after="40"/>
      </w:pPr>
      <w:r>
        <w:rPr>
          <w:b/>
          <w:sz w:val="22"/>
        </w:rPr>
        <w:t xml:space="preserve">34. </w:t>
      </w:r>
      <w:r>
        <w:rPr>
          <w:sz w:val="22"/>
        </w:rPr>
        <w:t>Dad: Who ______ the window? It's very cold in here.</w:t>
        <w:br/>
        <w:t xml:space="preserve">    Tom: I think Tim ______ it. He felt hot.</w:t>
      </w:r>
    </w:p>
    <w:p>
      <w:pPr>
        <w:spacing w:after="200"/>
        <w:ind w:left="567"/>
      </w:pPr>
      <w:r>
        <w:rPr>
          <w:sz w:val="22"/>
        </w:rPr>
        <w:t>A) open / open</w:t>
      </w:r>
      <w:r>
        <w:rPr>
          <w:sz w:val="22"/>
        </w:rPr>
        <w:t xml:space="preserve">     </w:t>
      </w:r>
      <w:r>
        <w:rPr>
          <w:sz w:val="22"/>
        </w:rPr>
        <w:t>B) opened / opened</w:t>
      </w:r>
      <w:r>
        <w:rPr>
          <w:sz w:val="22"/>
        </w:rPr>
        <w:t xml:space="preserve">     </w:t>
      </w:r>
      <w:r>
        <w:rPr>
          <w:sz w:val="22"/>
        </w:rPr>
        <w:t>C) opens / opened</w:t>
      </w:r>
      <w:r>
        <w:rPr>
          <w:sz w:val="22"/>
        </w:rPr>
        <w:t xml:space="preserve">     </w:t>
      </w:r>
      <w:r>
        <w:rPr>
          <w:sz w:val="22"/>
        </w:rPr>
        <w:t>D) opened / opens</w:t>
      </w:r>
    </w:p>
    <w:p>
      <w:pPr>
        <w:spacing w:after="40"/>
      </w:pPr>
      <w:r>
        <w:rPr>
          <w:b/>
          <w:sz w:val="22"/>
        </w:rPr>
        <w:t xml:space="preserve">35. </w:t>
      </w:r>
      <w:r>
        <w:rPr>
          <w:sz w:val="22"/>
        </w:rPr>
        <w:t>Librarian: I'm sorry, but you ______ eat or drink in the library.</w:t>
        <w:br/>
        <w:t xml:space="preserve">    Student: I understand. I'll put my sandwich away.</w:t>
      </w:r>
    </w:p>
    <w:p>
      <w:pPr>
        <w:spacing w:after="200"/>
        <w:ind w:left="567"/>
      </w:pPr>
      <w:r>
        <w:rPr>
          <w:sz w:val="22"/>
        </w:rPr>
        <w:t>A) don't have to</w:t>
      </w:r>
      <w:r>
        <w:rPr>
          <w:sz w:val="22"/>
        </w:rPr>
        <w:t xml:space="preserve">     </w:t>
      </w:r>
      <w:r>
        <w:rPr>
          <w:sz w:val="22"/>
        </w:rPr>
        <w:t>B) can't</w:t>
      </w:r>
      <w:r>
        <w:rPr>
          <w:sz w:val="22"/>
        </w:rPr>
        <w:t xml:space="preserve">     </w:t>
      </w:r>
      <w:r>
        <w:rPr>
          <w:sz w:val="22"/>
        </w:rPr>
        <w:t>C) don't</w:t>
      </w:r>
      <w:r>
        <w:rPr>
          <w:sz w:val="22"/>
        </w:rPr>
        <w:t xml:space="preserve">     </w:t>
      </w:r>
      <w:r>
        <w:rPr>
          <w:sz w:val="22"/>
        </w:rPr>
        <w:t>D) mustn't</w:t>
      </w:r>
    </w:p>
    <w:p>
      <w:pPr>
        <w:spacing w:after="40"/>
      </w:pPr>
      <w:r>
        <w:rPr>
          <w:b/>
          <w:sz w:val="22"/>
        </w:rPr>
        <w:t xml:space="preserve">36. </w:t>
      </w:r>
      <w:r>
        <w:rPr>
          <w:sz w:val="22"/>
        </w:rPr>
        <w:t>A: Can your brother ride a bicycle?</w:t>
        <w:br/>
        <w:t xml:space="preserve">    B: He ______ when he was five. Now he ______ a motorcycle.</w:t>
      </w:r>
    </w:p>
    <w:p>
      <w:pPr>
        <w:spacing w:after="200"/>
        <w:ind w:left="567"/>
      </w:pPr>
      <w:r>
        <w:rPr>
          <w:sz w:val="22"/>
        </w:rPr>
        <w:t>A) learns / rides</w:t>
      </w:r>
      <w:r>
        <w:rPr>
          <w:sz w:val="22"/>
        </w:rPr>
        <w:t xml:space="preserve">     </w:t>
      </w:r>
      <w:r>
        <w:rPr>
          <w:sz w:val="22"/>
        </w:rPr>
        <w:t>B) learned / rides</w:t>
      </w:r>
      <w:r>
        <w:rPr>
          <w:sz w:val="22"/>
        </w:rPr>
        <w:t xml:space="preserve">     </w:t>
      </w:r>
      <w:r>
        <w:rPr>
          <w:sz w:val="22"/>
        </w:rPr>
        <w:t>C) learned / rode</w:t>
      </w:r>
      <w:r>
        <w:rPr>
          <w:sz w:val="22"/>
        </w:rPr>
        <w:t xml:space="preserve">     </w:t>
      </w:r>
      <w:r>
        <w:rPr>
          <w:sz w:val="22"/>
        </w:rPr>
        <w:t>D) learns / rode</w:t>
      </w:r>
    </w:p>
    <w:p>
      <w:pPr>
        <w:spacing w:after="40"/>
      </w:pPr>
      <w:r>
        <w:rPr>
          <w:b/>
          <w:sz w:val="22"/>
        </w:rPr>
        <w:t xml:space="preserve">37. </w:t>
      </w:r>
      <w:r>
        <w:rPr>
          <w:sz w:val="22"/>
        </w:rPr>
        <w:t>A: Does your father like cooking?</w:t>
        <w:br/>
        <w:t xml:space="preserve">    B: Not really. But he ______ eating at restaurants.</w:t>
      </w:r>
    </w:p>
    <w:p>
      <w:pPr>
        <w:spacing w:after="200"/>
        <w:ind w:left="567"/>
      </w:pPr>
      <w:r>
        <w:rPr>
          <w:sz w:val="22"/>
        </w:rPr>
        <w:t>A) enjoy</w:t>
      </w:r>
      <w:r>
        <w:rPr>
          <w:sz w:val="22"/>
        </w:rPr>
        <w:t xml:space="preserve">     </w:t>
      </w:r>
      <w:r>
        <w:rPr>
          <w:sz w:val="22"/>
        </w:rPr>
        <w:t>B) enjoys</w:t>
      </w:r>
      <w:r>
        <w:rPr>
          <w:sz w:val="22"/>
        </w:rPr>
        <w:t xml:space="preserve">     </w:t>
      </w:r>
      <w:r>
        <w:rPr>
          <w:sz w:val="22"/>
        </w:rPr>
        <w:t>C) is enjoying</w:t>
      </w:r>
      <w:r>
        <w:rPr>
          <w:sz w:val="22"/>
        </w:rPr>
        <w:t xml:space="preserve">     </w:t>
      </w:r>
      <w:r>
        <w:rPr>
          <w:sz w:val="22"/>
        </w:rPr>
        <w:t>D) enjoyed</w:t>
      </w:r>
    </w:p>
    <w:p>
      <w:pPr>
        <w:spacing w:after="40"/>
      </w:pPr>
      <w:r>
        <w:rPr>
          <w:b/>
          <w:sz w:val="22"/>
        </w:rPr>
        <w:t xml:space="preserve">38. </w:t>
      </w:r>
      <w:r>
        <w:rPr>
          <w:sz w:val="22"/>
        </w:rPr>
        <w:t>A: Were you happy with your exam results?</w:t>
        <w:br/>
        <w:t xml:space="preserve">    B: I ______ happy about Maths, but I ______ sad about Science.</w:t>
      </w:r>
    </w:p>
    <w:p>
      <w:pPr>
        <w:spacing w:after="200"/>
        <w:ind w:left="567"/>
      </w:pPr>
      <w:r>
        <w:rPr>
          <w:sz w:val="22"/>
        </w:rPr>
        <w:t>A) were / was</w:t>
      </w:r>
      <w:r>
        <w:rPr>
          <w:sz w:val="22"/>
        </w:rPr>
        <w:t xml:space="preserve">     </w:t>
      </w:r>
      <w:r>
        <w:rPr>
          <w:sz w:val="22"/>
        </w:rPr>
        <w:t>B) were / were</w:t>
      </w:r>
      <w:r>
        <w:rPr>
          <w:sz w:val="22"/>
        </w:rPr>
        <w:t xml:space="preserve">     </w:t>
      </w:r>
      <w:r>
        <w:rPr>
          <w:sz w:val="22"/>
        </w:rPr>
        <w:t>C) was / were</w:t>
      </w:r>
      <w:r>
        <w:rPr>
          <w:sz w:val="22"/>
        </w:rPr>
        <w:t xml:space="preserve">     </w:t>
      </w:r>
      <w:r>
        <w:rPr>
          <w:sz w:val="22"/>
        </w:rPr>
        <w:t>D) was / was</w:t>
      </w:r>
    </w:p>
    <w:p>
      <w:r>
        <w:br w:type="page"/>
      </w:r>
    </w:p>
    <w:p>
      <w:pPr>
        <w:spacing w:before="320" w:after="160"/>
      </w:pPr>
      <w:r>
        <w:rPr>
          <w:b/>
          <w:color w:val="1A56DB"/>
          <w:sz w:val="28"/>
        </w:rPr>
        <w:t>BÖLÜM 3: Cloze Test (Soru 39–46)</w:t>
      </w:r>
    </w:p>
    <w:p>
      <w:pPr>
        <w:spacing w:before="320" w:after="160"/>
      </w:pPr>
      <w:r>
        <w:rPr>
          <w:b/>
          <w:color w:val="1A56DB"/>
          <w:sz w:val="24"/>
        </w:rPr>
        <w:t>Metin 1: A Day at the Animal Shelter</w:t>
      </w:r>
    </w:p>
    <w:p>
      <w:pPr>
        <w:spacing w:after="160"/>
      </w:pPr>
      <w:r>
        <w:rPr>
          <w:i/>
          <w:sz w:val="22"/>
        </w:rPr>
        <w:t>Last Saturday, my friends and I (39) ______ to the animal shelter. We wanted (40) ______ the animals there. There (41) ______ a lot of cats and dogs. My best friend Amy (42) ______ a small white kitten immediately.</w:t>
      </w:r>
    </w:p>
    <w:p>
      <w:pPr>
        <w:spacing w:after="40"/>
      </w:pPr>
      <w:r>
        <w:rPr>
          <w:b/>
          <w:sz w:val="22"/>
        </w:rPr>
        <w:t xml:space="preserve">39.. </w:t>
      </w:r>
      <w:r>
        <w:rPr>
          <w:sz w:val="22"/>
        </w:rPr>
      </w:r>
    </w:p>
    <w:p>
      <w:pPr>
        <w:spacing w:after="200"/>
        <w:ind w:left="567"/>
      </w:pPr>
      <w:r>
        <w:rPr>
          <w:sz w:val="22"/>
        </w:rPr>
        <w:t>A) go</w:t>
      </w:r>
      <w:r>
        <w:rPr>
          <w:sz w:val="22"/>
        </w:rPr>
        <w:t xml:space="preserve">     </w:t>
      </w:r>
      <w:r>
        <w:rPr>
          <w:sz w:val="22"/>
        </w:rPr>
        <w:t>B) went</w:t>
      </w:r>
      <w:r>
        <w:rPr>
          <w:sz w:val="22"/>
        </w:rPr>
        <w:t xml:space="preserve">     </w:t>
      </w:r>
      <w:r>
        <w:rPr>
          <w:sz w:val="22"/>
        </w:rPr>
        <w:t>C) are going</w:t>
      </w:r>
      <w:r>
        <w:rPr>
          <w:sz w:val="22"/>
        </w:rPr>
        <w:t xml:space="preserve">     </w:t>
      </w:r>
      <w:r>
        <w:rPr>
          <w:sz w:val="22"/>
        </w:rPr>
        <w:t>D) were going</w:t>
      </w:r>
    </w:p>
    <w:p>
      <w:pPr>
        <w:spacing w:after="40"/>
      </w:pPr>
      <w:r>
        <w:rPr>
          <w:b/>
          <w:sz w:val="22"/>
        </w:rPr>
        <w:t xml:space="preserve">40.. </w:t>
      </w:r>
      <w:r>
        <w:rPr>
          <w:sz w:val="22"/>
        </w:rPr>
      </w:r>
    </w:p>
    <w:p>
      <w:pPr>
        <w:spacing w:after="200"/>
        <w:ind w:left="567"/>
      </w:pPr>
      <w:r>
        <w:rPr>
          <w:sz w:val="22"/>
        </w:rPr>
        <w:t>A) help</w:t>
      </w:r>
      <w:r>
        <w:rPr>
          <w:sz w:val="22"/>
        </w:rPr>
        <w:t xml:space="preserve">     </w:t>
      </w:r>
      <w:r>
        <w:rPr>
          <w:sz w:val="22"/>
        </w:rPr>
        <w:t>B) helping</w:t>
      </w:r>
      <w:r>
        <w:rPr>
          <w:sz w:val="22"/>
        </w:rPr>
        <w:t xml:space="preserve">     </w:t>
      </w:r>
      <w:r>
        <w:rPr>
          <w:sz w:val="22"/>
        </w:rPr>
        <w:t>C) to help</w:t>
      </w:r>
      <w:r>
        <w:rPr>
          <w:sz w:val="22"/>
        </w:rPr>
        <w:t xml:space="preserve">     </w:t>
      </w:r>
      <w:r>
        <w:rPr>
          <w:sz w:val="22"/>
        </w:rPr>
        <w:t>D) helped</w:t>
      </w:r>
    </w:p>
    <w:p>
      <w:pPr>
        <w:spacing w:after="40"/>
      </w:pPr>
      <w:r>
        <w:rPr>
          <w:b/>
          <w:sz w:val="22"/>
        </w:rPr>
        <w:t xml:space="preserve">41.. </w:t>
      </w:r>
      <w:r>
        <w:rPr>
          <w:sz w:val="22"/>
        </w:rPr>
      </w:r>
    </w:p>
    <w:p>
      <w:pPr>
        <w:spacing w:after="200"/>
        <w:ind w:left="567"/>
      </w:pPr>
      <w:r>
        <w:rPr>
          <w:sz w:val="22"/>
        </w:rPr>
        <w:t>A) was</w:t>
      </w:r>
      <w:r>
        <w:rPr>
          <w:sz w:val="22"/>
        </w:rPr>
        <w:t xml:space="preserve">     </w:t>
      </w:r>
      <w:r>
        <w:rPr>
          <w:sz w:val="22"/>
        </w:rPr>
        <w:t>B) were</w:t>
      </w:r>
      <w:r>
        <w:rPr>
          <w:sz w:val="22"/>
        </w:rPr>
        <w:t xml:space="preserve">     </w:t>
      </w:r>
      <w:r>
        <w:rPr>
          <w:sz w:val="22"/>
        </w:rPr>
        <w:t>C) is</w:t>
      </w:r>
      <w:r>
        <w:rPr>
          <w:sz w:val="22"/>
        </w:rPr>
        <w:t xml:space="preserve">     </w:t>
      </w:r>
      <w:r>
        <w:rPr>
          <w:sz w:val="22"/>
        </w:rPr>
        <w:t>D) are</w:t>
      </w:r>
    </w:p>
    <w:p>
      <w:pPr>
        <w:spacing w:after="40"/>
      </w:pPr>
      <w:r>
        <w:rPr>
          <w:b/>
          <w:sz w:val="22"/>
        </w:rPr>
        <w:t xml:space="preserve">42.. </w:t>
      </w:r>
      <w:r>
        <w:rPr>
          <w:sz w:val="22"/>
        </w:rPr>
      </w:r>
    </w:p>
    <w:p>
      <w:pPr>
        <w:spacing w:after="200"/>
        <w:ind w:left="567"/>
      </w:pPr>
      <w:r>
        <w:rPr>
          <w:sz w:val="22"/>
        </w:rPr>
        <w:t>A) love</w:t>
      </w:r>
      <w:r>
        <w:rPr>
          <w:sz w:val="22"/>
        </w:rPr>
        <w:t xml:space="preserve">     </w:t>
      </w:r>
      <w:r>
        <w:rPr>
          <w:sz w:val="22"/>
        </w:rPr>
        <w:t>B) loves</w:t>
      </w:r>
      <w:r>
        <w:rPr>
          <w:sz w:val="22"/>
        </w:rPr>
        <w:t xml:space="preserve">     </w:t>
      </w:r>
      <w:r>
        <w:rPr>
          <w:sz w:val="22"/>
        </w:rPr>
        <w:t>C) loved</w:t>
      </w:r>
      <w:r>
        <w:rPr>
          <w:sz w:val="22"/>
        </w:rPr>
        <w:t xml:space="preserve">     </w:t>
      </w:r>
      <w:r>
        <w:rPr>
          <w:sz w:val="22"/>
        </w:rPr>
        <w:t>D) loving</w:t>
      </w:r>
    </w:p>
    <w:p/>
    <w:p>
      <w:pPr>
        <w:spacing w:before="320" w:after="160"/>
      </w:pPr>
      <w:r>
        <w:rPr>
          <w:b/>
          <w:color w:val="1A56DB"/>
          <w:sz w:val="24"/>
        </w:rPr>
        <w:t>Metin 2: Healthy Eating Habits</w:t>
      </w:r>
    </w:p>
    <w:p>
      <w:pPr>
        <w:spacing w:after="160"/>
      </w:pPr>
      <w:r>
        <w:rPr>
          <w:i/>
          <w:sz w:val="22"/>
        </w:rPr>
        <w:t>Do you eat (43) ______ fruit every day? Experts say we should eat at least five portions. My brother (44) ______ like vegetables at all, but he loves fruit. Yesterday he (45) ______ three apples and two bananas! I think he (46) ______ too much, but he says fruit is always healthy.</w:t>
      </w:r>
    </w:p>
    <w:p>
      <w:pPr>
        <w:spacing w:after="40"/>
      </w:pPr>
      <w:r>
        <w:rPr>
          <w:b/>
          <w:sz w:val="22"/>
        </w:rPr>
        <w:t xml:space="preserve">43.. </w:t>
      </w:r>
      <w:r>
        <w:rPr>
          <w:sz w:val="22"/>
        </w:rPr>
      </w:r>
    </w:p>
    <w:p>
      <w:pPr>
        <w:spacing w:after="200"/>
        <w:ind w:left="567"/>
      </w:pPr>
      <w:r>
        <w:rPr>
          <w:sz w:val="22"/>
        </w:rPr>
        <w:t>A) much</w:t>
      </w:r>
      <w:r>
        <w:rPr>
          <w:sz w:val="22"/>
        </w:rPr>
        <w:t xml:space="preserve">     </w:t>
      </w:r>
      <w:r>
        <w:rPr>
          <w:sz w:val="22"/>
        </w:rPr>
        <w:t>B) many</w:t>
      </w:r>
      <w:r>
        <w:rPr>
          <w:sz w:val="22"/>
        </w:rPr>
        <w:t xml:space="preserve">     </w:t>
      </w:r>
      <w:r>
        <w:rPr>
          <w:sz w:val="22"/>
        </w:rPr>
        <w:t>C) any</w:t>
      </w:r>
      <w:r>
        <w:rPr>
          <w:sz w:val="22"/>
        </w:rPr>
        <w:t xml:space="preserve">     </w:t>
      </w:r>
      <w:r>
        <w:rPr>
          <w:sz w:val="22"/>
        </w:rPr>
        <w:t>D) a</w:t>
      </w:r>
    </w:p>
    <w:p>
      <w:pPr>
        <w:spacing w:after="40"/>
      </w:pPr>
      <w:r>
        <w:rPr>
          <w:b/>
          <w:sz w:val="22"/>
        </w:rPr>
        <w:t xml:space="preserve">44.. </w:t>
      </w:r>
      <w:r>
        <w:rPr>
          <w:sz w:val="22"/>
        </w:rPr>
      </w:r>
    </w:p>
    <w:p>
      <w:pPr>
        <w:spacing w:after="200"/>
        <w:ind w:left="567"/>
      </w:pPr>
      <w:r>
        <w:rPr>
          <w:sz w:val="22"/>
        </w:rPr>
        <w:t>A) don't</w:t>
      </w:r>
      <w:r>
        <w:rPr>
          <w:sz w:val="22"/>
        </w:rPr>
        <w:t xml:space="preserve">     </w:t>
      </w:r>
      <w:r>
        <w:rPr>
          <w:sz w:val="22"/>
        </w:rPr>
        <w:t>B) doesn't</w:t>
      </w:r>
      <w:r>
        <w:rPr>
          <w:sz w:val="22"/>
        </w:rPr>
        <w:t xml:space="preserve">     </w:t>
      </w:r>
      <w:r>
        <w:rPr>
          <w:sz w:val="22"/>
        </w:rPr>
        <w:t>C) didn't</w:t>
      </w:r>
      <w:r>
        <w:rPr>
          <w:sz w:val="22"/>
        </w:rPr>
        <w:t xml:space="preserve">     </w:t>
      </w:r>
      <w:r>
        <w:rPr>
          <w:sz w:val="22"/>
        </w:rPr>
        <w:t>D) isn't</w:t>
      </w:r>
    </w:p>
    <w:p>
      <w:pPr>
        <w:spacing w:after="40"/>
      </w:pPr>
      <w:r>
        <w:rPr>
          <w:b/>
          <w:sz w:val="22"/>
        </w:rPr>
        <w:t xml:space="preserve">45.. </w:t>
      </w:r>
      <w:r>
        <w:rPr>
          <w:sz w:val="22"/>
        </w:rPr>
      </w:r>
    </w:p>
    <w:p>
      <w:pPr>
        <w:spacing w:after="200"/>
        <w:ind w:left="567"/>
      </w:pPr>
      <w:r>
        <w:rPr>
          <w:sz w:val="22"/>
        </w:rPr>
        <w:t>A) eat</w:t>
      </w:r>
      <w:r>
        <w:rPr>
          <w:sz w:val="22"/>
        </w:rPr>
        <w:t xml:space="preserve">     </w:t>
      </w:r>
      <w:r>
        <w:rPr>
          <w:sz w:val="22"/>
        </w:rPr>
        <w:t>B) eats</w:t>
      </w:r>
      <w:r>
        <w:rPr>
          <w:sz w:val="22"/>
        </w:rPr>
        <w:t xml:space="preserve">     </w:t>
      </w:r>
      <w:r>
        <w:rPr>
          <w:sz w:val="22"/>
        </w:rPr>
        <w:t>C) ate</w:t>
      </w:r>
      <w:r>
        <w:rPr>
          <w:sz w:val="22"/>
        </w:rPr>
        <w:t xml:space="preserve">     </w:t>
      </w:r>
      <w:r>
        <w:rPr>
          <w:sz w:val="22"/>
        </w:rPr>
        <w:t>D) eating</w:t>
      </w:r>
    </w:p>
    <w:p>
      <w:pPr>
        <w:spacing w:after="40"/>
      </w:pPr>
      <w:r>
        <w:rPr>
          <w:b/>
          <w:sz w:val="22"/>
        </w:rPr>
        <w:t xml:space="preserve">46.. </w:t>
      </w:r>
      <w:r>
        <w:rPr>
          <w:sz w:val="22"/>
        </w:rPr>
      </w:r>
    </w:p>
    <w:p>
      <w:pPr>
        <w:spacing w:after="200"/>
        <w:ind w:left="567"/>
      </w:pPr>
      <w:r>
        <w:rPr>
          <w:sz w:val="22"/>
        </w:rPr>
        <w:t>A) eat</w:t>
      </w:r>
      <w:r>
        <w:rPr>
          <w:sz w:val="22"/>
        </w:rPr>
        <w:t xml:space="preserve">     </w:t>
      </w:r>
      <w:r>
        <w:rPr>
          <w:sz w:val="22"/>
        </w:rPr>
        <w:t>B) eats</w:t>
      </w:r>
      <w:r>
        <w:rPr>
          <w:sz w:val="22"/>
        </w:rPr>
        <w:t xml:space="preserve">     </w:t>
      </w:r>
      <w:r>
        <w:rPr>
          <w:sz w:val="22"/>
        </w:rPr>
        <w:t>C) ate</w:t>
      </w:r>
      <w:r>
        <w:rPr>
          <w:sz w:val="22"/>
        </w:rPr>
        <w:t xml:space="preserve">     </w:t>
      </w:r>
      <w:r>
        <w:rPr>
          <w:sz w:val="22"/>
        </w:rPr>
        <w:t>D) eating</w:t>
      </w:r>
    </w:p>
    <w:p>
      <w:r>
        <w:br w:type="page"/>
      </w:r>
    </w:p>
    <w:p>
      <w:pPr>
        <w:spacing w:before="320" w:after="160"/>
      </w:pPr>
      <w:r>
        <w:rPr>
          <w:b/>
          <w:color w:val="1A56DB"/>
          <w:sz w:val="28"/>
        </w:rPr>
        <w:t>BÖLÜM 4: Okuma-Anlama (Soru 47–50)</w:t>
      </w:r>
    </w:p>
    <w:p>
      <w:pPr>
        <w:spacing w:before="320" w:after="160"/>
      </w:pPr>
      <w:r>
        <w:rPr>
          <w:b/>
          <w:color w:val="1A56DB"/>
          <w:sz w:val="24"/>
        </w:rPr>
        <w:t>Metin: The School Trip</w:t>
      </w:r>
    </w:p>
    <w:p>
      <w:pPr>
        <w:spacing w:after="200"/>
        <w:ind w:left="283"/>
      </w:pPr>
      <w:r>
        <w:rPr>
          <w:i/>
          <w:sz w:val="21"/>
        </w:rPr>
        <w:t>Last month, Class 5B went on a school trip to the mountains. The weather was colder than they expected. In the morning, it was sunny and warm, but in the afternoon the temperature dropped and it started to rain. Luckily, the students brought their raincoats and umbrellas.</w:t>
      </w:r>
    </w:p>
    <w:p>
      <w:pPr>
        <w:spacing w:after="200"/>
        <w:ind w:left="283"/>
      </w:pPr>
      <w:r>
        <w:rPr>
          <w:i/>
          <w:sz w:val="21"/>
        </w:rPr>
        <w:t>Tom didn't bring his umbrella because he forgot it at home. He felt very cold and wet. His friend Emma gave him her extra jacket. They walked for two hours and saw many interesting plants and birds. The teacher, Mrs. White, told them about the different types of trees in the forest.</w:t>
      </w:r>
    </w:p>
    <w:p>
      <w:pPr>
        <w:spacing w:after="200"/>
        <w:ind w:left="283"/>
      </w:pPr>
      <w:r>
        <w:rPr>
          <w:i/>
          <w:sz w:val="21"/>
        </w:rPr>
        <w:t>At lunchtime, they sat under a big tree and ate their sandwiches. Everyone was tired but happy. Tom said it was his favourite trip ever, even though he got wet. "Next time I will remember my umbrella!" he said.</w:t>
      </w:r>
    </w:p>
    <w:p>
      <w:pPr>
        <w:spacing w:after="40"/>
      </w:pPr>
      <w:r>
        <w:rPr>
          <w:b/>
          <w:sz w:val="22"/>
        </w:rPr>
        <w:t xml:space="preserve">47. Where did Class 5B go for their trip?. </w:t>
      </w:r>
      <w:r>
        <w:rPr>
          <w:sz w:val="22"/>
        </w:rPr>
      </w:r>
    </w:p>
    <w:p>
      <w:pPr>
        <w:spacing w:after="200"/>
        <w:ind w:left="567"/>
      </w:pPr>
      <w:r>
        <w:rPr>
          <w:sz w:val="22"/>
        </w:rPr>
        <w:t>A) To the beach</w:t>
      </w:r>
      <w:r>
        <w:rPr>
          <w:sz w:val="22"/>
        </w:rPr>
        <w:t xml:space="preserve">     </w:t>
      </w:r>
      <w:r>
        <w:rPr>
          <w:sz w:val="22"/>
        </w:rPr>
        <w:t>B) To the mountains</w:t>
      </w:r>
      <w:r>
        <w:rPr>
          <w:sz w:val="22"/>
        </w:rPr>
        <w:t xml:space="preserve">     </w:t>
      </w:r>
      <w:r>
        <w:rPr>
          <w:sz w:val="22"/>
        </w:rPr>
        <w:t>C) To a museum</w:t>
      </w:r>
      <w:r>
        <w:rPr>
          <w:sz w:val="22"/>
        </w:rPr>
        <w:t xml:space="preserve">     </w:t>
      </w:r>
      <w:r>
        <w:rPr>
          <w:sz w:val="22"/>
        </w:rPr>
        <w:t>D) To a zoo</w:t>
      </w:r>
    </w:p>
    <w:p>
      <w:pPr>
        <w:spacing w:after="40"/>
      </w:pPr>
      <w:r>
        <w:rPr>
          <w:b/>
          <w:sz w:val="22"/>
        </w:rPr>
        <w:t xml:space="preserve">48. What happened to Tom during the trip?. </w:t>
      </w:r>
      <w:r>
        <w:rPr>
          <w:sz w:val="22"/>
        </w:rPr>
      </w:r>
    </w:p>
    <w:p>
      <w:pPr>
        <w:spacing w:after="200"/>
        <w:ind w:left="567"/>
      </w:pPr>
      <w:r>
        <w:rPr>
          <w:sz w:val="22"/>
        </w:rPr>
        <w:t>A) He lost his jacket</w:t>
      </w:r>
      <w:r>
        <w:rPr>
          <w:sz w:val="22"/>
        </w:rPr>
        <w:t xml:space="preserve">     </w:t>
      </w:r>
      <w:r>
        <w:rPr>
          <w:sz w:val="22"/>
        </w:rPr>
        <w:t>B) He forgot his umbrella and got wet</w:t>
      </w:r>
      <w:r>
        <w:rPr>
          <w:sz w:val="22"/>
        </w:rPr>
        <w:t xml:space="preserve">     </w:t>
      </w:r>
      <w:r>
        <w:rPr>
          <w:sz w:val="22"/>
        </w:rPr>
        <w:t>C) He didn't go on the trip</w:t>
      </w:r>
      <w:r>
        <w:rPr>
          <w:sz w:val="22"/>
        </w:rPr>
        <w:t xml:space="preserve">     </w:t>
      </w:r>
      <w:r>
        <w:rPr>
          <w:sz w:val="22"/>
        </w:rPr>
        <w:t>D) He fell down and hurt himself</w:t>
      </w:r>
    </w:p>
    <w:p>
      <w:pPr>
        <w:spacing w:after="40"/>
      </w:pPr>
      <w:r>
        <w:rPr>
          <w:b/>
          <w:sz w:val="22"/>
        </w:rPr>
        <w:t xml:space="preserve">49. How was the weather in the afternoon?. </w:t>
      </w:r>
      <w:r>
        <w:rPr>
          <w:sz w:val="22"/>
        </w:rPr>
      </w:r>
    </w:p>
    <w:p>
      <w:pPr>
        <w:spacing w:after="200"/>
        <w:ind w:left="567"/>
      </w:pPr>
      <w:r>
        <w:rPr>
          <w:sz w:val="22"/>
        </w:rPr>
        <w:t>A) Sunny and warm</w:t>
      </w:r>
      <w:r>
        <w:rPr>
          <w:sz w:val="22"/>
        </w:rPr>
        <w:t xml:space="preserve">     </w:t>
      </w:r>
      <w:r>
        <w:rPr>
          <w:sz w:val="22"/>
        </w:rPr>
        <w:t>B) Cold and rainy</w:t>
      </w:r>
      <w:r>
        <w:rPr>
          <w:sz w:val="22"/>
        </w:rPr>
        <w:t xml:space="preserve">     </w:t>
      </w:r>
      <w:r>
        <w:rPr>
          <w:sz w:val="22"/>
        </w:rPr>
        <w:t>C) Colder but sunny</w:t>
      </w:r>
      <w:r>
        <w:rPr>
          <w:sz w:val="22"/>
        </w:rPr>
        <w:t xml:space="preserve">     </w:t>
      </w:r>
      <w:r>
        <w:rPr>
          <w:sz w:val="22"/>
        </w:rPr>
        <w:t>D) The same as the morning</w:t>
      </w:r>
    </w:p>
    <w:p>
      <w:pPr>
        <w:spacing w:after="40"/>
      </w:pPr>
      <w:r>
        <w:rPr>
          <w:b/>
          <w:sz w:val="22"/>
        </w:rPr>
        <w:t xml:space="preserve">50. Which of the following is TRUE about the text?. </w:t>
      </w:r>
      <w:r>
        <w:rPr>
          <w:sz w:val="22"/>
        </w:rPr>
      </w:r>
    </w:p>
    <w:p>
      <w:pPr>
        <w:spacing w:after="200"/>
        <w:ind w:left="567"/>
      </w:pPr>
      <w:r>
        <w:rPr>
          <w:sz w:val="22"/>
        </w:rPr>
        <w:t>A) Tom brought two umbrellas to the trip.</w:t>
      </w:r>
      <w:r>
        <w:rPr>
          <w:sz w:val="22"/>
        </w:rPr>
        <w:t xml:space="preserve">     </w:t>
      </w:r>
      <w:r>
        <w:rPr>
          <w:sz w:val="22"/>
        </w:rPr>
        <w:t>B) The students didn't see any birds during the walk.</w:t>
      </w:r>
      <w:r>
        <w:rPr>
          <w:sz w:val="22"/>
        </w:rPr>
        <w:t xml:space="preserve">     </w:t>
      </w:r>
      <w:r>
        <w:rPr>
          <w:sz w:val="22"/>
        </w:rPr>
        <w:t>C) Emma helped Tom by giving him her extra jacket.</w:t>
      </w:r>
      <w:r>
        <w:rPr>
          <w:sz w:val="22"/>
        </w:rPr>
        <w:t xml:space="preserve">     </w:t>
      </w:r>
      <w:r>
        <w:rPr>
          <w:sz w:val="22"/>
        </w:rPr>
        <w:t>D) The trip was only one hour long.</w:t>
      </w:r>
    </w:p>
    <w:p>
      <w:r>
        <w:br w:type="page"/>
      </w:r>
    </w:p>
    <w:p>
      <w:pPr>
        <w:spacing w:before="320" w:after="160"/>
      </w:pPr>
      <w:r>
        <w:rPr>
          <w:b/>
          <w:color w:val="1A56DB"/>
          <w:sz w:val="28"/>
        </w:rPr>
        <w:t>BÖLÜM 5: İleri Düzey Soru Tipleri (Soru 51–60)</w:t>
      </w:r>
    </w:p>
    <w:p/>
    <w:p>
      <w:pPr>
        <w:spacing w:before="320" w:after="160"/>
      </w:pPr>
      <w:r>
        <w:rPr>
          <w:b/>
          <w:color w:val="1A56DB"/>
          <w:sz w:val="24"/>
        </w:rPr>
        <w:t>5A. 4-Aşamalı Diyalog Tamamlama</w:t>
      </w:r>
    </w:p>
    <w:p>
      <w:r>
        <w:rPr>
          <w:i/>
          <w:sz w:val="20"/>
        </w:rPr>
        <w:t>Aşağıdaki diyalogda boş bırakılan yerleri tamamlayınız.</w:t>
      </w:r>
    </w:p>
    <w:p/>
    <w:p>
      <w:pPr>
        <w:spacing w:before="320" w:after="160"/>
      </w:pPr>
      <w:r>
        <w:rPr>
          <w:b/>
          <w:color w:val="1A56DB"/>
          <w:sz w:val="22"/>
        </w:rPr>
        <w:t>Diyalog 1: At the Restaurant</w:t>
      </w:r>
    </w:p>
    <w:p>
      <w:pPr>
        <w:spacing w:after="160"/>
      </w:pPr>
      <w:r>
        <w:rPr>
          <w:i/>
          <w:sz w:val="22"/>
        </w:rPr>
        <w:t>Waiter: Good evening! (51) ____</w:t>
      </w:r>
    </w:p>
    <w:p>
      <w:pPr>
        <w:spacing w:after="160"/>
      </w:pPr>
      <w:r>
        <w:rPr>
          <w:i/>
          <w:sz w:val="22"/>
        </w:rPr>
        <w:t>Emma: Yes, I'd like to see the menu, please.</w:t>
      </w:r>
    </w:p>
    <w:p>
      <w:pPr>
        <w:spacing w:after="160"/>
      </w:pPr>
      <w:r>
        <w:rPr>
          <w:i/>
          <w:sz w:val="22"/>
        </w:rPr>
        <w:t>Waiter: Of course. (52) ____</w:t>
      </w:r>
    </w:p>
    <w:p>
      <w:pPr>
        <w:spacing w:after="160"/>
      </w:pPr>
      <w:r>
        <w:rPr>
          <w:i/>
          <w:sz w:val="22"/>
        </w:rPr>
        <w:t>Emma: I'll have the chicken soup and a garden salad.</w:t>
      </w:r>
    </w:p>
    <w:p>
      <w:pPr>
        <w:spacing w:after="160"/>
      </w:pPr>
      <w:r>
        <w:rPr>
          <w:i/>
          <w:sz w:val="22"/>
        </w:rPr>
        <w:t>Waiter: (53) ____</w:t>
      </w:r>
    </w:p>
    <w:p>
      <w:pPr>
        <w:spacing w:after="160"/>
      </w:pPr>
      <w:r>
        <w:rPr>
          <w:i/>
          <w:sz w:val="22"/>
        </w:rPr>
        <w:t>Emma: Just water, thank you.</w:t>
      </w:r>
    </w:p>
    <w:p>
      <w:pPr>
        <w:spacing w:after="160"/>
      </w:pPr>
      <w:r>
        <w:rPr>
          <w:i/>
          <w:sz w:val="22"/>
        </w:rPr>
        <w:t>Waiter: Great. (54) ____</w:t>
      </w:r>
    </w:p>
    <w:p>
      <w:pPr>
        <w:spacing w:after="40"/>
      </w:pPr>
      <w:r>
        <w:rPr>
          <w:b/>
          <w:sz w:val="22"/>
        </w:rPr>
        <w:t xml:space="preserve">51.. </w:t>
      </w:r>
      <w:r>
        <w:rPr>
          <w:sz w:val="22"/>
        </w:rPr>
      </w:r>
    </w:p>
    <w:p>
      <w:pPr>
        <w:spacing w:after="200"/>
        <w:ind w:left="567"/>
      </w:pPr>
      <w:r>
        <w:rPr>
          <w:sz w:val="22"/>
        </w:rPr>
        <w:t>A) Are you hungry?</w:t>
      </w:r>
      <w:r>
        <w:rPr>
          <w:sz w:val="22"/>
        </w:rPr>
        <w:t xml:space="preserve">     </w:t>
      </w:r>
      <w:r>
        <w:rPr>
          <w:sz w:val="22"/>
        </w:rPr>
        <w:t>B) What do you want?</w:t>
      </w:r>
      <w:r>
        <w:rPr>
          <w:sz w:val="22"/>
        </w:rPr>
        <w:t xml:space="preserve">     </w:t>
      </w:r>
      <w:r>
        <w:rPr>
          <w:sz w:val="22"/>
        </w:rPr>
        <w:t>C) Can I help you?</w:t>
      </w:r>
      <w:r>
        <w:rPr>
          <w:sz w:val="22"/>
        </w:rPr>
        <w:t xml:space="preserve">     </w:t>
      </w:r>
      <w:r>
        <w:rPr>
          <w:sz w:val="22"/>
        </w:rPr>
        <w:t>D) Do you like food?</w:t>
      </w:r>
    </w:p>
    <w:p>
      <w:pPr>
        <w:spacing w:after="40"/>
      </w:pPr>
      <w:r>
        <w:rPr>
          <w:b/>
          <w:sz w:val="22"/>
        </w:rPr>
        <w:t xml:space="preserve">52.. </w:t>
      </w:r>
      <w:r>
        <w:rPr>
          <w:sz w:val="22"/>
        </w:rPr>
      </w:r>
    </w:p>
    <w:p>
      <w:pPr>
        <w:spacing w:after="200"/>
        <w:ind w:left="567"/>
      </w:pPr>
      <w:r>
        <w:rPr>
          <w:sz w:val="22"/>
        </w:rPr>
        <w:t>A) What would you like to order?</w:t>
      </w:r>
      <w:r>
        <w:rPr>
          <w:sz w:val="22"/>
        </w:rPr>
        <w:t xml:space="preserve">     </w:t>
      </w:r>
      <w:r>
        <w:rPr>
          <w:sz w:val="22"/>
        </w:rPr>
        <w:t>B) Why are you here?</w:t>
      </w:r>
      <w:r>
        <w:rPr>
          <w:sz w:val="22"/>
        </w:rPr>
        <w:t xml:space="preserve">     </w:t>
      </w:r>
      <w:r>
        <w:rPr>
          <w:sz w:val="22"/>
        </w:rPr>
        <w:t>C) How much do you want?</w:t>
      </w:r>
      <w:r>
        <w:rPr>
          <w:sz w:val="22"/>
        </w:rPr>
        <w:t xml:space="preserve">     </w:t>
      </w:r>
      <w:r>
        <w:rPr>
          <w:sz w:val="22"/>
        </w:rPr>
        <w:t>D) When did you arrive?</w:t>
      </w:r>
    </w:p>
    <w:p>
      <w:pPr>
        <w:spacing w:after="40"/>
      </w:pPr>
      <w:r>
        <w:rPr>
          <w:b/>
          <w:sz w:val="22"/>
        </w:rPr>
        <w:t xml:space="preserve">53.. </w:t>
      </w:r>
      <w:r>
        <w:rPr>
          <w:sz w:val="22"/>
        </w:rPr>
      </w:r>
    </w:p>
    <w:p>
      <w:pPr>
        <w:spacing w:after="200"/>
        <w:ind w:left="567"/>
      </w:pPr>
      <w:r>
        <w:rPr>
          <w:sz w:val="22"/>
        </w:rPr>
        <w:t>A) What about a drink?</w:t>
      </w:r>
      <w:r>
        <w:rPr>
          <w:sz w:val="22"/>
        </w:rPr>
        <w:t xml:space="preserve">     </w:t>
      </w:r>
      <w:r>
        <w:rPr>
          <w:sz w:val="22"/>
        </w:rPr>
        <w:t>B) Do you want a dessert?</w:t>
      </w:r>
      <w:r>
        <w:rPr>
          <w:sz w:val="22"/>
        </w:rPr>
        <w:t xml:space="preserve">     </w:t>
      </w:r>
      <w:r>
        <w:rPr>
          <w:sz w:val="22"/>
        </w:rPr>
        <w:t>C) Is the food good?</w:t>
      </w:r>
      <w:r>
        <w:rPr>
          <w:sz w:val="22"/>
        </w:rPr>
        <w:t xml:space="preserve">     </w:t>
      </w:r>
      <w:r>
        <w:rPr>
          <w:sz w:val="22"/>
        </w:rPr>
        <w:t>D) Can you cook?</w:t>
      </w:r>
    </w:p>
    <w:p>
      <w:pPr>
        <w:spacing w:after="40"/>
      </w:pPr>
      <w:r>
        <w:rPr>
          <w:b/>
          <w:sz w:val="22"/>
        </w:rPr>
        <w:t xml:space="preserve">54.. </w:t>
      </w:r>
      <w:r>
        <w:rPr>
          <w:sz w:val="22"/>
        </w:rPr>
      </w:r>
    </w:p>
    <w:p>
      <w:pPr>
        <w:spacing w:after="200"/>
        <w:ind w:left="567"/>
      </w:pPr>
      <w:r>
        <w:rPr>
          <w:sz w:val="22"/>
        </w:rPr>
        <w:t>A) Please sit anywhere.</w:t>
      </w:r>
      <w:r>
        <w:rPr>
          <w:sz w:val="22"/>
        </w:rPr>
        <w:t xml:space="preserve">     </w:t>
      </w:r>
      <w:r>
        <w:rPr>
          <w:sz w:val="22"/>
        </w:rPr>
        <w:t>B) I'll bring your order shortly.</w:t>
      </w:r>
      <w:r>
        <w:rPr>
          <w:sz w:val="22"/>
        </w:rPr>
        <w:t xml:space="preserve">     </w:t>
      </w:r>
      <w:r>
        <w:rPr>
          <w:sz w:val="22"/>
        </w:rPr>
        <w:t>C) Come back tomorrow.</w:t>
      </w:r>
      <w:r>
        <w:rPr>
          <w:sz w:val="22"/>
        </w:rPr>
        <w:t xml:space="preserve">     </w:t>
      </w:r>
      <w:r>
        <w:rPr>
          <w:sz w:val="22"/>
        </w:rPr>
        <w:t>D) The restaurant is closing.</w:t>
      </w:r>
    </w:p>
    <w:p/>
    <w:p>
      <w:pPr>
        <w:spacing w:before="320" w:after="160"/>
      </w:pPr>
      <w:r>
        <w:rPr>
          <w:b/>
          <w:color w:val="1A56DB"/>
          <w:sz w:val="22"/>
        </w:rPr>
        <w:t>Diyalog 2: At the Doctor's Office</w:t>
      </w:r>
    </w:p>
    <w:p>
      <w:pPr>
        <w:spacing w:after="160"/>
      </w:pPr>
      <w:r>
        <w:rPr>
          <w:i/>
          <w:sz w:val="22"/>
        </w:rPr>
        <w:t>Doctor: Good morning. (55) ____</w:t>
      </w:r>
    </w:p>
    <w:p>
      <w:pPr>
        <w:spacing w:after="160"/>
      </w:pPr>
      <w:r>
        <w:rPr>
          <w:i/>
          <w:sz w:val="22"/>
        </w:rPr>
        <w:t>Tom: I have a terrible headache and I feel very tired.</w:t>
      </w:r>
    </w:p>
    <w:p>
      <w:pPr>
        <w:spacing w:after="160"/>
      </w:pPr>
      <w:r>
        <w:rPr>
          <w:i/>
          <w:sz w:val="22"/>
        </w:rPr>
        <w:t>Doctor: (56) ____</w:t>
      </w:r>
    </w:p>
    <w:p>
      <w:pPr>
        <w:spacing w:after="160"/>
      </w:pPr>
      <w:r>
        <w:rPr>
          <w:i/>
          <w:sz w:val="22"/>
        </w:rPr>
        <w:t>Tom: Since yesterday morning. I couldn't sleep at all last night.</w:t>
      </w:r>
    </w:p>
    <w:p>
      <w:pPr>
        <w:spacing w:after="160"/>
      </w:pPr>
      <w:r>
        <w:rPr>
          <w:i/>
          <w:sz w:val="22"/>
        </w:rPr>
        <w:t>Doctor: Let me check your temperature. (57) ____</w:t>
      </w:r>
    </w:p>
    <w:p>
      <w:pPr>
        <w:spacing w:after="160"/>
      </w:pPr>
      <w:r>
        <w:rPr>
          <w:i/>
          <w:sz w:val="22"/>
        </w:rPr>
        <w:t>Tom: Yes, I played football in the rain on Saturday.</w:t>
      </w:r>
    </w:p>
    <w:p>
      <w:pPr>
        <w:spacing w:after="40"/>
      </w:pPr>
      <w:r>
        <w:rPr>
          <w:b/>
          <w:sz w:val="22"/>
        </w:rPr>
        <w:t xml:space="preserve">55.. </w:t>
      </w:r>
      <w:r>
        <w:rPr>
          <w:sz w:val="22"/>
        </w:rPr>
      </w:r>
    </w:p>
    <w:p>
      <w:pPr>
        <w:spacing w:after="200"/>
        <w:ind w:left="567"/>
      </w:pPr>
      <w:r>
        <w:rPr>
          <w:sz w:val="22"/>
        </w:rPr>
        <w:t>A) How old are you?</w:t>
      </w:r>
      <w:r>
        <w:rPr>
          <w:sz w:val="22"/>
        </w:rPr>
        <w:t xml:space="preserve">     </w:t>
      </w:r>
      <w:r>
        <w:rPr>
          <w:sz w:val="22"/>
        </w:rPr>
        <w:t>B) What's the problem?</w:t>
      </w:r>
      <w:r>
        <w:rPr>
          <w:sz w:val="22"/>
        </w:rPr>
        <w:t xml:space="preserve">     </w:t>
      </w:r>
      <w:r>
        <w:rPr>
          <w:sz w:val="22"/>
        </w:rPr>
        <w:t>C) What's your name?</w:t>
      </w:r>
      <w:r>
        <w:rPr>
          <w:sz w:val="22"/>
        </w:rPr>
        <w:t xml:space="preserve">     </w:t>
      </w:r>
      <w:r>
        <w:rPr>
          <w:sz w:val="22"/>
        </w:rPr>
        <w:t>D) Where do you live?</w:t>
      </w:r>
    </w:p>
    <w:p>
      <w:pPr>
        <w:spacing w:after="40"/>
      </w:pPr>
      <w:r>
        <w:rPr>
          <w:b/>
          <w:sz w:val="22"/>
        </w:rPr>
        <w:t xml:space="preserve">56.. </w:t>
      </w:r>
      <w:r>
        <w:rPr>
          <w:sz w:val="22"/>
        </w:rPr>
      </w:r>
    </w:p>
    <w:p>
      <w:pPr>
        <w:spacing w:after="200"/>
        <w:ind w:left="567"/>
      </w:pPr>
      <w:r>
        <w:rPr>
          <w:sz w:val="22"/>
        </w:rPr>
        <w:t>A) How long have you felt like this?</w:t>
      </w:r>
      <w:r>
        <w:rPr>
          <w:sz w:val="22"/>
        </w:rPr>
        <w:t xml:space="preserve">     </w:t>
      </w:r>
      <w:r>
        <w:rPr>
          <w:sz w:val="22"/>
        </w:rPr>
        <w:t>B) Why didn't you come earlier?</w:t>
      </w:r>
      <w:r>
        <w:rPr>
          <w:sz w:val="22"/>
        </w:rPr>
        <w:t xml:space="preserve">     </w:t>
      </w:r>
      <w:r>
        <w:rPr>
          <w:sz w:val="22"/>
        </w:rPr>
        <w:t>C) How much does it hurt?</w:t>
      </w:r>
      <w:r>
        <w:rPr>
          <w:sz w:val="22"/>
        </w:rPr>
        <w:t xml:space="preserve">     </w:t>
      </w:r>
      <w:r>
        <w:rPr>
          <w:sz w:val="22"/>
        </w:rPr>
        <w:t>D) What did you eat today?</w:t>
      </w:r>
    </w:p>
    <w:p>
      <w:pPr>
        <w:spacing w:after="40"/>
      </w:pPr>
      <w:r>
        <w:rPr>
          <w:b/>
          <w:sz w:val="22"/>
        </w:rPr>
        <w:t xml:space="preserve">57.. </w:t>
      </w:r>
      <w:r>
        <w:rPr>
          <w:sz w:val="22"/>
        </w:rPr>
      </w:r>
    </w:p>
    <w:p>
      <w:pPr>
        <w:spacing w:after="200"/>
        <w:ind w:left="567"/>
      </w:pPr>
      <w:r>
        <w:rPr>
          <w:sz w:val="22"/>
        </w:rPr>
        <w:t>A) Did you eat breakfast?</w:t>
      </w:r>
      <w:r>
        <w:rPr>
          <w:sz w:val="22"/>
        </w:rPr>
        <w:t xml:space="preserve">     </w:t>
      </w:r>
      <w:r>
        <w:rPr>
          <w:sz w:val="22"/>
        </w:rPr>
        <w:t>B) Have you done your homework?</w:t>
      </w:r>
      <w:r>
        <w:rPr>
          <w:sz w:val="22"/>
        </w:rPr>
        <w:t xml:space="preserve">     </w:t>
      </w:r>
      <w:r>
        <w:rPr>
          <w:sz w:val="22"/>
        </w:rPr>
        <w:t>C) Did you do anything unusual at the weekend?</w:t>
      </w:r>
      <w:r>
        <w:rPr>
          <w:sz w:val="22"/>
        </w:rPr>
        <w:t xml:space="preserve">     </w:t>
      </w:r>
      <w:r>
        <w:rPr>
          <w:sz w:val="22"/>
        </w:rPr>
        <w:t>D) Can you play football?</w:t>
      </w:r>
    </w:p>
    <w:p/>
    <w:p>
      <w:pPr>
        <w:spacing w:before="320" w:after="160"/>
      </w:pPr>
      <w:r>
        <w:rPr>
          <w:b/>
          <w:color w:val="1A56DB"/>
          <w:sz w:val="24"/>
        </w:rPr>
        <w:t>5B. 'Hangi Soruyu Sormuş Olabilir?'</w:t>
      </w:r>
    </w:p>
    <w:p>
      <w:r>
        <w:rPr>
          <w:i/>
          <w:sz w:val="20"/>
        </w:rPr>
        <w:t>Verilen cevaba göre sorulmuş olabilecek en uygun soruyu bulunuz.</w:t>
      </w:r>
    </w:p>
    <w:p/>
    <w:p>
      <w:pPr>
        <w:spacing w:after="40"/>
      </w:pPr>
      <w:r>
        <w:rPr>
          <w:b/>
          <w:sz w:val="22"/>
        </w:rPr>
        <w:t>58. A: ____</w:t>
        <w:br/>
        <w:t xml:space="preserve">    B: I usually go swimming and play tennis.. </w:t>
      </w:r>
      <w:r>
        <w:rPr>
          <w:sz w:val="22"/>
        </w:rPr>
      </w:r>
    </w:p>
    <w:p>
      <w:pPr>
        <w:spacing w:after="200"/>
        <w:ind w:left="567"/>
      </w:pPr>
      <w:r>
        <w:rPr>
          <w:sz w:val="22"/>
        </w:rPr>
        <w:t>A) What do you do at the weekends?</w:t>
      </w:r>
      <w:r>
        <w:rPr>
          <w:sz w:val="22"/>
        </w:rPr>
        <w:t xml:space="preserve">     </w:t>
      </w:r>
      <w:r>
        <w:rPr>
          <w:sz w:val="22"/>
        </w:rPr>
        <w:t>B) What did you do last weekend?</w:t>
      </w:r>
      <w:r>
        <w:rPr>
          <w:sz w:val="22"/>
        </w:rPr>
        <w:t xml:space="preserve">     </w:t>
      </w:r>
      <w:r>
        <w:rPr>
          <w:sz w:val="22"/>
        </w:rPr>
        <w:t>C) Where is the swimming pool?</w:t>
      </w:r>
      <w:r>
        <w:rPr>
          <w:sz w:val="22"/>
        </w:rPr>
        <w:t xml:space="preserve">     </w:t>
      </w:r>
      <w:r>
        <w:rPr>
          <w:sz w:val="22"/>
        </w:rPr>
        <w:t>D) Can you play tennis?</w:t>
      </w:r>
    </w:p>
    <w:p>
      <w:pPr>
        <w:spacing w:after="40"/>
      </w:pPr>
      <w:r>
        <w:rPr>
          <w:b/>
          <w:sz w:val="22"/>
        </w:rPr>
        <w:t>59. A: ____</w:t>
        <w:br/>
        <w:t xml:space="preserve">    B: It was cold and windy all day.. </w:t>
      </w:r>
      <w:r>
        <w:rPr>
          <w:sz w:val="22"/>
        </w:rPr>
      </w:r>
    </w:p>
    <w:p>
      <w:pPr>
        <w:spacing w:after="200"/>
        <w:ind w:left="567"/>
      </w:pPr>
      <w:r>
        <w:rPr>
          <w:sz w:val="22"/>
        </w:rPr>
        <w:t>A) What's the weather like today?</w:t>
      </w:r>
      <w:r>
        <w:rPr>
          <w:sz w:val="22"/>
        </w:rPr>
        <w:t xml:space="preserve">     </w:t>
      </w:r>
      <w:r>
        <w:rPr>
          <w:sz w:val="22"/>
        </w:rPr>
        <w:t>B) How was the weather yesterday?</w:t>
      </w:r>
      <w:r>
        <w:rPr>
          <w:sz w:val="22"/>
        </w:rPr>
        <w:t xml:space="preserve">     </w:t>
      </w:r>
      <w:r>
        <w:rPr>
          <w:sz w:val="22"/>
        </w:rPr>
        <w:t>C) Do you like cold weather?</w:t>
      </w:r>
      <w:r>
        <w:rPr>
          <w:sz w:val="22"/>
        </w:rPr>
        <w:t xml:space="preserve">     </w:t>
      </w:r>
      <w:r>
        <w:rPr>
          <w:sz w:val="22"/>
        </w:rPr>
        <w:t>D) Is it raining now?</w:t>
      </w:r>
    </w:p>
    <w:p>
      <w:pPr>
        <w:spacing w:after="40"/>
      </w:pPr>
      <w:r>
        <w:rPr>
          <w:b/>
          <w:sz w:val="22"/>
        </w:rPr>
        <w:t>60. A: ____</w:t>
        <w:br/>
        <w:t xml:space="preserve">    B: We went to the old castle and then walked along the river.. </w:t>
      </w:r>
      <w:r>
        <w:rPr>
          <w:sz w:val="22"/>
        </w:rPr>
      </w:r>
    </w:p>
    <w:p>
      <w:pPr>
        <w:spacing w:after="200"/>
        <w:ind w:left="567"/>
      </w:pPr>
      <w:r>
        <w:rPr>
          <w:sz w:val="22"/>
        </w:rPr>
        <w:t>A) What are you doing now?</w:t>
      </w:r>
      <w:r>
        <w:rPr>
          <w:sz w:val="22"/>
        </w:rPr>
        <w:t xml:space="preserve">     </w:t>
      </w:r>
      <w:r>
        <w:rPr>
          <w:sz w:val="22"/>
        </w:rPr>
        <w:t>B) Where do you usually go on holiday?</w:t>
      </w:r>
      <w:r>
        <w:rPr>
          <w:sz w:val="22"/>
        </w:rPr>
        <w:t xml:space="preserve">     </w:t>
      </w:r>
      <w:r>
        <w:rPr>
          <w:sz w:val="22"/>
        </w:rPr>
        <w:t>C) What did you do on your trip?</w:t>
      </w:r>
      <w:r>
        <w:rPr>
          <w:sz w:val="22"/>
        </w:rPr>
        <w:t xml:space="preserve">     </w:t>
      </w:r>
      <w:r>
        <w:rPr>
          <w:sz w:val="22"/>
        </w:rPr>
        <w:t>D) How long did you stay there?</w:t>
      </w:r>
    </w:p>
    <w:p>
      <w:r>
        <w:br w:type="page"/>
      </w:r>
    </w:p>
    <w:p>
      <w:pPr>
        <w:spacing w:before="320" w:after="160"/>
      </w:pPr>
      <w:r>
        <w:rPr>
          <w:b/>
          <w:color w:val="1A56DB"/>
          <w:sz w:val="36"/>
        </w:rPr>
        <w:t>CEVAP ANAHTARI</w:t>
      </w:r>
    </w:p>
    <w:p/>
    <w:tbl>
      <w:tblPr>
        <w:tblStyle w:val="LightGrid-Accent1"/>
        <w:tblW w:type="auto" w:w="0"/>
        <w:tblLook w:firstColumn="1" w:firstRow="1" w:lastColumn="0" w:lastRow="0" w:noHBand="0" w:noVBand="1" w:val="04A0"/>
      </w:tblPr>
      <w:tblGrid>
        <w:gridCol w:w="1662"/>
        <w:gridCol w:w="1662"/>
        <w:gridCol w:w="1662"/>
        <w:gridCol w:w="1662"/>
        <w:gridCol w:w="1662"/>
        <w:gridCol w:w="1662"/>
      </w:tblGrid>
      <w:tr>
        <w:tc>
          <w:tcPr>
            <w:tcW w:type="dxa" w:w="1662"/>
          </w:tcPr>
          <w:p>
            <w:r>
              <w:rPr>
                <w:b/>
                <w:sz w:val="20"/>
              </w:rPr>
              <w:t>Soru</w:t>
            </w:r>
          </w:p>
        </w:tc>
        <w:tc>
          <w:tcPr>
            <w:tcW w:type="dxa" w:w="1662"/>
          </w:tcPr>
          <w:p>
            <w:r>
              <w:rPr>
                <w:b/>
                <w:sz w:val="20"/>
              </w:rPr>
              <w:t>Cvp</w:t>
            </w:r>
          </w:p>
        </w:tc>
        <w:tc>
          <w:tcPr>
            <w:tcW w:type="dxa" w:w="1662"/>
          </w:tcPr>
          <w:p>
            <w:r>
              <w:rPr>
                <w:b/>
                <w:sz w:val="20"/>
              </w:rPr>
              <w:t>Soru</w:t>
            </w:r>
          </w:p>
        </w:tc>
        <w:tc>
          <w:tcPr>
            <w:tcW w:type="dxa" w:w="1662"/>
          </w:tcPr>
          <w:p>
            <w:r>
              <w:rPr>
                <w:b/>
                <w:sz w:val="20"/>
              </w:rPr>
              <w:t>Cvp</w:t>
            </w:r>
          </w:p>
        </w:tc>
        <w:tc>
          <w:tcPr>
            <w:tcW w:type="dxa" w:w="1662"/>
          </w:tcPr>
          <w:p>
            <w:r>
              <w:rPr>
                <w:b/>
                <w:sz w:val="20"/>
              </w:rPr>
              <w:t>Soru</w:t>
            </w:r>
          </w:p>
        </w:tc>
        <w:tc>
          <w:tcPr>
            <w:tcW w:type="dxa" w:w="1662"/>
          </w:tcPr>
          <w:p>
            <w:r>
              <w:rPr>
                <w:b/>
                <w:sz w:val="20"/>
              </w:rPr>
              <w:t>Cvp</w:t>
            </w:r>
          </w:p>
        </w:tc>
      </w:tr>
      <w:tr>
        <w:tc>
          <w:tcPr>
            <w:tcW w:type="dxa" w:w="1662"/>
          </w:tcPr>
          <w:p>
            <w:r>
              <w:rPr>
                <w:sz w:val="20"/>
              </w:rPr>
              <w:t>Q1: A</w:t>
            </w:r>
          </w:p>
        </w:tc>
        <w:tc>
          <w:tcPr>
            <w:tcW w:type="dxa" w:w="1662"/>
          </w:tcPr>
          <w:p>
            <w:r>
              <w:rPr>
                <w:sz w:val="20"/>
              </w:rPr>
              <w:t>Q2: A</w:t>
            </w:r>
          </w:p>
        </w:tc>
        <w:tc>
          <w:tcPr>
            <w:tcW w:type="dxa" w:w="1662"/>
          </w:tcPr>
          <w:p>
            <w:r>
              <w:rPr>
                <w:sz w:val="20"/>
              </w:rPr>
              <w:t>Q3: B</w:t>
            </w:r>
          </w:p>
        </w:tc>
        <w:tc>
          <w:tcPr>
            <w:tcW w:type="dxa" w:w="1662"/>
          </w:tcPr>
          <w:p>
            <w:r>
              <w:rPr>
                <w:sz w:val="20"/>
              </w:rPr>
              <w:t>Q4: B</w:t>
            </w:r>
          </w:p>
        </w:tc>
        <w:tc>
          <w:tcPr>
            <w:tcW w:type="dxa" w:w="1662"/>
          </w:tcPr>
          <w:p>
            <w:r>
              <w:rPr>
                <w:sz w:val="20"/>
              </w:rPr>
              <w:t>Q5: B</w:t>
            </w:r>
          </w:p>
        </w:tc>
        <w:tc>
          <w:tcPr>
            <w:tcW w:type="dxa" w:w="1662"/>
          </w:tcPr>
          <w:p>
            <w:r>
              <w:rPr>
                <w:sz w:val="20"/>
              </w:rPr>
              <w:t>Q6: B</w:t>
            </w:r>
          </w:p>
        </w:tc>
      </w:tr>
      <w:tr>
        <w:tc>
          <w:tcPr>
            <w:tcW w:type="dxa" w:w="1662"/>
          </w:tcPr>
          <w:p>
            <w:r>
              <w:rPr>
                <w:sz w:val="20"/>
              </w:rPr>
              <w:t>Q7: B</w:t>
            </w:r>
          </w:p>
        </w:tc>
        <w:tc>
          <w:tcPr>
            <w:tcW w:type="dxa" w:w="1662"/>
          </w:tcPr>
          <w:p>
            <w:r>
              <w:rPr>
                <w:sz w:val="20"/>
              </w:rPr>
              <w:t>Q8: C</w:t>
            </w:r>
          </w:p>
        </w:tc>
        <w:tc>
          <w:tcPr>
            <w:tcW w:type="dxa" w:w="1662"/>
          </w:tcPr>
          <w:p>
            <w:r>
              <w:rPr>
                <w:sz w:val="20"/>
              </w:rPr>
              <w:t>Q9: B</w:t>
            </w:r>
          </w:p>
        </w:tc>
        <w:tc>
          <w:tcPr>
            <w:tcW w:type="dxa" w:w="1662"/>
          </w:tcPr>
          <w:p>
            <w:r>
              <w:rPr>
                <w:sz w:val="20"/>
              </w:rPr>
              <w:t>Q10: B</w:t>
            </w:r>
          </w:p>
        </w:tc>
        <w:tc>
          <w:tcPr>
            <w:tcW w:type="dxa" w:w="1662"/>
          </w:tcPr>
          <w:p>
            <w:r>
              <w:rPr>
                <w:sz w:val="20"/>
              </w:rPr>
              <w:t>Q11: B</w:t>
            </w:r>
          </w:p>
        </w:tc>
        <w:tc>
          <w:tcPr>
            <w:tcW w:type="dxa" w:w="1662"/>
          </w:tcPr>
          <w:p>
            <w:r>
              <w:rPr>
                <w:sz w:val="20"/>
              </w:rPr>
              <w:t>Q12: B</w:t>
            </w:r>
          </w:p>
        </w:tc>
      </w:tr>
      <w:tr>
        <w:tc>
          <w:tcPr>
            <w:tcW w:type="dxa" w:w="1662"/>
          </w:tcPr>
          <w:p>
            <w:r>
              <w:rPr>
                <w:sz w:val="20"/>
              </w:rPr>
              <w:t>Q13: A</w:t>
            </w:r>
          </w:p>
        </w:tc>
        <w:tc>
          <w:tcPr>
            <w:tcW w:type="dxa" w:w="1662"/>
          </w:tcPr>
          <w:p>
            <w:r>
              <w:rPr>
                <w:sz w:val="20"/>
              </w:rPr>
              <w:t>Q14: B</w:t>
            </w:r>
          </w:p>
        </w:tc>
        <w:tc>
          <w:tcPr>
            <w:tcW w:type="dxa" w:w="1662"/>
          </w:tcPr>
          <w:p>
            <w:r>
              <w:rPr>
                <w:sz w:val="20"/>
              </w:rPr>
              <w:t>Q15: C</w:t>
            </w:r>
          </w:p>
        </w:tc>
        <w:tc>
          <w:tcPr>
            <w:tcW w:type="dxa" w:w="1662"/>
          </w:tcPr>
          <w:p>
            <w:r>
              <w:rPr>
                <w:sz w:val="20"/>
              </w:rPr>
              <w:t>Q16: C</w:t>
            </w:r>
          </w:p>
        </w:tc>
        <w:tc>
          <w:tcPr>
            <w:tcW w:type="dxa" w:w="1662"/>
          </w:tcPr>
          <w:p>
            <w:r>
              <w:rPr>
                <w:sz w:val="20"/>
              </w:rPr>
              <w:t>Q17: B</w:t>
            </w:r>
          </w:p>
        </w:tc>
        <w:tc>
          <w:tcPr>
            <w:tcW w:type="dxa" w:w="1662"/>
          </w:tcPr>
          <w:p>
            <w:r>
              <w:rPr>
                <w:sz w:val="20"/>
              </w:rPr>
              <w:t>Q18: C</w:t>
            </w:r>
          </w:p>
        </w:tc>
      </w:tr>
      <w:tr>
        <w:tc>
          <w:tcPr>
            <w:tcW w:type="dxa" w:w="1662"/>
          </w:tcPr>
          <w:p>
            <w:r>
              <w:rPr>
                <w:sz w:val="20"/>
              </w:rPr>
              <w:t>Q19: D</w:t>
            </w:r>
          </w:p>
        </w:tc>
        <w:tc>
          <w:tcPr>
            <w:tcW w:type="dxa" w:w="1662"/>
          </w:tcPr>
          <w:p>
            <w:r>
              <w:rPr>
                <w:sz w:val="20"/>
              </w:rPr>
              <w:t>Q20: B</w:t>
            </w:r>
          </w:p>
        </w:tc>
        <w:tc>
          <w:tcPr>
            <w:tcW w:type="dxa" w:w="1662"/>
          </w:tcPr>
          <w:p>
            <w:r>
              <w:rPr>
                <w:sz w:val="20"/>
              </w:rPr>
              <w:t>Q21: B</w:t>
            </w:r>
          </w:p>
        </w:tc>
        <w:tc>
          <w:tcPr>
            <w:tcW w:type="dxa" w:w="1662"/>
          </w:tcPr>
          <w:p>
            <w:r>
              <w:rPr>
                <w:sz w:val="20"/>
              </w:rPr>
              <w:t>Q22: B</w:t>
            </w:r>
          </w:p>
        </w:tc>
        <w:tc>
          <w:tcPr>
            <w:tcW w:type="dxa" w:w="1662"/>
          </w:tcPr>
          <w:p>
            <w:r>
              <w:rPr>
                <w:sz w:val="20"/>
              </w:rPr>
              <w:t>Q23: A</w:t>
            </w:r>
          </w:p>
        </w:tc>
        <w:tc>
          <w:tcPr>
            <w:tcW w:type="dxa" w:w="1662"/>
          </w:tcPr>
          <w:p>
            <w:r>
              <w:rPr>
                <w:sz w:val="20"/>
              </w:rPr>
              <w:t>Q24: B</w:t>
            </w:r>
          </w:p>
        </w:tc>
      </w:tr>
      <w:tr>
        <w:tc>
          <w:tcPr>
            <w:tcW w:type="dxa" w:w="1662"/>
          </w:tcPr>
          <w:p>
            <w:r>
              <w:rPr>
                <w:sz w:val="20"/>
              </w:rPr>
              <w:t>Q25: B</w:t>
            </w:r>
          </w:p>
        </w:tc>
        <w:tc>
          <w:tcPr>
            <w:tcW w:type="dxa" w:w="1662"/>
          </w:tcPr>
          <w:p>
            <w:r>
              <w:rPr>
                <w:sz w:val="20"/>
              </w:rPr>
              <w:t>Q26: B</w:t>
            </w:r>
          </w:p>
        </w:tc>
        <w:tc>
          <w:tcPr>
            <w:tcW w:type="dxa" w:w="1662"/>
          </w:tcPr>
          <w:p>
            <w:r>
              <w:rPr>
                <w:sz w:val="20"/>
              </w:rPr>
              <w:t>Q27: B</w:t>
            </w:r>
          </w:p>
        </w:tc>
        <w:tc>
          <w:tcPr>
            <w:tcW w:type="dxa" w:w="1662"/>
          </w:tcPr>
          <w:p>
            <w:r>
              <w:rPr>
                <w:sz w:val="20"/>
              </w:rPr>
              <w:t>Q28: B</w:t>
            </w:r>
          </w:p>
        </w:tc>
        <w:tc>
          <w:tcPr>
            <w:tcW w:type="dxa" w:w="1662"/>
          </w:tcPr>
          <w:p>
            <w:r>
              <w:rPr>
                <w:sz w:val="20"/>
              </w:rPr>
              <w:t>Q29: C</w:t>
            </w:r>
          </w:p>
        </w:tc>
        <w:tc>
          <w:tcPr>
            <w:tcW w:type="dxa" w:w="1662"/>
          </w:tcPr>
          <w:p>
            <w:r>
              <w:rPr>
                <w:sz w:val="20"/>
              </w:rPr>
              <w:t>Q30: B</w:t>
            </w:r>
          </w:p>
        </w:tc>
      </w:tr>
      <w:tr>
        <w:tc>
          <w:tcPr>
            <w:tcW w:type="dxa" w:w="1662"/>
          </w:tcPr>
          <w:p>
            <w:r>
              <w:rPr>
                <w:sz w:val="20"/>
              </w:rPr>
              <w:t>Q31: B</w:t>
            </w:r>
          </w:p>
        </w:tc>
        <w:tc>
          <w:tcPr>
            <w:tcW w:type="dxa" w:w="1662"/>
          </w:tcPr>
          <w:p>
            <w:r>
              <w:rPr>
                <w:sz w:val="20"/>
              </w:rPr>
              <w:t>Q32: B</w:t>
            </w:r>
          </w:p>
        </w:tc>
        <w:tc>
          <w:tcPr>
            <w:tcW w:type="dxa" w:w="1662"/>
          </w:tcPr>
          <w:p>
            <w:r>
              <w:rPr>
                <w:sz w:val="20"/>
              </w:rPr>
              <w:t>Q33: A</w:t>
            </w:r>
          </w:p>
        </w:tc>
        <w:tc>
          <w:tcPr>
            <w:tcW w:type="dxa" w:w="1662"/>
          </w:tcPr>
          <w:p>
            <w:r>
              <w:rPr>
                <w:sz w:val="20"/>
              </w:rPr>
              <w:t>Q34: B</w:t>
            </w:r>
          </w:p>
        </w:tc>
        <w:tc>
          <w:tcPr>
            <w:tcW w:type="dxa" w:w="1662"/>
          </w:tcPr>
          <w:p>
            <w:r>
              <w:rPr>
                <w:sz w:val="20"/>
              </w:rPr>
              <w:t>Q35: B</w:t>
            </w:r>
          </w:p>
        </w:tc>
        <w:tc>
          <w:tcPr>
            <w:tcW w:type="dxa" w:w="1662"/>
          </w:tcPr>
          <w:p>
            <w:r>
              <w:rPr>
                <w:sz w:val="20"/>
              </w:rPr>
              <w:t>Q36: B</w:t>
            </w:r>
          </w:p>
        </w:tc>
      </w:tr>
      <w:tr>
        <w:tc>
          <w:tcPr>
            <w:tcW w:type="dxa" w:w="1662"/>
          </w:tcPr>
          <w:p>
            <w:r>
              <w:rPr>
                <w:sz w:val="20"/>
              </w:rPr>
              <w:t>Q37: B</w:t>
            </w:r>
          </w:p>
        </w:tc>
        <w:tc>
          <w:tcPr>
            <w:tcW w:type="dxa" w:w="1662"/>
          </w:tcPr>
          <w:p>
            <w:r>
              <w:rPr>
                <w:sz w:val="20"/>
              </w:rPr>
              <w:t>Q38: D</w:t>
            </w:r>
          </w:p>
        </w:tc>
        <w:tc>
          <w:tcPr>
            <w:tcW w:type="dxa" w:w="1662"/>
          </w:tcPr>
          <w:p>
            <w:r>
              <w:rPr>
                <w:sz w:val="20"/>
              </w:rPr>
              <w:t>Q39: B</w:t>
            </w:r>
          </w:p>
        </w:tc>
        <w:tc>
          <w:tcPr>
            <w:tcW w:type="dxa" w:w="1662"/>
          </w:tcPr>
          <w:p>
            <w:r>
              <w:rPr>
                <w:sz w:val="20"/>
              </w:rPr>
              <w:t>Q40: C</w:t>
            </w:r>
          </w:p>
        </w:tc>
        <w:tc>
          <w:tcPr>
            <w:tcW w:type="dxa" w:w="1662"/>
          </w:tcPr>
          <w:p>
            <w:r>
              <w:rPr>
                <w:sz w:val="20"/>
              </w:rPr>
              <w:t>Q41: B</w:t>
            </w:r>
          </w:p>
        </w:tc>
        <w:tc>
          <w:tcPr>
            <w:tcW w:type="dxa" w:w="1662"/>
          </w:tcPr>
          <w:p>
            <w:r>
              <w:rPr>
                <w:sz w:val="20"/>
              </w:rPr>
              <w:t>Q42: C</w:t>
            </w:r>
          </w:p>
        </w:tc>
      </w:tr>
      <w:tr>
        <w:tc>
          <w:tcPr>
            <w:tcW w:type="dxa" w:w="1662"/>
          </w:tcPr>
          <w:p>
            <w:r>
              <w:rPr>
                <w:sz w:val="20"/>
              </w:rPr>
              <w:t>Q43: C</w:t>
            </w:r>
          </w:p>
        </w:tc>
        <w:tc>
          <w:tcPr>
            <w:tcW w:type="dxa" w:w="1662"/>
          </w:tcPr>
          <w:p>
            <w:r>
              <w:rPr>
                <w:sz w:val="20"/>
              </w:rPr>
              <w:t>Q44: B</w:t>
            </w:r>
          </w:p>
        </w:tc>
        <w:tc>
          <w:tcPr>
            <w:tcW w:type="dxa" w:w="1662"/>
          </w:tcPr>
          <w:p>
            <w:r>
              <w:rPr>
                <w:sz w:val="20"/>
              </w:rPr>
              <w:t>Q45: C</w:t>
            </w:r>
          </w:p>
        </w:tc>
        <w:tc>
          <w:tcPr>
            <w:tcW w:type="dxa" w:w="1662"/>
          </w:tcPr>
          <w:p>
            <w:r>
              <w:rPr>
                <w:sz w:val="20"/>
              </w:rPr>
              <w:t>Q46: B</w:t>
            </w:r>
          </w:p>
        </w:tc>
        <w:tc>
          <w:tcPr>
            <w:tcW w:type="dxa" w:w="1662"/>
          </w:tcPr>
          <w:p>
            <w:r>
              <w:rPr>
                <w:sz w:val="20"/>
              </w:rPr>
              <w:t>Q47: B</w:t>
            </w:r>
          </w:p>
        </w:tc>
        <w:tc>
          <w:tcPr>
            <w:tcW w:type="dxa" w:w="1662"/>
          </w:tcPr>
          <w:p>
            <w:r>
              <w:rPr>
                <w:sz w:val="20"/>
              </w:rPr>
              <w:t>Q48: B</w:t>
            </w:r>
          </w:p>
        </w:tc>
      </w:tr>
      <w:tr>
        <w:tc>
          <w:tcPr>
            <w:tcW w:type="dxa" w:w="1662"/>
          </w:tcPr>
          <w:p>
            <w:r>
              <w:rPr>
                <w:sz w:val="20"/>
              </w:rPr>
              <w:t>Q49: B</w:t>
            </w:r>
          </w:p>
        </w:tc>
        <w:tc>
          <w:tcPr>
            <w:tcW w:type="dxa" w:w="1662"/>
          </w:tcPr>
          <w:p>
            <w:r>
              <w:rPr>
                <w:sz w:val="20"/>
              </w:rPr>
              <w:t>Q50: C</w:t>
            </w:r>
          </w:p>
        </w:tc>
        <w:tc>
          <w:tcPr>
            <w:tcW w:type="dxa" w:w="1662"/>
          </w:tcPr>
          <w:p>
            <w:r>
              <w:rPr>
                <w:sz w:val="20"/>
              </w:rPr>
              <w:t>Q51: C</w:t>
            </w:r>
          </w:p>
        </w:tc>
        <w:tc>
          <w:tcPr>
            <w:tcW w:type="dxa" w:w="1662"/>
          </w:tcPr>
          <w:p>
            <w:r>
              <w:rPr>
                <w:sz w:val="20"/>
              </w:rPr>
              <w:t>Q52: A</w:t>
            </w:r>
          </w:p>
        </w:tc>
        <w:tc>
          <w:tcPr>
            <w:tcW w:type="dxa" w:w="1662"/>
          </w:tcPr>
          <w:p>
            <w:r>
              <w:rPr>
                <w:sz w:val="20"/>
              </w:rPr>
              <w:t>Q53: A</w:t>
            </w:r>
          </w:p>
        </w:tc>
        <w:tc>
          <w:tcPr>
            <w:tcW w:type="dxa" w:w="1662"/>
          </w:tcPr>
          <w:p>
            <w:r>
              <w:rPr>
                <w:sz w:val="20"/>
              </w:rPr>
              <w:t>Q54: B</w:t>
            </w:r>
          </w:p>
        </w:tc>
      </w:tr>
      <w:tr>
        <w:tc>
          <w:tcPr>
            <w:tcW w:type="dxa" w:w="1662"/>
          </w:tcPr>
          <w:p>
            <w:r>
              <w:rPr>
                <w:sz w:val="20"/>
              </w:rPr>
              <w:t>Q55: B</w:t>
            </w:r>
          </w:p>
        </w:tc>
        <w:tc>
          <w:tcPr>
            <w:tcW w:type="dxa" w:w="1662"/>
          </w:tcPr>
          <w:p>
            <w:r>
              <w:rPr>
                <w:sz w:val="20"/>
              </w:rPr>
              <w:t>Q56: A</w:t>
            </w:r>
          </w:p>
        </w:tc>
        <w:tc>
          <w:tcPr>
            <w:tcW w:type="dxa" w:w="1662"/>
          </w:tcPr>
          <w:p>
            <w:r>
              <w:rPr>
                <w:sz w:val="20"/>
              </w:rPr>
              <w:t>Q57: C</w:t>
            </w:r>
          </w:p>
        </w:tc>
        <w:tc>
          <w:tcPr>
            <w:tcW w:type="dxa" w:w="1662"/>
          </w:tcPr>
          <w:p>
            <w:r>
              <w:rPr>
                <w:sz w:val="20"/>
              </w:rPr>
              <w:t>Q58: A</w:t>
            </w:r>
          </w:p>
        </w:tc>
        <w:tc>
          <w:tcPr>
            <w:tcW w:type="dxa" w:w="1662"/>
          </w:tcPr>
          <w:p>
            <w:r>
              <w:rPr>
                <w:sz w:val="20"/>
              </w:rPr>
              <w:t>Q59: B</w:t>
            </w:r>
          </w:p>
        </w:tc>
        <w:tc>
          <w:tcPr>
            <w:tcW w:type="dxa" w:w="1662"/>
          </w:tcPr>
          <w:p>
            <w:r>
              <w:rPr>
                <w:sz w:val="20"/>
              </w:rPr>
              <w:t>Q60: C</w:t>
            </w:r>
          </w:p>
        </w:tc>
      </w:tr>
    </w:tbl>
    <w:p/>
    <w:p>
      <w:pPr>
        <w:spacing w:before="320" w:after="160"/>
      </w:pPr>
      <w:r>
        <w:rPr>
          <w:b/>
          <w:color w:val="1A56DB"/>
          <w:sz w:val="26"/>
        </w:rPr>
        <w:t>Trik Nokta Dağılımı</w:t>
      </w:r>
    </w:p>
    <w:tbl>
      <w:tblPr>
        <w:tblStyle w:val="LightGrid-Accent1"/>
        <w:tblW w:type="auto" w:w="0"/>
        <w:tblLook w:firstColumn="1" w:firstRow="1" w:lastColumn="0" w:lastRow="0" w:noHBand="0" w:noVBand="1" w:val="04A0"/>
      </w:tblPr>
      <w:tblGrid>
        <w:gridCol w:w="4986"/>
        <w:gridCol w:w="4986"/>
      </w:tblGrid>
      <w:tr>
        <w:tc>
          <w:tcPr>
            <w:tcW w:type="dxa" w:w="4986"/>
          </w:tcPr>
          <w:p>
            <w:r>
              <w:rPr>
                <w:b/>
                <w:sz w:val="20"/>
              </w:rPr>
              <w:t>Trik Noktası</w:t>
            </w:r>
          </w:p>
        </w:tc>
        <w:tc>
          <w:tcPr>
            <w:tcW w:type="dxa" w:w="4986"/>
          </w:tcPr>
          <w:p>
            <w:r>
              <w:rPr>
                <w:b/>
                <w:sz w:val="20"/>
              </w:rPr>
              <w:t>Sorular</w:t>
            </w:r>
          </w:p>
        </w:tc>
      </w:tr>
      <w:tr>
        <w:tc>
          <w:tcPr>
            <w:tcW w:type="dxa" w:w="4986"/>
          </w:tcPr>
          <w:p>
            <w:r>
              <w:rPr>
                <w:sz w:val="20"/>
              </w:rPr>
              <w:t>didn't + V1</w:t>
            </w:r>
          </w:p>
        </w:tc>
        <w:tc>
          <w:tcPr>
            <w:tcW w:type="dxa" w:w="4986"/>
          </w:tcPr>
          <w:p>
            <w:r>
              <w:rPr>
                <w:sz w:val="20"/>
              </w:rPr>
              <w:t>Q2, Q5, Q12</w:t>
            </w:r>
          </w:p>
        </w:tc>
      </w:tr>
      <w:tr>
        <w:tc>
          <w:tcPr>
            <w:tcW w:type="dxa" w:w="4986"/>
          </w:tcPr>
          <w:p>
            <w:r>
              <w:rPr>
                <w:sz w:val="20"/>
              </w:rPr>
              <w:t>was/were ayrımı</w:t>
            </w:r>
          </w:p>
        </w:tc>
        <w:tc>
          <w:tcPr>
            <w:tcW w:type="dxa" w:w="4986"/>
          </w:tcPr>
          <w:p>
            <w:r>
              <w:rPr>
                <w:sz w:val="20"/>
              </w:rPr>
              <w:t>Q1, Q3, Q17, Q25, Q27, Q38</w:t>
            </w:r>
          </w:p>
        </w:tc>
      </w:tr>
      <w:tr>
        <w:tc>
          <w:tcPr>
            <w:tcW w:type="dxa" w:w="4986"/>
          </w:tcPr>
          <w:p>
            <w:r>
              <w:rPr>
                <w:sz w:val="20"/>
              </w:rPr>
              <w:t>some / any / a lot of</w:t>
            </w:r>
          </w:p>
        </w:tc>
        <w:tc>
          <w:tcPr>
            <w:tcW w:type="dxa" w:w="4986"/>
          </w:tcPr>
          <w:p>
            <w:r>
              <w:rPr>
                <w:sz w:val="20"/>
              </w:rPr>
              <w:t>Q7, Q8, Q23, Q26, Q43</w:t>
            </w:r>
          </w:p>
        </w:tc>
      </w:tr>
      <w:tr>
        <w:tc>
          <w:tcPr>
            <w:tcW w:type="dxa" w:w="4986"/>
          </w:tcPr>
          <w:p>
            <w:r>
              <w:rPr>
                <w:sz w:val="20"/>
              </w:rPr>
              <w:t>How much / How many</w:t>
            </w:r>
          </w:p>
        </w:tc>
        <w:tc>
          <w:tcPr>
            <w:tcW w:type="dxa" w:w="4986"/>
          </w:tcPr>
          <w:p>
            <w:r>
              <w:rPr>
                <w:sz w:val="20"/>
              </w:rPr>
              <w:t>Q4, Q30, Q33</w:t>
            </w:r>
          </w:p>
        </w:tc>
      </w:tr>
      <w:tr>
        <w:tc>
          <w:tcPr>
            <w:tcW w:type="dxa" w:w="4986"/>
          </w:tcPr>
          <w:p>
            <w:r>
              <w:rPr>
                <w:sz w:val="20"/>
              </w:rPr>
              <w:t>Countable / Uncountable</w:t>
            </w:r>
          </w:p>
        </w:tc>
        <w:tc>
          <w:tcPr>
            <w:tcW w:type="dxa" w:w="4986"/>
          </w:tcPr>
          <w:p>
            <w:r>
              <w:rPr>
                <w:sz w:val="20"/>
              </w:rPr>
              <w:t>Q8, Q16, Q21, Q23, Q41</w:t>
            </w:r>
          </w:p>
        </w:tc>
      </w:tr>
      <w:tr>
        <w:tc>
          <w:tcPr>
            <w:tcW w:type="dxa" w:w="4986"/>
          </w:tcPr>
          <w:p>
            <w:r>
              <w:rPr>
                <w:sz w:val="20"/>
              </w:rPr>
              <w:t>Comparatives</w:t>
            </w:r>
          </w:p>
        </w:tc>
        <w:tc>
          <w:tcPr>
            <w:tcW w:type="dxa" w:w="4986"/>
          </w:tcPr>
          <w:p>
            <w:r>
              <w:rPr>
                <w:sz w:val="20"/>
              </w:rPr>
              <w:t>Q10</w:t>
            </w:r>
          </w:p>
        </w:tc>
      </w:tr>
      <w:tr>
        <w:tc>
          <w:tcPr>
            <w:tcW w:type="dxa" w:w="4986"/>
          </w:tcPr>
          <w:p>
            <w:r>
              <w:rPr>
                <w:sz w:val="20"/>
              </w:rPr>
              <w:t>Senses + like / sıfat</w:t>
            </w:r>
          </w:p>
        </w:tc>
        <w:tc>
          <w:tcPr>
            <w:tcW w:type="dxa" w:w="4986"/>
          </w:tcPr>
          <w:p>
            <w:r>
              <w:rPr>
                <w:sz w:val="20"/>
              </w:rPr>
              <w:t>Q13, Q19</w:t>
            </w:r>
          </w:p>
        </w:tc>
      </w:tr>
      <w:tr>
        <w:tc>
          <w:tcPr>
            <w:tcW w:type="dxa" w:w="4986"/>
          </w:tcPr>
          <w:p>
            <w:r>
              <w:rPr>
                <w:sz w:val="20"/>
              </w:rPr>
              <w:t>want + to + V1</w:t>
            </w:r>
          </w:p>
        </w:tc>
        <w:tc>
          <w:tcPr>
            <w:tcW w:type="dxa" w:w="4986"/>
          </w:tcPr>
          <w:p>
            <w:r>
              <w:rPr>
                <w:sz w:val="20"/>
              </w:rPr>
              <w:t>Q28, Q40</w:t>
            </w:r>
          </w:p>
        </w:tc>
      </w:tr>
      <w:tr>
        <w:tc>
          <w:tcPr>
            <w:tcW w:type="dxa" w:w="4986"/>
          </w:tcPr>
          <w:p>
            <w:r>
              <w:rPr>
                <w:sz w:val="20"/>
              </w:rPr>
              <w:t>like + Ving</w:t>
            </w:r>
          </w:p>
        </w:tc>
        <w:tc>
          <w:tcPr>
            <w:tcW w:type="dxa" w:w="4986"/>
          </w:tcPr>
          <w:p>
            <w:r>
              <w:rPr>
                <w:sz w:val="20"/>
              </w:rPr>
              <w:t>Q29</w:t>
            </w:r>
          </w:p>
        </w:tc>
      </w:tr>
      <w:tr>
        <w:tc>
          <w:tcPr>
            <w:tcW w:type="dxa" w:w="4986"/>
          </w:tcPr>
          <w:p>
            <w:r>
              <w:rPr>
                <w:sz w:val="20"/>
              </w:rPr>
              <w:t>Kalıp çakışması (diyalog)</w:t>
            </w:r>
          </w:p>
        </w:tc>
        <w:tc>
          <w:tcPr>
            <w:tcW w:type="dxa" w:w="4986"/>
          </w:tcPr>
          <w:p>
            <w:r>
              <w:rPr>
                <w:sz w:val="20"/>
              </w:rPr>
              <w:t>Q6, Q17, Q22, Q27, Q32</w:t>
            </w:r>
          </w:p>
        </w:tc>
      </w:tr>
      <w:tr>
        <w:tc>
          <w:tcPr>
            <w:tcW w:type="dxa" w:w="4986"/>
          </w:tcPr>
          <w:p>
            <w:r>
              <w:rPr>
                <w:sz w:val="20"/>
              </w:rPr>
              <w:t>Bağlaç + özne-fiil uyumu</w:t>
            </w:r>
          </w:p>
        </w:tc>
        <w:tc>
          <w:tcPr>
            <w:tcW w:type="dxa" w:w="4986"/>
          </w:tcPr>
          <w:p>
            <w:r>
              <w:rPr>
                <w:sz w:val="20"/>
              </w:rPr>
              <w:t>Q2, Q11, Q18, Q37, Q38</w:t>
            </w:r>
          </w:p>
        </w:tc>
      </w:tr>
      <w:tr>
        <w:tc>
          <w:tcPr>
            <w:tcW w:type="dxa" w:w="4986"/>
          </w:tcPr>
          <w:p>
            <w:r>
              <w:rPr>
                <w:sz w:val="20"/>
              </w:rPr>
              <w:t>Past düzensiz fiiller</w:t>
            </w:r>
          </w:p>
        </w:tc>
        <w:tc>
          <w:tcPr>
            <w:tcW w:type="dxa" w:w="4986"/>
          </w:tcPr>
          <w:p>
            <w:r>
              <w:rPr>
                <w:sz w:val="20"/>
              </w:rPr>
              <w:t>Q9, Q11, Q14, Q20, Q31, Q42, Q45</w:t>
            </w:r>
          </w:p>
        </w:tc>
      </w:tr>
      <w:tr>
        <w:tc>
          <w:tcPr>
            <w:tcW w:type="dxa" w:w="4986"/>
          </w:tcPr>
          <w:p>
            <w:r>
              <w:rPr>
                <w:sz w:val="20"/>
              </w:rPr>
              <w:t>Zaman kayması (Present → Past)</w:t>
            </w:r>
          </w:p>
        </w:tc>
        <w:tc>
          <w:tcPr>
            <w:tcW w:type="dxa" w:w="4986"/>
          </w:tcPr>
          <w:p>
            <w:r>
              <w:rPr>
                <w:sz w:val="20"/>
              </w:rPr>
              <w:t>Q5, Q14, Q20, Q25, Q36, Q46</w:t>
            </w:r>
          </w:p>
        </w:tc>
      </w:tr>
      <w:tr>
        <w:tc>
          <w:tcPr>
            <w:tcW w:type="dxa" w:w="4986"/>
          </w:tcPr>
          <w:p>
            <w:r>
              <w:rPr>
                <w:sz w:val="20"/>
              </w:rPr>
              <w:t>have to / has to</w:t>
            </w:r>
          </w:p>
        </w:tc>
        <w:tc>
          <w:tcPr>
            <w:tcW w:type="dxa" w:w="4986"/>
          </w:tcPr>
          <w:p>
            <w:r>
              <w:rPr>
                <w:sz w:val="20"/>
              </w:rPr>
              <w:t>Q21</w:t>
            </w:r>
          </w:p>
        </w:tc>
      </w:tr>
      <w:tr>
        <w:tc>
          <w:tcPr>
            <w:tcW w:type="dxa" w:w="4986"/>
          </w:tcPr>
          <w:p>
            <w:r>
              <w:rPr>
                <w:sz w:val="20"/>
              </w:rPr>
              <w:t>4-aşamalı diyalog</w:t>
            </w:r>
          </w:p>
        </w:tc>
        <w:tc>
          <w:tcPr>
            <w:tcW w:type="dxa" w:w="4986"/>
          </w:tcPr>
          <w:p>
            <w:r>
              <w:rPr>
                <w:sz w:val="20"/>
              </w:rPr>
              <w:t>Q51–Q57</w:t>
            </w:r>
          </w:p>
        </w:tc>
      </w:tr>
      <w:tr>
        <w:tc>
          <w:tcPr>
            <w:tcW w:type="dxa" w:w="4986"/>
          </w:tcPr>
          <w:p>
            <w:r>
              <w:rPr>
                <w:sz w:val="20"/>
              </w:rPr>
              <w:t>'Hangi soru?' tipi</w:t>
            </w:r>
          </w:p>
        </w:tc>
        <w:tc>
          <w:tcPr>
            <w:tcW w:type="dxa" w:w="4986"/>
          </w:tcPr>
          <w:p>
            <w:r>
              <w:rPr>
                <w:sz w:val="20"/>
              </w:rPr>
              <w:t>Q58–Q60</w:t>
            </w:r>
          </w:p>
        </w:tc>
      </w:tr>
    </w:tbl>
    <w:p/>
    <w:p>
      <w:pPr>
        <w:jc w:val="center"/>
      </w:pPr>
      <w:r>
        <w:rPr>
          <w:i/>
          <w:color w:val="888888"/>
          <w:sz w:val="20"/>
        </w:rPr>
        <w:t>Hazırlayan: Kuzgun 🦅 | Eduvia KGS Hazırlık Merkezi | 2026</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