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5th GRADE — COUNTABLE &amp; UNCOUNTABLE NOUNS</w:t>
      </w:r>
    </w:p>
    <w:p>
      <w:pPr>
        <w:jc w:val="center"/>
      </w:pPr>
      <w:r>
        <w:rPr>
          <w:sz w:val="22"/>
        </w:rPr>
        <w:t>Grammar Test (25 Questions) — Units 1-9</w:t>
      </w:r>
    </w:p>
    <w:p/>
    <w:p>
      <w:r>
        <w:rPr>
          <w:sz w:val="22"/>
        </w:rPr>
        <w:t>Name / Surname: .............................................</w:t>
        <w:br/>
      </w:r>
      <w:r>
        <w:rPr>
          <w:sz w:val="22"/>
        </w:rPr>
        <w:t>Date: ......./......./2026</w:t>
        <w:br/>
      </w:r>
      <w:r>
        <w:rPr>
          <w:sz w:val="22"/>
        </w:rPr>
        <w:t>Score: ......./25</w:t>
      </w:r>
    </w:p>
    <w:p/>
    <w:p>
      <w:pPr>
        <w:spacing w:after="20" w:before="80"/>
      </w:pPr>
      <w:r>
        <w:rPr>
          <w:b/>
          <w:sz w:val="22"/>
        </w:rPr>
        <w:t>1) There _______ some milk in the fridge.</w:t>
      </w:r>
    </w:p>
    <w:p>
      <w:pPr>
        <w:spacing w:after="0"/>
        <w:ind w:left="454"/>
      </w:pPr>
      <w:r>
        <w:rPr>
          <w:sz w:val="22"/>
        </w:rPr>
        <w:t>A) is</w:t>
      </w:r>
    </w:p>
    <w:p>
      <w:pPr>
        <w:spacing w:after="0"/>
        <w:ind w:left="454"/>
      </w:pPr>
      <w:r>
        <w:rPr>
          <w:sz w:val="22"/>
        </w:rPr>
        <w:t>B) are</w:t>
      </w:r>
    </w:p>
    <w:p>
      <w:pPr>
        <w:spacing w:after="0"/>
        <w:ind w:left="454"/>
      </w:pPr>
      <w:r>
        <w:rPr>
          <w:sz w:val="22"/>
        </w:rPr>
        <w:t>C) am</w:t>
      </w:r>
    </w:p>
    <w:p>
      <w:pPr>
        <w:spacing w:after="0"/>
        <w:ind w:left="454"/>
      </w:pPr>
      <w:r>
        <w:rPr>
          <w:sz w:val="22"/>
        </w:rPr>
        <w:t>D) be</w:t>
      </w:r>
    </w:p>
    <w:p>
      <w:pPr>
        <w:spacing w:after="20" w:before="80"/>
      </w:pPr>
      <w:r>
        <w:rPr>
          <w:b/>
          <w:sz w:val="22"/>
        </w:rPr>
        <w:t>2) How _______ apples do you eat every day?</w:t>
      </w:r>
    </w:p>
    <w:p>
      <w:pPr>
        <w:spacing w:after="0"/>
        <w:ind w:left="454"/>
      </w:pPr>
      <w:r>
        <w:rPr>
          <w:sz w:val="22"/>
        </w:rPr>
        <w:t>A) much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long</w:t>
      </w:r>
    </w:p>
    <w:p>
      <w:pPr>
        <w:spacing w:after="0"/>
        <w:ind w:left="454"/>
      </w:pPr>
      <w:r>
        <w:rPr>
          <w:sz w:val="22"/>
        </w:rPr>
        <w:t>D) often</w:t>
      </w:r>
    </w:p>
    <w:p>
      <w:pPr>
        <w:spacing w:after="20" w:before="80"/>
      </w:pPr>
      <w:r>
        <w:rPr>
          <w:b/>
          <w:sz w:val="22"/>
        </w:rPr>
        <w:t>3) My mother always puts _______ sugar in her tea.</w:t>
      </w:r>
    </w:p>
    <w:p>
      <w:pPr>
        <w:spacing w:after="0"/>
        <w:ind w:left="454"/>
      </w:pPr>
      <w:r>
        <w:rPr>
          <w:sz w:val="22"/>
        </w:rPr>
        <w:t>A) a few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a little</w:t>
      </w:r>
    </w:p>
    <w:p>
      <w:pPr>
        <w:spacing w:after="0"/>
        <w:ind w:left="454"/>
      </w:pPr>
      <w:r>
        <w:rPr>
          <w:sz w:val="22"/>
        </w:rPr>
        <w:t>D) a</w:t>
      </w:r>
    </w:p>
    <w:p>
      <w:pPr>
        <w:spacing w:after="20" w:before="80"/>
      </w:pPr>
      <w:r>
        <w:rPr>
          <w:b/>
          <w:sz w:val="22"/>
        </w:rPr>
        <w:t>4) Which sentence is WRONG?</w:t>
      </w:r>
    </w:p>
    <w:p>
      <w:pPr>
        <w:spacing w:after="0"/>
        <w:ind w:left="454"/>
      </w:pPr>
      <w:r>
        <w:rPr>
          <w:sz w:val="22"/>
        </w:rPr>
        <w:t>A) There are some eggs on the table.</w:t>
      </w:r>
    </w:p>
    <w:p>
      <w:pPr>
        <w:spacing w:after="0"/>
        <w:ind w:left="454"/>
      </w:pPr>
      <w:r>
        <w:rPr>
          <w:sz w:val="22"/>
        </w:rPr>
        <w:t>B) There is a lot of rice in the bowl.</w:t>
      </w:r>
    </w:p>
    <w:p>
      <w:pPr>
        <w:spacing w:after="0"/>
        <w:ind w:left="454"/>
      </w:pPr>
      <w:r>
        <w:rPr>
          <w:sz w:val="22"/>
        </w:rPr>
        <w:t>C) There is some carrots in the soup.</w:t>
      </w:r>
    </w:p>
    <w:p>
      <w:pPr>
        <w:spacing w:after="0"/>
        <w:ind w:left="454"/>
      </w:pPr>
      <w:r>
        <w:rPr>
          <w:sz w:val="22"/>
        </w:rPr>
        <w:t>D) There isn't any cheese left.</w:t>
      </w:r>
    </w:p>
    <w:p>
      <w:pPr>
        <w:spacing w:after="20" w:before="80"/>
      </w:pPr>
      <w:r>
        <w:rPr>
          <w:b/>
          <w:sz w:val="22"/>
        </w:rPr>
        <w:t>5) Waiter! Can I have _______ glass of water, please?</w:t>
      </w:r>
    </w:p>
    <w:p>
      <w:pPr>
        <w:spacing w:after="0"/>
        <w:ind w:left="454"/>
      </w:pPr>
      <w:r>
        <w:rPr>
          <w:sz w:val="22"/>
        </w:rPr>
        <w:t>A) any</w:t>
      </w:r>
    </w:p>
    <w:p>
      <w:pPr>
        <w:spacing w:after="0"/>
        <w:ind w:left="454"/>
      </w:pPr>
      <w:r>
        <w:rPr>
          <w:sz w:val="22"/>
        </w:rPr>
        <w:t>B) some</w:t>
      </w:r>
    </w:p>
    <w:p>
      <w:pPr>
        <w:spacing w:after="0"/>
        <w:ind w:left="454"/>
      </w:pPr>
      <w:r>
        <w:rPr>
          <w:sz w:val="22"/>
        </w:rPr>
        <w:t>C) an</w:t>
      </w:r>
    </w:p>
    <w:p>
      <w:pPr>
        <w:spacing w:after="0"/>
        <w:ind w:left="454"/>
      </w:pPr>
      <w:r>
        <w:rPr>
          <w:sz w:val="22"/>
        </w:rPr>
        <w:t>D) a</w:t>
      </w:r>
    </w:p>
    <w:p>
      <w:pPr>
        <w:spacing w:after="20" w:before="80"/>
      </w:pPr>
      <w:r>
        <w:rPr>
          <w:b/>
          <w:sz w:val="22"/>
        </w:rPr>
        <w:t>6) A:  Is there _______ bread at home?</w:t>
      </w:r>
    </w:p>
    <w:p>
      <w:pPr>
        <w:spacing w:after="20"/>
      </w:pPr>
      <w:r>
        <w:rPr>
          <w:b/>
          <w:sz w:val="22"/>
        </w:rPr>
        <w:t xml:space="preserve">   B:  No, but we have _______ eggs.</w:t>
      </w:r>
    </w:p>
    <w:p>
      <w:pPr>
        <w:spacing w:after="0"/>
        <w:ind w:left="454"/>
      </w:pPr>
      <w:r>
        <w:rPr>
          <w:sz w:val="22"/>
        </w:rPr>
        <w:t>A) any / some</w:t>
      </w:r>
    </w:p>
    <w:p>
      <w:pPr>
        <w:spacing w:after="0"/>
        <w:ind w:left="454"/>
      </w:pPr>
      <w:r>
        <w:rPr>
          <w:sz w:val="22"/>
        </w:rPr>
        <w:t>B) some / any</w:t>
      </w:r>
    </w:p>
    <w:p>
      <w:pPr>
        <w:spacing w:after="0"/>
        <w:ind w:left="454"/>
      </w:pPr>
      <w:r>
        <w:rPr>
          <w:sz w:val="22"/>
        </w:rPr>
        <w:t>C) a / an</w:t>
      </w:r>
    </w:p>
    <w:p>
      <w:pPr>
        <w:spacing w:after="0"/>
        <w:ind w:left="454"/>
      </w:pPr>
      <w:r>
        <w:rPr>
          <w:sz w:val="22"/>
        </w:rPr>
        <w:t>D) many / much</w:t>
      </w:r>
    </w:p>
    <w:p>
      <w:pPr>
        <w:spacing w:after="20" w:before="80"/>
      </w:pPr>
      <w:r>
        <w:rPr>
          <w:b/>
          <w:sz w:val="22"/>
        </w:rPr>
        <w:t>7) Yesterday I ate _______ delicious pasta at the restaurant.</w:t>
      </w:r>
    </w:p>
    <w:p>
      <w:pPr>
        <w:spacing w:after="0"/>
        <w:ind w:left="454"/>
      </w:pPr>
      <w:r>
        <w:rPr>
          <w:sz w:val="22"/>
        </w:rPr>
        <w:t>A) a</w:t>
      </w:r>
    </w:p>
    <w:p>
      <w:pPr>
        <w:spacing w:after="0"/>
        <w:ind w:left="454"/>
      </w:pPr>
      <w:r>
        <w:rPr>
          <w:sz w:val="22"/>
        </w:rPr>
        <w:t>B) an</w:t>
      </w:r>
    </w:p>
    <w:p>
      <w:pPr>
        <w:spacing w:after="0"/>
        <w:ind w:left="454"/>
      </w:pPr>
      <w:r>
        <w:rPr>
          <w:sz w:val="22"/>
        </w:rPr>
        <w:t>C) some</w:t>
      </w:r>
    </w:p>
    <w:p>
      <w:pPr>
        <w:spacing w:after="0"/>
        <w:ind w:left="454"/>
      </w:pPr>
      <w:r>
        <w:rPr>
          <w:sz w:val="22"/>
        </w:rPr>
        <w:t>D) many</w:t>
      </w:r>
    </w:p>
    <w:p>
      <w:pPr>
        <w:spacing w:after="20" w:before="80"/>
      </w:pPr>
      <w:r>
        <w:rPr>
          <w:b/>
          <w:sz w:val="22"/>
        </w:rPr>
        <w:t>8) Which one is DIFFERENT?</w:t>
      </w:r>
    </w:p>
    <w:p>
      <w:pPr>
        <w:spacing w:after="0"/>
        <w:ind w:left="454"/>
      </w:pPr>
      <w:r>
        <w:rPr>
          <w:sz w:val="22"/>
        </w:rPr>
        <w:t>A) butter</w:t>
      </w:r>
    </w:p>
    <w:p>
      <w:pPr>
        <w:spacing w:after="0"/>
        <w:ind w:left="454"/>
      </w:pPr>
      <w:r>
        <w:rPr>
          <w:sz w:val="22"/>
        </w:rPr>
        <w:t>B) banana</w:t>
      </w:r>
    </w:p>
    <w:p>
      <w:pPr>
        <w:spacing w:after="0"/>
        <w:ind w:left="454"/>
      </w:pPr>
      <w:r>
        <w:rPr>
          <w:sz w:val="22"/>
        </w:rPr>
        <w:t>C) cheese</w:t>
      </w:r>
    </w:p>
    <w:p>
      <w:pPr>
        <w:spacing w:after="0"/>
        <w:ind w:left="454"/>
      </w:pPr>
      <w:r>
        <w:rPr>
          <w:sz w:val="22"/>
        </w:rPr>
        <w:t>D) milk</w:t>
      </w:r>
    </w:p>
    <w:p>
      <w:pPr>
        <w:spacing w:after="20" w:before="80"/>
      </w:pPr>
      <w:r>
        <w:rPr>
          <w:b/>
          <w:sz w:val="22"/>
        </w:rPr>
        <w:t>9) How _______ money do you need for the bus?</w:t>
      </w:r>
    </w:p>
    <w:p>
      <w:pPr>
        <w:spacing w:after="0"/>
        <w:ind w:left="454"/>
      </w:pPr>
      <w:r>
        <w:rPr>
          <w:sz w:val="22"/>
        </w:rPr>
        <w:t>A) much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big</w:t>
      </w:r>
    </w:p>
    <w:p>
      <w:pPr>
        <w:spacing w:after="0"/>
        <w:ind w:left="454"/>
      </w:pPr>
      <w:r>
        <w:rPr>
          <w:sz w:val="22"/>
        </w:rPr>
        <w:t>D) long</w:t>
      </w:r>
    </w:p>
    <w:p>
      <w:pPr>
        <w:spacing w:after="20" w:before="80"/>
      </w:pPr>
      <w:r>
        <w:rPr>
          <w:b/>
          <w:sz w:val="22"/>
        </w:rPr>
        <w:t>10) There aren't _______ students in the classroom today.</w:t>
      </w:r>
    </w:p>
    <w:p>
      <w:pPr>
        <w:spacing w:after="0"/>
        <w:ind w:left="454"/>
      </w:pPr>
      <w:r>
        <w:rPr>
          <w:sz w:val="22"/>
        </w:rPr>
        <w:t>A) some</w:t>
      </w:r>
    </w:p>
    <w:p>
      <w:pPr>
        <w:spacing w:after="0"/>
        <w:ind w:left="454"/>
      </w:pPr>
      <w:r>
        <w:rPr>
          <w:sz w:val="22"/>
        </w:rPr>
        <w:t>B) any</w:t>
      </w:r>
    </w:p>
    <w:p>
      <w:pPr>
        <w:spacing w:after="0"/>
        <w:ind w:left="454"/>
      </w:pPr>
      <w:r>
        <w:rPr>
          <w:sz w:val="22"/>
        </w:rPr>
        <w:t>C) a</w:t>
      </w:r>
    </w:p>
    <w:p>
      <w:pPr>
        <w:spacing w:after="0"/>
        <w:ind w:left="454"/>
      </w:pPr>
      <w:r>
        <w:rPr>
          <w:sz w:val="22"/>
        </w:rPr>
        <w:t>D) much</w:t>
      </w:r>
    </w:p>
    <w:p>
      <w:pPr>
        <w:spacing w:after="20" w:before="80"/>
      </w:pPr>
      <w:r>
        <w:rPr>
          <w:b/>
          <w:sz w:val="22"/>
        </w:rPr>
        <w:t>11) I'd like _______ orange and _______ water, please.</w:t>
      </w:r>
    </w:p>
    <w:p>
      <w:pPr>
        <w:spacing w:after="0"/>
        <w:ind w:left="454"/>
      </w:pPr>
      <w:r>
        <w:rPr>
          <w:sz w:val="22"/>
        </w:rPr>
        <w:t>A) a / a</w:t>
      </w:r>
    </w:p>
    <w:p>
      <w:pPr>
        <w:spacing w:after="0"/>
        <w:ind w:left="454"/>
      </w:pPr>
      <w:r>
        <w:rPr>
          <w:sz w:val="22"/>
        </w:rPr>
        <w:t>B) an / some</w:t>
      </w:r>
    </w:p>
    <w:p>
      <w:pPr>
        <w:spacing w:after="0"/>
        <w:ind w:left="454"/>
      </w:pPr>
      <w:r>
        <w:rPr>
          <w:sz w:val="22"/>
        </w:rPr>
        <w:t>C) an / a</w:t>
      </w:r>
    </w:p>
    <w:p>
      <w:pPr>
        <w:spacing w:after="0"/>
        <w:ind w:left="454"/>
      </w:pPr>
      <w:r>
        <w:rPr>
          <w:sz w:val="22"/>
        </w:rPr>
        <w:t>D) some / an</w:t>
      </w:r>
    </w:p>
    <w:p>
      <w:pPr>
        <w:spacing w:after="20" w:before="80"/>
      </w:pPr>
      <w:r>
        <w:rPr>
          <w:b/>
          <w:sz w:val="22"/>
        </w:rPr>
        <w:t>12) Which sentence is CORRECT?</w:t>
      </w:r>
    </w:p>
    <w:p>
      <w:pPr>
        <w:spacing w:after="0"/>
        <w:ind w:left="454"/>
      </w:pPr>
      <w:r>
        <w:rPr>
          <w:sz w:val="22"/>
        </w:rPr>
        <w:t>A) There are a lot of salt in the soup.</w:t>
      </w:r>
    </w:p>
    <w:p>
      <w:pPr>
        <w:spacing w:after="0"/>
        <w:ind w:left="454"/>
      </w:pPr>
      <w:r>
        <w:rPr>
          <w:sz w:val="22"/>
        </w:rPr>
        <w:t>B) There is a few milk in the cup.</w:t>
      </w:r>
    </w:p>
    <w:p>
      <w:pPr>
        <w:spacing w:after="0"/>
        <w:ind w:left="454"/>
      </w:pPr>
      <w:r>
        <w:rPr>
          <w:sz w:val="22"/>
        </w:rPr>
        <w:t>C) There is some flour in the packet.</w:t>
      </w:r>
    </w:p>
    <w:p>
      <w:pPr>
        <w:spacing w:after="0"/>
        <w:ind w:left="454"/>
      </w:pPr>
      <w:r>
        <w:rPr>
          <w:sz w:val="22"/>
        </w:rPr>
        <w:t>D) There are a little bananas in the bowl.</w:t>
      </w:r>
    </w:p>
    <w:p>
      <w:pPr>
        <w:spacing w:after="20" w:before="80"/>
      </w:pPr>
      <w:r>
        <w:rPr>
          <w:b/>
          <w:sz w:val="22"/>
        </w:rPr>
        <w:t>13) A:  Would you like _______ tea?</w:t>
      </w:r>
    </w:p>
    <w:p>
      <w:pPr>
        <w:spacing w:after="20"/>
      </w:pPr>
      <w:r>
        <w:rPr>
          <w:b/>
          <w:sz w:val="22"/>
        </w:rPr>
        <w:t xml:space="preserve">   B:  No, thanks. I don't want _______.</w:t>
      </w:r>
    </w:p>
    <w:p>
      <w:pPr>
        <w:spacing w:after="0"/>
        <w:ind w:left="454"/>
      </w:pPr>
      <w:r>
        <w:rPr>
          <w:sz w:val="22"/>
        </w:rPr>
        <w:t>A) any / some</w:t>
      </w:r>
    </w:p>
    <w:p>
      <w:pPr>
        <w:spacing w:after="0"/>
        <w:ind w:left="454"/>
      </w:pPr>
      <w:r>
        <w:rPr>
          <w:sz w:val="22"/>
        </w:rPr>
        <w:t>B) some / any</w:t>
      </w:r>
    </w:p>
    <w:p>
      <w:pPr>
        <w:spacing w:after="0"/>
        <w:ind w:left="454"/>
      </w:pPr>
      <w:r>
        <w:rPr>
          <w:sz w:val="22"/>
        </w:rPr>
        <w:t>C) a / any</w:t>
      </w:r>
    </w:p>
    <w:p>
      <w:pPr>
        <w:spacing w:after="0"/>
        <w:ind w:left="454"/>
      </w:pPr>
      <w:r>
        <w:rPr>
          <w:sz w:val="22"/>
        </w:rPr>
        <w:t>D) some / some</w:t>
      </w:r>
    </w:p>
    <w:p>
      <w:pPr>
        <w:spacing w:after="20" w:before="80"/>
      </w:pPr>
      <w:r>
        <w:rPr>
          <w:b/>
          <w:sz w:val="22"/>
        </w:rPr>
        <w:t>14) _______ there any juice in the bottle?</w:t>
      </w:r>
    </w:p>
    <w:p>
      <w:pPr>
        <w:spacing w:after="0"/>
        <w:ind w:left="454"/>
      </w:pPr>
      <w:r>
        <w:rPr>
          <w:sz w:val="22"/>
        </w:rPr>
        <w:t>A) Is</w:t>
      </w:r>
    </w:p>
    <w:p>
      <w:pPr>
        <w:spacing w:after="0"/>
        <w:ind w:left="454"/>
      </w:pPr>
      <w:r>
        <w:rPr>
          <w:sz w:val="22"/>
        </w:rPr>
        <w:t>B) Are</w:t>
      </w:r>
    </w:p>
    <w:p>
      <w:pPr>
        <w:spacing w:after="0"/>
        <w:ind w:left="454"/>
      </w:pPr>
      <w:r>
        <w:rPr>
          <w:sz w:val="22"/>
        </w:rPr>
        <w:t>C) Am</w:t>
      </w:r>
    </w:p>
    <w:p>
      <w:pPr>
        <w:spacing w:after="0"/>
        <w:ind w:left="454"/>
      </w:pPr>
      <w:r>
        <w:rPr>
          <w:sz w:val="22"/>
        </w:rPr>
        <w:t>D) Was</w:t>
      </w:r>
    </w:p>
    <w:p>
      <w:pPr>
        <w:spacing w:after="20" w:before="80"/>
      </w:pPr>
      <w:r>
        <w:rPr>
          <w:b/>
          <w:sz w:val="22"/>
        </w:rPr>
        <w:t>15) My father drinks _______ cups of coffee every morning.</w:t>
      </w:r>
    </w:p>
    <w:p>
      <w:pPr>
        <w:spacing w:after="0"/>
        <w:ind w:left="454"/>
      </w:pPr>
      <w:r>
        <w:rPr>
          <w:sz w:val="22"/>
        </w:rPr>
        <w:t>A) a little</w:t>
      </w:r>
    </w:p>
    <w:p>
      <w:pPr>
        <w:spacing w:after="0"/>
        <w:ind w:left="454"/>
      </w:pPr>
      <w:r>
        <w:rPr>
          <w:sz w:val="22"/>
        </w:rPr>
        <w:t>B) a few</w:t>
      </w:r>
    </w:p>
    <w:p>
      <w:pPr>
        <w:spacing w:after="0"/>
        <w:ind w:left="454"/>
      </w:pPr>
      <w:r>
        <w:rPr>
          <w:sz w:val="22"/>
        </w:rPr>
        <w:t>C) much</w:t>
      </w:r>
    </w:p>
    <w:p>
      <w:pPr>
        <w:spacing w:after="0"/>
        <w:ind w:left="454"/>
      </w:pPr>
      <w:r>
        <w:rPr>
          <w:sz w:val="22"/>
        </w:rPr>
        <w:t>D) a</w:t>
      </w:r>
    </w:p>
    <w:p>
      <w:pPr>
        <w:spacing w:after="20" w:before="80"/>
      </w:pPr>
      <w:r>
        <w:rPr>
          <w:b/>
          <w:sz w:val="22"/>
        </w:rPr>
        <w:t>16) Which one is DIFFERENT?</w:t>
      </w:r>
    </w:p>
    <w:p>
      <w:pPr>
        <w:spacing w:after="0"/>
        <w:ind w:left="454"/>
      </w:pPr>
      <w:r>
        <w:rPr>
          <w:sz w:val="22"/>
        </w:rPr>
        <w:t>A) rice</w:t>
      </w:r>
    </w:p>
    <w:p>
      <w:pPr>
        <w:spacing w:after="0"/>
        <w:ind w:left="454"/>
      </w:pPr>
      <w:r>
        <w:rPr>
          <w:sz w:val="22"/>
        </w:rPr>
        <w:t>B) flour</w:t>
      </w:r>
    </w:p>
    <w:p>
      <w:pPr>
        <w:spacing w:after="0"/>
        <w:ind w:left="454"/>
      </w:pPr>
      <w:r>
        <w:rPr>
          <w:sz w:val="22"/>
        </w:rPr>
        <w:t>C) sugar</w:t>
      </w:r>
    </w:p>
    <w:p>
      <w:pPr>
        <w:spacing w:after="0"/>
        <w:ind w:left="454"/>
      </w:pPr>
      <w:r>
        <w:rPr>
          <w:sz w:val="22"/>
        </w:rPr>
        <w:t>D) grape</w:t>
      </w:r>
    </w:p>
    <w:p>
      <w:pPr>
        <w:spacing w:after="20" w:before="80"/>
      </w:pPr>
      <w:r>
        <w:rPr>
          <w:b/>
          <w:sz w:val="22"/>
        </w:rPr>
        <w:t>17) There is _______ information on the board.</w:t>
      </w:r>
    </w:p>
    <w:p>
      <w:pPr>
        <w:spacing w:after="0"/>
        <w:ind w:left="454"/>
      </w:pPr>
      <w:r>
        <w:rPr>
          <w:sz w:val="22"/>
        </w:rPr>
        <w:t>A) a few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some</w:t>
      </w:r>
    </w:p>
    <w:p>
      <w:pPr>
        <w:spacing w:after="0"/>
        <w:ind w:left="454"/>
      </w:pPr>
      <w:r>
        <w:rPr>
          <w:sz w:val="22"/>
        </w:rPr>
        <w:t>D) a</w:t>
      </w:r>
    </w:p>
    <w:p>
      <w:pPr>
        <w:spacing w:after="20" w:before="80"/>
      </w:pPr>
      <w:r>
        <w:rPr>
          <w:b/>
          <w:sz w:val="22"/>
        </w:rPr>
        <w:t>18) How _______ bottles of water do we need for the picnic?</w:t>
      </w:r>
    </w:p>
    <w:p>
      <w:pPr>
        <w:spacing w:after="0"/>
        <w:ind w:left="454"/>
      </w:pPr>
      <w:r>
        <w:rPr>
          <w:sz w:val="22"/>
        </w:rPr>
        <w:t>A) much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often</w:t>
      </w:r>
    </w:p>
    <w:p>
      <w:pPr>
        <w:spacing w:after="0"/>
        <w:ind w:left="454"/>
      </w:pPr>
      <w:r>
        <w:rPr>
          <w:sz w:val="22"/>
        </w:rPr>
        <w:t>D) long</w:t>
      </w:r>
    </w:p>
    <w:p>
      <w:pPr>
        <w:spacing w:after="20" w:before="80"/>
      </w:pPr>
      <w:r>
        <w:rPr>
          <w:b/>
          <w:sz w:val="22"/>
        </w:rPr>
        <w:t>19) We don't have _______ homework today.</w:t>
      </w:r>
    </w:p>
    <w:p>
      <w:pPr>
        <w:spacing w:after="0"/>
        <w:ind w:left="454"/>
      </w:pPr>
      <w:r>
        <w:rPr>
          <w:sz w:val="22"/>
        </w:rPr>
        <w:t>A) some</w:t>
      </w:r>
    </w:p>
    <w:p>
      <w:pPr>
        <w:spacing w:after="0"/>
        <w:ind w:left="454"/>
      </w:pPr>
      <w:r>
        <w:rPr>
          <w:sz w:val="22"/>
        </w:rPr>
        <w:t>B) any</w:t>
      </w:r>
    </w:p>
    <w:p>
      <w:pPr>
        <w:spacing w:after="0"/>
        <w:ind w:left="454"/>
      </w:pPr>
      <w:r>
        <w:rPr>
          <w:sz w:val="22"/>
        </w:rPr>
        <w:t>C) a</w:t>
      </w:r>
    </w:p>
    <w:p>
      <w:pPr>
        <w:spacing w:after="0"/>
        <w:ind w:left="454"/>
      </w:pPr>
      <w:r>
        <w:rPr>
          <w:sz w:val="22"/>
        </w:rPr>
        <w:t>D) an</w:t>
      </w:r>
    </w:p>
    <w:p>
      <w:pPr>
        <w:spacing w:after="20" w:before="80"/>
      </w:pPr>
      <w:r>
        <w:rPr>
          <w:b/>
          <w:sz w:val="22"/>
        </w:rPr>
        <w:t>20) Can you give me _______ advice about my project?</w:t>
      </w:r>
    </w:p>
    <w:p>
      <w:pPr>
        <w:spacing w:after="0"/>
        <w:ind w:left="454"/>
      </w:pPr>
      <w:r>
        <w:rPr>
          <w:sz w:val="22"/>
        </w:rPr>
        <w:t>A) a</w:t>
      </w:r>
    </w:p>
    <w:p>
      <w:pPr>
        <w:spacing w:after="0"/>
        <w:ind w:left="454"/>
      </w:pPr>
      <w:r>
        <w:rPr>
          <w:sz w:val="22"/>
        </w:rPr>
        <w:t>B) an</w:t>
      </w:r>
    </w:p>
    <w:p>
      <w:pPr>
        <w:spacing w:after="0"/>
        <w:ind w:left="454"/>
      </w:pPr>
      <w:r>
        <w:rPr>
          <w:sz w:val="22"/>
        </w:rPr>
        <w:t>C) some</w:t>
      </w:r>
    </w:p>
    <w:p>
      <w:pPr>
        <w:spacing w:after="0"/>
        <w:ind w:left="454"/>
      </w:pPr>
      <w:r>
        <w:rPr>
          <w:sz w:val="22"/>
        </w:rPr>
        <w:t>D) many</w:t>
      </w:r>
    </w:p>
    <w:p>
      <w:pPr>
        <w:spacing w:after="20" w:before="80"/>
      </w:pPr>
      <w:r>
        <w:rPr>
          <w:b/>
          <w:sz w:val="22"/>
        </w:rPr>
        <w:t>21) A:  How much cheese is there?</w:t>
      </w:r>
    </w:p>
    <w:p>
      <w:pPr>
        <w:spacing w:after="20"/>
      </w:pPr>
      <w:r>
        <w:rPr>
          <w:b/>
          <w:sz w:val="22"/>
        </w:rPr>
        <w:t xml:space="preserve">   B:  There is _______.</w:t>
      </w:r>
    </w:p>
    <w:p>
      <w:pPr>
        <w:spacing w:after="0"/>
        <w:ind w:left="454"/>
      </w:pPr>
      <w:r>
        <w:rPr>
          <w:sz w:val="22"/>
        </w:rPr>
        <w:t>A) a lot of</w:t>
      </w:r>
    </w:p>
    <w:p>
      <w:pPr>
        <w:spacing w:after="0"/>
        <w:ind w:left="454"/>
      </w:pPr>
      <w:r>
        <w:rPr>
          <w:sz w:val="22"/>
        </w:rPr>
        <w:t>B) many</w:t>
      </w:r>
    </w:p>
    <w:p>
      <w:pPr>
        <w:spacing w:after="0"/>
        <w:ind w:left="454"/>
      </w:pPr>
      <w:r>
        <w:rPr>
          <w:sz w:val="22"/>
        </w:rPr>
        <w:t>C) a few</w:t>
      </w:r>
    </w:p>
    <w:p>
      <w:pPr>
        <w:spacing w:after="0"/>
        <w:ind w:left="454"/>
      </w:pPr>
      <w:r>
        <w:rPr>
          <w:sz w:val="22"/>
        </w:rPr>
        <w:t>D) a little</w:t>
      </w:r>
    </w:p>
    <w:p>
      <w:pPr>
        <w:spacing w:after="20" w:before="80"/>
      </w:pPr>
      <w:r>
        <w:rPr>
          <w:b/>
          <w:sz w:val="22"/>
        </w:rPr>
        <w:t>22) Which sentence is CORRECT?</w:t>
      </w:r>
    </w:p>
    <w:p>
      <w:pPr>
        <w:spacing w:after="0"/>
        <w:ind w:left="454"/>
      </w:pPr>
      <w:r>
        <w:rPr>
          <w:sz w:val="22"/>
        </w:rPr>
        <w:t>A) I need a information.</w:t>
      </w:r>
    </w:p>
    <w:p>
      <w:pPr>
        <w:spacing w:after="0"/>
        <w:ind w:left="454"/>
      </w:pPr>
      <w:r>
        <w:rPr>
          <w:sz w:val="22"/>
        </w:rPr>
        <w:t>B) She bought some bread from the bakery.</w:t>
      </w:r>
    </w:p>
    <w:p>
      <w:pPr>
        <w:spacing w:after="0"/>
        <w:ind w:left="454"/>
      </w:pPr>
      <w:r>
        <w:rPr>
          <w:sz w:val="22"/>
        </w:rPr>
        <w:t>C) There are a little people here.</w:t>
      </w:r>
    </w:p>
    <w:p>
      <w:pPr>
        <w:spacing w:after="0"/>
        <w:ind w:left="454"/>
      </w:pPr>
      <w:r>
        <w:rPr>
          <w:sz w:val="22"/>
        </w:rPr>
        <w:t>D) He wants any water.</w:t>
      </w:r>
    </w:p>
    <w:p>
      <w:pPr>
        <w:spacing w:after="20" w:before="80"/>
      </w:pPr>
      <w:r>
        <w:rPr>
          <w:b/>
          <w:sz w:val="22"/>
        </w:rPr>
        <w:t>23) Yesterday there _______ a lot of rain.</w:t>
      </w:r>
    </w:p>
    <w:p>
      <w:pPr>
        <w:spacing w:after="0"/>
        <w:ind w:left="454"/>
      </w:pPr>
      <w:r>
        <w:rPr>
          <w:sz w:val="22"/>
        </w:rPr>
        <w:t>A) is</w:t>
      </w:r>
    </w:p>
    <w:p>
      <w:pPr>
        <w:spacing w:after="0"/>
        <w:ind w:left="454"/>
      </w:pPr>
      <w:r>
        <w:rPr>
          <w:sz w:val="22"/>
        </w:rPr>
        <w:t>B) are</w:t>
      </w:r>
    </w:p>
    <w:p>
      <w:pPr>
        <w:spacing w:after="0"/>
        <w:ind w:left="454"/>
      </w:pPr>
      <w:r>
        <w:rPr>
          <w:sz w:val="22"/>
        </w:rPr>
        <w:t>C) was</w:t>
      </w:r>
    </w:p>
    <w:p>
      <w:pPr>
        <w:spacing w:after="0"/>
        <w:ind w:left="454"/>
      </w:pPr>
      <w:r>
        <w:rPr>
          <w:sz w:val="22"/>
        </w:rPr>
        <w:t>D) were</w:t>
      </w:r>
    </w:p>
    <w:p>
      <w:pPr>
        <w:spacing w:after="20" w:before="80"/>
      </w:pPr>
      <w:r>
        <w:rPr>
          <w:b/>
          <w:sz w:val="22"/>
        </w:rPr>
        <w:t>24) There are _______ sandwiches in my bag.</w:t>
      </w:r>
    </w:p>
    <w:p>
      <w:pPr>
        <w:spacing w:after="0"/>
        <w:ind w:left="454"/>
      </w:pPr>
      <w:r>
        <w:rPr>
          <w:sz w:val="22"/>
        </w:rPr>
        <w:t>A) any</w:t>
      </w:r>
    </w:p>
    <w:p>
      <w:pPr>
        <w:spacing w:after="0"/>
        <w:ind w:left="454"/>
      </w:pPr>
      <w:r>
        <w:rPr>
          <w:sz w:val="22"/>
        </w:rPr>
        <w:t>B) a little</w:t>
      </w:r>
    </w:p>
    <w:p>
      <w:pPr>
        <w:spacing w:after="0"/>
        <w:ind w:left="454"/>
      </w:pPr>
      <w:r>
        <w:rPr>
          <w:sz w:val="22"/>
        </w:rPr>
        <w:t>C) a few</w:t>
      </w:r>
    </w:p>
    <w:p>
      <w:pPr>
        <w:spacing w:after="0"/>
        <w:ind w:left="454"/>
      </w:pPr>
      <w:r>
        <w:rPr>
          <w:sz w:val="22"/>
        </w:rPr>
        <w:t>D) much</w:t>
      </w:r>
    </w:p>
    <w:p>
      <w:pPr>
        <w:spacing w:after="20" w:before="80"/>
      </w:pPr>
      <w:r>
        <w:rPr>
          <w:b/>
          <w:sz w:val="22"/>
        </w:rPr>
        <w:t>25) Which sentence is CORRECT?</w:t>
      </w:r>
    </w:p>
    <w:p>
      <w:pPr>
        <w:spacing w:after="0"/>
        <w:ind w:left="454"/>
      </w:pPr>
      <w:r>
        <w:rPr>
          <w:sz w:val="22"/>
        </w:rPr>
        <w:t>A) How many milk is there?</w:t>
      </w:r>
    </w:p>
    <w:p>
      <w:pPr>
        <w:spacing w:after="0"/>
        <w:ind w:left="454"/>
      </w:pPr>
      <w:r>
        <w:rPr>
          <w:sz w:val="22"/>
        </w:rPr>
        <w:t>B) There is some tomatoes in the fridge.</w:t>
      </w:r>
    </w:p>
    <w:p>
      <w:pPr>
        <w:spacing w:after="0"/>
        <w:ind w:left="454"/>
      </w:pPr>
      <w:r>
        <w:rPr>
          <w:sz w:val="22"/>
        </w:rPr>
        <w:t>C) Can I have a slice of cake?</w:t>
      </w:r>
    </w:p>
    <w:p>
      <w:pPr>
        <w:spacing w:after="0"/>
        <w:ind w:left="454"/>
      </w:pPr>
      <w:r>
        <w:rPr>
          <w:sz w:val="22"/>
        </w:rPr>
        <w:t>D) I don't have some money.</w:t>
      </w:r>
    </w:p>
    <w:sectPr w:rsidR="00FC693F" w:rsidRPr="0006063C" w:rsidSect="00034616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