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26"/>
        </w:rPr>
        <w:t>5. SINIF İNGİLİZCE DENEME SINAVI — 4. BASAMAK</w:t>
      </w:r>
    </w:p>
    <w:p>
      <w:pPr>
        <w:jc w:val="center"/>
      </w:pPr>
      <w:r>
        <w:rPr>
          <w:sz w:val="20"/>
        </w:rPr>
        <w:t>2025 – 2026 Eğitim ve Öğretim Yılı</w:t>
      </w:r>
    </w:p>
    <w:p>
      <w:r>
        <w:rPr>
          <w:sz w:val="22"/>
        </w:rPr>
        <w:t>Adı Soyadı: ......................................</w:t>
        <w:br/>
      </w:r>
      <w:r>
        <w:rPr>
          <w:sz w:val="22"/>
        </w:rPr>
        <w:t xml:space="preserve">Tarih: ....../....../2026                         </w:t>
      </w:r>
    </w:p>
    <w:p/>
    <w:p>
      <w:pPr>
        <w:spacing w:before="120"/>
      </w:pPr>
      <w:r>
        <w:rPr>
          <w:b/>
          <w:sz w:val="22"/>
        </w:rPr>
        <w:t>1) My sister _______ to bed early because she _______ very tired after school.</w:t>
      </w:r>
    </w:p>
    <w:p>
      <w:pPr>
        <w:ind w:left="454"/>
      </w:pPr>
      <w:r>
        <w:rPr>
          <w:sz w:val="22"/>
        </w:rPr>
        <w:t>A) go / is</w:t>
      </w:r>
    </w:p>
    <w:p>
      <w:pPr>
        <w:ind w:left="454"/>
      </w:pPr>
      <w:r>
        <w:rPr>
          <w:sz w:val="22"/>
        </w:rPr>
        <w:t>B) goes / is</w:t>
      </w:r>
    </w:p>
    <w:p>
      <w:pPr>
        <w:ind w:left="454"/>
      </w:pPr>
      <w:r>
        <w:rPr>
          <w:sz w:val="22"/>
        </w:rPr>
        <w:t>C) go / are</w:t>
      </w:r>
    </w:p>
    <w:p>
      <w:pPr>
        <w:ind w:left="454"/>
      </w:pPr>
      <w:r>
        <w:rPr>
          <w:sz w:val="22"/>
        </w:rPr>
        <w:t>D) goes / are</w:t>
      </w:r>
    </w:p>
    <w:p>
      <w:pPr>
        <w:spacing w:before="120"/>
      </w:pPr>
      <w:r>
        <w:rPr>
          <w:b/>
          <w:sz w:val="22"/>
        </w:rPr>
        <w:t>2) A:  _______ there any milk in the fridge?</w:t>
      </w:r>
    </w:p>
    <w:p>
      <w:pPr>
        <w:ind w:left="567"/>
      </w:pPr>
      <w:r>
        <w:rPr>
          <w:b/>
          <w:sz w:val="22"/>
        </w:rPr>
        <w:t>B:  No, but there _______ some orange juice.</w:t>
      </w:r>
    </w:p>
    <w:p>
      <w:pPr>
        <w:ind w:left="454"/>
      </w:pPr>
      <w:r>
        <w:rPr>
          <w:sz w:val="22"/>
        </w:rPr>
        <w:t>A) Is / is</w:t>
      </w:r>
    </w:p>
    <w:p>
      <w:pPr>
        <w:ind w:left="454"/>
      </w:pPr>
      <w:r>
        <w:rPr>
          <w:sz w:val="22"/>
        </w:rPr>
        <w:t>B) Are / are</w:t>
      </w:r>
    </w:p>
    <w:p>
      <w:pPr>
        <w:ind w:left="454"/>
      </w:pPr>
      <w:r>
        <w:rPr>
          <w:sz w:val="22"/>
        </w:rPr>
        <w:t>C) Is / are</w:t>
      </w:r>
    </w:p>
    <w:p>
      <w:pPr>
        <w:ind w:left="454"/>
      </w:pPr>
      <w:r>
        <w:rPr>
          <w:sz w:val="22"/>
        </w:rPr>
        <w:t>D) Are / is</w:t>
      </w:r>
    </w:p>
    <w:p>
      <w:pPr>
        <w:spacing w:before="120"/>
      </w:pPr>
      <w:r>
        <w:rPr>
          <w:b/>
          <w:sz w:val="22"/>
        </w:rPr>
        <w:t>3) Tom:  I'm bored. Let's do something fun!</w:t>
      </w:r>
    </w:p>
    <w:p>
      <w:pPr>
        <w:ind w:left="567"/>
      </w:pPr>
      <w:r>
        <w:rPr>
          <w:b/>
          <w:sz w:val="22"/>
        </w:rPr>
        <w:t>Lucy:  _______ go to the park? The weather is nice today.</w:t>
      </w:r>
    </w:p>
    <w:p>
      <w:pPr>
        <w:ind w:left="454"/>
      </w:pPr>
      <w:r>
        <w:rPr>
          <w:sz w:val="22"/>
        </w:rPr>
        <w:t>A) How about</w:t>
      </w:r>
    </w:p>
    <w:p>
      <w:pPr>
        <w:ind w:left="454"/>
      </w:pPr>
      <w:r>
        <w:rPr>
          <w:sz w:val="22"/>
        </w:rPr>
        <w:t>B) Would you</w:t>
      </w:r>
    </w:p>
    <w:p>
      <w:pPr>
        <w:ind w:left="454"/>
      </w:pPr>
      <w:r>
        <w:rPr>
          <w:sz w:val="22"/>
        </w:rPr>
        <w:t>C) Why don't we</w:t>
      </w:r>
    </w:p>
    <w:p>
      <w:pPr>
        <w:ind w:left="454"/>
      </w:pPr>
      <w:r>
        <w:rPr>
          <w:sz w:val="22"/>
        </w:rPr>
        <w:t>D) Do you want</w:t>
      </w:r>
    </w:p>
    <w:p>
      <w:pPr>
        <w:spacing w:before="120"/>
      </w:pPr>
      <w:r>
        <w:rPr>
          <w:b/>
          <w:sz w:val="22"/>
        </w:rPr>
        <w:t>4) We _______ a great time at the zoo last Saturday. The monkeys _______ very funny.</w:t>
      </w:r>
    </w:p>
    <w:p>
      <w:pPr>
        <w:ind w:left="454"/>
      </w:pPr>
      <w:r>
        <w:rPr>
          <w:sz w:val="22"/>
        </w:rPr>
        <w:t>A) have / was</w:t>
      </w:r>
    </w:p>
    <w:p>
      <w:pPr>
        <w:ind w:left="454"/>
      </w:pPr>
      <w:r>
        <w:rPr>
          <w:sz w:val="22"/>
        </w:rPr>
        <w:t>B) had / were</w:t>
      </w:r>
    </w:p>
    <w:p>
      <w:pPr>
        <w:ind w:left="454"/>
      </w:pPr>
      <w:r>
        <w:rPr>
          <w:sz w:val="22"/>
        </w:rPr>
        <w:t>C) had / was</w:t>
      </w:r>
    </w:p>
    <w:p>
      <w:pPr>
        <w:ind w:left="454"/>
      </w:pPr>
      <w:r>
        <w:rPr>
          <w:sz w:val="22"/>
        </w:rPr>
        <w:t>D) have / were</w:t>
      </w:r>
    </w:p>
    <w:p>
      <w:pPr>
        <w:spacing w:before="120"/>
      </w:pPr>
      <w:r>
        <w:rPr>
          <w:b/>
          <w:sz w:val="22"/>
        </w:rPr>
        <w:t>5) You need to drink _______ water every day. Your body needs it to stay healthy.</w:t>
      </w:r>
    </w:p>
    <w:p>
      <w:pPr>
        <w:ind w:left="454"/>
      </w:pPr>
      <w:r>
        <w:rPr>
          <w:sz w:val="22"/>
        </w:rPr>
        <w:t>A) a lot of</w:t>
      </w:r>
    </w:p>
    <w:p>
      <w:pPr>
        <w:ind w:left="454"/>
      </w:pPr>
      <w:r>
        <w:rPr>
          <w:sz w:val="22"/>
        </w:rPr>
        <w:t>B) a few</w:t>
      </w:r>
    </w:p>
    <w:p>
      <w:pPr>
        <w:ind w:left="454"/>
      </w:pPr>
      <w:r>
        <w:rPr>
          <w:sz w:val="22"/>
        </w:rPr>
        <w:t>C) much</w:t>
      </w:r>
    </w:p>
    <w:p>
      <w:pPr>
        <w:ind w:left="454"/>
      </w:pPr>
      <w:r>
        <w:rPr>
          <w:sz w:val="22"/>
        </w:rPr>
        <w:t>D) many</w:t>
      </w:r>
    </w:p>
    <w:p>
      <w:pPr>
        <w:spacing w:before="120"/>
      </w:pPr>
      <w:r>
        <w:rPr>
          <w:b/>
          <w:sz w:val="22"/>
        </w:rPr>
        <w:t>6) A:  _______ does your brother go to football practice?</w:t>
      </w:r>
    </w:p>
    <w:p>
      <w:pPr>
        <w:ind w:left="567"/>
      </w:pPr>
      <w:r>
        <w:rPr>
          <w:b/>
          <w:sz w:val="22"/>
        </w:rPr>
        <w:t>B:  Twice a week, on Mondays and Thursdays.</w:t>
      </w:r>
    </w:p>
    <w:p>
      <w:pPr>
        <w:ind w:left="454"/>
      </w:pPr>
      <w:r>
        <w:rPr>
          <w:sz w:val="22"/>
        </w:rPr>
        <w:t>A) How long</w:t>
      </w:r>
    </w:p>
    <w:p>
      <w:pPr>
        <w:ind w:left="454"/>
      </w:pPr>
      <w:r>
        <w:rPr>
          <w:sz w:val="22"/>
        </w:rPr>
        <w:t>B) How often</w:t>
      </w:r>
    </w:p>
    <w:p>
      <w:pPr>
        <w:ind w:left="454"/>
      </w:pPr>
      <w:r>
        <w:rPr>
          <w:sz w:val="22"/>
        </w:rPr>
        <w:t>C) How much</w:t>
      </w:r>
    </w:p>
    <w:p>
      <w:pPr>
        <w:ind w:left="454"/>
      </w:pPr>
      <w:r>
        <w:rPr>
          <w:sz w:val="22"/>
        </w:rPr>
        <w:t>D) How many</w:t>
      </w:r>
    </w:p>
    <w:p>
      <w:pPr>
        <w:spacing w:before="120"/>
      </w:pPr>
      <w:r>
        <w:rPr>
          <w:b/>
          <w:sz w:val="22"/>
        </w:rPr>
        <w:t>7) Lisa:  I'm making a cake but I don't have _______ eggs.</w:t>
      </w:r>
    </w:p>
    <w:p>
      <w:pPr>
        <w:ind w:left="567"/>
      </w:pPr>
      <w:r>
        <w:rPr>
          <w:b/>
          <w:sz w:val="22"/>
        </w:rPr>
        <w:t>Mum:  There are _______ in the cupboard, honey.</w:t>
      </w:r>
    </w:p>
    <w:p>
      <w:pPr>
        <w:ind w:left="454"/>
      </w:pPr>
      <w:r>
        <w:rPr>
          <w:sz w:val="22"/>
        </w:rPr>
        <w:t>A) some / any</w:t>
      </w:r>
    </w:p>
    <w:p>
      <w:pPr>
        <w:ind w:left="454"/>
      </w:pPr>
      <w:r>
        <w:rPr>
          <w:sz w:val="22"/>
        </w:rPr>
        <w:t>B) any / some</w:t>
      </w:r>
    </w:p>
    <w:p>
      <w:pPr>
        <w:ind w:left="454"/>
      </w:pPr>
      <w:r>
        <w:rPr>
          <w:sz w:val="22"/>
        </w:rPr>
        <w:t>C) a / any</w:t>
      </w:r>
    </w:p>
    <w:p>
      <w:pPr>
        <w:ind w:left="454"/>
      </w:pPr>
      <w:r>
        <w:rPr>
          <w:sz w:val="22"/>
        </w:rPr>
        <w:t>D) any / a</w:t>
      </w:r>
    </w:p>
    <w:p>
      <w:pPr>
        <w:spacing w:before="120"/>
      </w:pPr>
      <w:r>
        <w:rPr>
          <w:b/>
          <w:sz w:val="22"/>
        </w:rPr>
        <w:t>8) I _______ swim when I was five years old, but now I _______ swim very well.</w:t>
      </w:r>
    </w:p>
    <w:p>
      <w:pPr>
        <w:ind w:left="454"/>
      </w:pPr>
      <w:r>
        <w:rPr>
          <w:sz w:val="22"/>
        </w:rPr>
        <w:t>A) can't / can</w:t>
      </w:r>
    </w:p>
    <w:p>
      <w:pPr>
        <w:ind w:left="454"/>
      </w:pPr>
      <w:r>
        <w:rPr>
          <w:sz w:val="22"/>
        </w:rPr>
        <w:t>B) couldn't / can</w:t>
      </w:r>
    </w:p>
    <w:p>
      <w:pPr>
        <w:ind w:left="454"/>
      </w:pPr>
      <w:r>
        <w:rPr>
          <w:sz w:val="22"/>
        </w:rPr>
        <w:t>C) can / couldn't</w:t>
      </w:r>
    </w:p>
    <w:p>
      <w:pPr>
        <w:ind w:left="454"/>
      </w:pPr>
      <w:r>
        <w:rPr>
          <w:sz w:val="22"/>
        </w:rPr>
        <w:t>D) couldn't / can't</w:t>
      </w:r>
    </w:p>
    <w:p>
      <w:pPr>
        <w:spacing w:before="120"/>
      </w:pPr>
      <w:r>
        <w:rPr>
          <w:b/>
          <w:sz w:val="22"/>
        </w:rPr>
        <w:t>9) A:  What _______ your mother do?</w:t>
      </w:r>
    </w:p>
    <w:p>
      <w:pPr>
        <w:ind w:left="567"/>
      </w:pPr>
      <w:r>
        <w:rPr>
          <w:b/>
          <w:sz w:val="22"/>
        </w:rPr>
        <w:t>B:  She _______ a nurse at the city hospital.</w:t>
      </w:r>
    </w:p>
    <w:p>
      <w:pPr>
        <w:ind w:left="454"/>
      </w:pPr>
      <w:r>
        <w:rPr>
          <w:sz w:val="22"/>
        </w:rPr>
        <w:t>A) does / is</w:t>
      </w:r>
    </w:p>
    <w:p>
      <w:pPr>
        <w:ind w:left="454"/>
      </w:pPr>
      <w:r>
        <w:rPr>
          <w:sz w:val="22"/>
        </w:rPr>
        <w:t>B) do / is</w:t>
      </w:r>
    </w:p>
    <w:p>
      <w:pPr>
        <w:ind w:left="454"/>
      </w:pPr>
      <w:r>
        <w:rPr>
          <w:sz w:val="22"/>
        </w:rPr>
        <w:t>C) does / does</w:t>
      </w:r>
    </w:p>
    <w:p>
      <w:pPr>
        <w:ind w:left="454"/>
      </w:pPr>
      <w:r>
        <w:rPr>
          <w:sz w:val="22"/>
        </w:rPr>
        <w:t>D) is / does</w:t>
      </w:r>
    </w:p>
    <w:p>
      <w:pPr>
        <w:spacing w:before="120"/>
      </w:pPr>
      <w:r>
        <w:rPr>
          <w:b/>
          <w:sz w:val="22"/>
        </w:rPr>
        <w:t>10) The children are playing in the garden. They _______ a lot of fun together.</w:t>
      </w:r>
    </w:p>
    <w:p>
      <w:pPr>
        <w:ind w:left="454"/>
      </w:pPr>
      <w:r>
        <w:rPr>
          <w:sz w:val="22"/>
        </w:rPr>
        <w:t>A) has</w:t>
      </w:r>
    </w:p>
    <w:p>
      <w:pPr>
        <w:ind w:left="454"/>
      </w:pPr>
      <w:r>
        <w:rPr>
          <w:sz w:val="22"/>
        </w:rPr>
        <w:t>B) having</w:t>
      </w:r>
    </w:p>
    <w:p>
      <w:pPr>
        <w:ind w:left="454"/>
      </w:pPr>
      <w:r>
        <w:rPr>
          <w:sz w:val="22"/>
        </w:rPr>
        <w:t>C) are having</w:t>
      </w:r>
    </w:p>
    <w:p>
      <w:pPr>
        <w:ind w:left="454"/>
      </w:pPr>
      <w:r>
        <w:rPr>
          <w:sz w:val="22"/>
        </w:rPr>
        <w:t>D) is having</w:t>
      </w:r>
    </w:p>
    <w:p>
      <w:pPr>
        <w:spacing w:before="120"/>
      </w:pPr>
      <w:r>
        <w:rPr>
          <w:b/>
          <w:sz w:val="22"/>
        </w:rPr>
        <w:t>11) Waiter:  Are you ready to order?</w:t>
      </w:r>
    </w:p>
    <w:p>
      <w:pPr>
        <w:ind w:left="567"/>
      </w:pPr>
      <w:r>
        <w:rPr>
          <w:b/>
          <w:sz w:val="22"/>
        </w:rPr>
        <w:t>Customer:  Yes, I _______ a cheeseburger and a cola, please.</w:t>
      </w:r>
    </w:p>
    <w:p>
      <w:pPr>
        <w:ind w:left="454"/>
      </w:pPr>
      <w:r>
        <w:rPr>
          <w:sz w:val="22"/>
        </w:rPr>
        <w:t>A) like</w:t>
      </w:r>
    </w:p>
    <w:p>
      <w:pPr>
        <w:ind w:left="454"/>
      </w:pPr>
      <w:r>
        <w:rPr>
          <w:sz w:val="22"/>
        </w:rPr>
        <w:t>B) would like</w:t>
      </w:r>
    </w:p>
    <w:p>
      <w:pPr>
        <w:ind w:left="454"/>
      </w:pPr>
      <w:r>
        <w:rPr>
          <w:sz w:val="22"/>
        </w:rPr>
        <w:t>C) am liking</w:t>
      </w:r>
    </w:p>
    <w:p>
      <w:pPr>
        <w:ind w:left="454"/>
      </w:pPr>
      <w:r>
        <w:rPr>
          <w:sz w:val="22"/>
        </w:rPr>
        <w:t>D) likes</w:t>
      </w:r>
    </w:p>
    <w:p>
      <w:pPr>
        <w:spacing w:before="120"/>
      </w:pPr>
      <w:r>
        <w:rPr>
          <w:b/>
          <w:sz w:val="22"/>
        </w:rPr>
        <w:t>12) A:  _______ you at the cinema last night?</w:t>
      </w:r>
    </w:p>
    <w:p>
      <w:pPr>
        <w:ind w:left="567"/>
      </w:pPr>
      <w:r>
        <w:rPr>
          <w:b/>
          <w:sz w:val="22"/>
        </w:rPr>
        <w:t>B:  No, I _______. I stayed at home and watched TV.</w:t>
      </w:r>
    </w:p>
    <w:p>
      <w:pPr>
        <w:ind w:left="454"/>
      </w:pPr>
      <w:r>
        <w:rPr>
          <w:sz w:val="22"/>
        </w:rPr>
        <w:t>A) Was / wasn't</w:t>
      </w:r>
    </w:p>
    <w:p>
      <w:pPr>
        <w:ind w:left="454"/>
      </w:pPr>
      <w:r>
        <w:rPr>
          <w:sz w:val="22"/>
        </w:rPr>
        <w:t>B) Were / wasn't</w:t>
      </w:r>
    </w:p>
    <w:p>
      <w:pPr>
        <w:ind w:left="454"/>
      </w:pPr>
      <w:r>
        <w:rPr>
          <w:sz w:val="22"/>
        </w:rPr>
        <w:t>C) Were / weren't</w:t>
      </w:r>
    </w:p>
    <w:p>
      <w:pPr>
        <w:ind w:left="454"/>
      </w:pPr>
      <w:r>
        <w:rPr>
          <w:sz w:val="22"/>
        </w:rPr>
        <w:t>D) Was / weren't</w:t>
      </w:r>
    </w:p>
    <w:p>
      <w:pPr>
        <w:spacing w:before="120"/>
      </w:pPr>
      <w:r>
        <w:rPr>
          <w:b/>
          <w:sz w:val="22"/>
        </w:rPr>
        <w:t>13) I enjoy spending time with my family. On Sundays, we usually have breakfast</w:t>
      </w:r>
    </w:p>
    <w:p>
      <w:r>
        <w:rPr>
          <w:sz w:val="20"/>
        </w:rPr>
        <w:t>together. My mum cooks pancakes and my dad makes tea. After breakfast, we</w:t>
      </w:r>
    </w:p>
    <w:p>
      <w:r>
        <w:rPr>
          <w:sz w:val="20"/>
        </w:rPr>
        <w:t>sometimes go for a walk in the forest. _______. I love Sundays!</w:t>
      </w:r>
    </w:p>
    <w:p>
      <w:r>
        <w:rPr>
          <w:sz w:val="20"/>
        </w:rPr>
      </w:r>
    </w:p>
    <w:p>
      <w:r>
        <w:rPr>
          <w:sz w:val="20"/>
        </w:rPr>
        <w:t>Which sentence best completes the paragraph?</w:t>
      </w:r>
    </w:p>
    <w:p>
      <w:pPr>
        <w:ind w:left="454"/>
      </w:pPr>
      <w:r>
        <w:rPr>
          <w:sz w:val="22"/>
        </w:rPr>
        <w:t>A) I don't like waking up early on Sundays</w:t>
      </w:r>
    </w:p>
    <w:p>
      <w:pPr>
        <w:ind w:left="454"/>
      </w:pPr>
      <w:r>
        <w:rPr>
          <w:sz w:val="22"/>
        </w:rPr>
        <w:t>B) These moments make me feel happy and relaxed</w:t>
      </w:r>
    </w:p>
    <w:p>
      <w:pPr>
        <w:ind w:left="454"/>
      </w:pPr>
      <w:r>
        <w:rPr>
          <w:sz w:val="22"/>
        </w:rPr>
        <w:t>C) My parents are always busy with their work</w:t>
      </w:r>
    </w:p>
    <w:p>
      <w:pPr>
        <w:ind w:left="454"/>
      </w:pPr>
      <w:r>
        <w:rPr>
          <w:sz w:val="22"/>
        </w:rPr>
        <w:t>D) I prefer staying alone in my room</w:t>
      </w:r>
    </w:p>
    <w:p>
      <w:pPr>
        <w:spacing w:before="120"/>
      </w:pPr>
      <w:r>
        <w:rPr>
          <w:b/>
          <w:sz w:val="22"/>
        </w:rPr>
        <w:t>14) Tom:  _______?</w:t>
      </w:r>
    </w:p>
    <w:p>
      <w:pPr>
        <w:ind w:left="567"/>
      </w:pPr>
      <w:r>
        <w:rPr>
          <w:b/>
          <w:sz w:val="22"/>
        </w:rPr>
        <w:t>Sally:  I usually have cereal and milk.</w:t>
      </w:r>
    </w:p>
    <w:p>
      <w:pPr>
        <w:ind w:left="567"/>
      </w:pPr>
      <w:r>
        <w:rPr>
          <w:b/>
          <w:sz w:val="22"/>
        </w:rPr>
        <w:t>Tom:  _______?</w:t>
      </w:r>
    </w:p>
    <w:p>
      <w:pPr>
        <w:ind w:left="567"/>
      </w:pPr>
      <w:r>
        <w:rPr>
          <w:b/>
          <w:sz w:val="22"/>
        </w:rPr>
        <w:t>Sally:  At 7:30, before I catch the bus.</w:t>
      </w:r>
    </w:p>
    <w:p>
      <w:pPr>
        <w:ind w:left="567"/>
      </w:pPr>
      <w:r>
        <w:rPr>
          <w:b/>
          <w:sz w:val="22"/>
        </w:rPr>
        <w:t>Tom:  _______?</w:t>
      </w:r>
    </w:p>
    <w:p>
      <w:pPr>
        <w:ind w:left="567"/>
      </w:pPr>
      <w:r>
        <w:rPr>
          <w:b/>
          <w:sz w:val="22"/>
        </w:rPr>
        <w:t>Sally:  My dad. He wakes up very early.</w:t>
      </w:r>
    </w:p>
    <w:p>
      <w:r>
        <w:rPr>
          <w:sz w:val="20"/>
        </w:rPr>
      </w:r>
    </w:p>
    <w:p>
      <w:r>
        <w:rPr>
          <w:sz w:val="20"/>
        </w:rPr>
        <w:t>Which question does NOT Tom ask?</w:t>
      </w:r>
    </w:p>
    <w:p>
      <w:pPr>
        <w:ind w:left="454"/>
      </w:pPr>
      <w:r>
        <w:rPr>
          <w:sz w:val="22"/>
        </w:rPr>
        <w:t>A) What do you usually eat for breakfast</w:t>
      </w:r>
    </w:p>
    <w:p>
      <w:pPr>
        <w:ind w:left="454"/>
      </w:pPr>
      <w:r>
        <w:rPr>
          <w:sz w:val="22"/>
        </w:rPr>
        <w:t>B) What time do you have breakfast</w:t>
      </w:r>
    </w:p>
    <w:p>
      <w:pPr>
        <w:ind w:left="454"/>
      </w:pPr>
      <w:r>
        <w:rPr>
          <w:sz w:val="22"/>
        </w:rPr>
        <w:t>C) Who prepares your breakfast</w:t>
      </w:r>
    </w:p>
    <w:p>
      <w:pPr>
        <w:ind w:left="454"/>
      </w:pPr>
      <w:r>
        <w:rPr>
          <w:sz w:val="22"/>
        </w:rPr>
        <w:t>D) Do you like eating breakfast</w:t>
      </w:r>
    </w:p>
    <w:p>
      <w:pPr>
        <w:spacing w:before="200"/>
      </w:pPr>
      <w:r>
        <w:rPr>
          <w:b/>
          <w:sz w:val="22"/>
        </w:rPr>
        <w:t>Read the paragraph and choose the correct answer (15 – 18):</w:t>
      </w:r>
    </w:p>
    <w:p>
      <w:pPr>
        <w:jc w:val="center"/>
      </w:pPr>
      <w:r>
        <w:rPr>
          <w:b/>
          <w:sz w:val="22"/>
        </w:rPr>
        <w:t>The Amazing Octopus</w:t>
      </w:r>
    </w:p>
    <w:p>
      <w:r>
        <w:rPr>
          <w:sz w:val="20"/>
        </w:rPr>
        <w:t>The octopus is one of the most interesting sea creatures. It has three hearts and</w:t>
      </w:r>
    </w:p>
    <w:p>
      <w:r>
        <w:rPr>
          <w:sz w:val="20"/>
        </w:rPr>
        <w:t>eight arms. _______ (15) it doesn't have any bones, it can squeeze through very</w:t>
      </w:r>
    </w:p>
    <w:p>
      <w:r>
        <w:rPr>
          <w:sz w:val="20"/>
        </w:rPr>
        <w:t>small spaces. Octopuses are also very clever. They can change _______ (16)</w:t>
      </w:r>
    </w:p>
    <w:p>
      <w:r>
        <w:rPr>
          <w:sz w:val="20"/>
        </w:rPr>
        <w:t>colour to hide from danger. When they feel scared, they release a dark liquid into</w:t>
      </w:r>
    </w:p>
    <w:p>
      <w:r>
        <w:rPr>
          <w:sz w:val="20"/>
        </w:rPr>
        <w:t>the water. Scientists say octopuses can solve problems and even open jars to get</w:t>
      </w:r>
    </w:p>
    <w:p>
      <w:r>
        <w:rPr>
          <w:sz w:val="20"/>
        </w:rPr>
        <w:t>food! They are much _______ (17) than people think. An octopus _______ (18)</w:t>
      </w:r>
    </w:p>
    <w:p>
      <w:r>
        <w:rPr>
          <w:sz w:val="20"/>
        </w:rPr>
        <w:t>about 2000 suckers on its arms, and it uses them to taste and feel everything</w:t>
      </w:r>
    </w:p>
    <w:p>
      <w:r>
        <w:rPr>
          <w:sz w:val="20"/>
        </w:rPr>
        <w:t>around it.</w:t>
      </w:r>
    </w:p>
    <w:p>
      <w:pPr>
        <w:spacing w:before="120"/>
      </w:pPr>
      <w:r>
        <w:rPr>
          <w:b/>
          <w:sz w:val="22"/>
        </w:rPr>
        <w:t>15) A) But          B) Because          C) So          D) Or</w:t>
      </w:r>
    </w:p>
    <w:p>
      <w:pPr>
        <w:spacing w:before="120"/>
      </w:pPr>
      <w:r>
        <w:rPr>
          <w:b/>
          <w:sz w:val="22"/>
        </w:rPr>
        <w:t>16) A) their        B) its              C) his         D) your</w:t>
      </w:r>
    </w:p>
    <w:p>
      <w:pPr>
        <w:spacing w:before="120"/>
      </w:pPr>
      <w:r>
        <w:rPr>
          <w:b/>
          <w:sz w:val="22"/>
        </w:rPr>
        <w:t>17) A) smart        B) smarter          C) smartest    D) more smart</w:t>
      </w:r>
    </w:p>
    <w:p>
      <w:pPr>
        <w:spacing w:before="120"/>
      </w:pPr>
      <w:r>
        <w:rPr>
          <w:b/>
          <w:sz w:val="22"/>
        </w:rPr>
        <w:t>18) A) have         B) has              C) is having   D) are having</w:t>
      </w:r>
    </w:p>
    <w:p>
      <w:pPr>
        <w:spacing w:before="200"/>
      </w:pPr>
      <w:r>
        <w:rPr>
          <w:b/>
          <w:sz w:val="22"/>
        </w:rPr>
        <w:t>Read the text and choose the correct answer (19 – 22):</w:t>
      </w:r>
    </w:p>
    <w:p>
      <w:pPr>
        <w:jc w:val="center"/>
      </w:pPr>
      <w:r>
        <w:rPr>
          <w:b/>
          <w:sz w:val="22"/>
        </w:rPr>
        <w:t>David and His Dream</w:t>
      </w:r>
    </w:p>
    <w:p>
      <w:r>
        <w:rPr>
          <w:sz w:val="20"/>
        </w:rPr>
        <w:t>David is a 10-year-old boy who lives in a small village near the mountains. He</w:t>
      </w:r>
    </w:p>
    <w:p>
      <w:r>
        <w:rPr>
          <w:sz w:val="20"/>
        </w:rPr>
        <w:t>wakes up at 6:30 every morning because his school is far away. He walks to school</w:t>
      </w:r>
    </w:p>
    <w:p>
      <w:r>
        <w:rPr>
          <w:sz w:val="20"/>
        </w:rPr>
        <w:t>with his older sister, Emma. It takes them about 40 minutes, but they don't mind</w:t>
      </w:r>
    </w:p>
    <w:p>
      <w:r>
        <w:rPr>
          <w:sz w:val="20"/>
        </w:rPr>
        <w:t>because they enjoy talking and watching the birds on the way.</w:t>
      </w:r>
    </w:p>
    <w:p>
      <w:r>
        <w:rPr>
          <w:sz w:val="20"/>
        </w:rPr>
        <w:t>David's favourite subject is Science. He loves learning about animals and plants.</w:t>
      </w:r>
    </w:p>
    <w:p>
      <w:r>
        <w:rPr>
          <w:sz w:val="20"/>
        </w:rPr>
        <w:t>Last week, his class visited a farm. David was very excited because he saw cows,</w:t>
      </w:r>
    </w:p>
    <w:p>
      <w:r>
        <w:rPr>
          <w:sz w:val="20"/>
        </w:rPr>
        <w:t>sheep, and horses for the first time. He even fed a baby goat! He said it was the</w:t>
      </w:r>
    </w:p>
    <w:p>
      <w:r>
        <w:rPr>
          <w:sz w:val="20"/>
        </w:rPr>
        <w:t>best day of his life.</w:t>
      </w:r>
    </w:p>
    <w:p>
      <w:r>
        <w:rPr>
          <w:sz w:val="20"/>
        </w:rPr>
        <w:t>After school, David usually helps his father in their small garden. They grow</w:t>
      </w:r>
    </w:p>
    <w:p>
      <w:r>
        <w:rPr>
          <w:sz w:val="20"/>
        </w:rPr>
        <w:t>tomatoes, peppers, and cucumbers. David likes eating the vegetables they grow</w:t>
      </w:r>
    </w:p>
    <w:p>
      <w:r>
        <w:rPr>
          <w:sz w:val="20"/>
        </w:rPr>
        <w:t>because they taste much better than the ones from the supermarket. In the evening,</w:t>
      </w:r>
    </w:p>
    <w:p>
      <w:r>
        <w:rPr>
          <w:sz w:val="20"/>
        </w:rPr>
        <w:t>he does his homework and reads books about nature before going to sleep.</w:t>
      </w:r>
    </w:p>
    <w:p>
      <w:r>
        <w:rPr>
          <w:sz w:val="20"/>
        </w:rPr>
        <w:t>David wants to be a vet when he grows up. He thinks helping sick animals is the</w:t>
      </w:r>
    </w:p>
    <w:p>
      <w:r>
        <w:rPr>
          <w:sz w:val="20"/>
        </w:rPr>
        <w:t>most important job in the world.</w:t>
      </w:r>
    </w:p>
    <w:p>
      <w:pPr>
        <w:spacing w:before="120"/>
      </w:pPr>
      <w:r>
        <w:rPr>
          <w:b/>
          <w:sz w:val="22"/>
        </w:rPr>
        <w:t>19) Why does David wake up early?</w:t>
      </w:r>
    </w:p>
    <w:p>
      <w:pPr>
        <w:ind w:left="454"/>
      </w:pPr>
      <w:r>
        <w:rPr>
          <w:sz w:val="22"/>
        </w:rPr>
        <w:t>A) Because he likes watching the sunrise</w:t>
      </w:r>
    </w:p>
    <w:p>
      <w:pPr>
        <w:ind w:left="454"/>
      </w:pPr>
      <w:r>
        <w:rPr>
          <w:sz w:val="22"/>
        </w:rPr>
        <w:t>B) Because his school is far from his home</w:t>
      </w:r>
    </w:p>
    <w:p>
      <w:pPr>
        <w:ind w:left="454"/>
      </w:pPr>
      <w:r>
        <w:rPr>
          <w:sz w:val="22"/>
        </w:rPr>
        <w:t>C) Because his father asks him to help in the garden</w:t>
      </w:r>
    </w:p>
    <w:p>
      <w:pPr>
        <w:ind w:left="454"/>
      </w:pPr>
      <w:r>
        <w:rPr>
          <w:sz w:val="22"/>
        </w:rPr>
        <w:t>D) Because he wants to play with his friends</w:t>
      </w:r>
    </w:p>
    <w:p>
      <w:pPr>
        <w:spacing w:before="120"/>
      </w:pPr>
      <w:r>
        <w:rPr>
          <w:b/>
          <w:sz w:val="22"/>
        </w:rPr>
        <w:t>20) What did David do at the farm last week?</w:t>
      </w:r>
    </w:p>
    <w:p>
      <w:pPr>
        <w:ind w:left="454"/>
      </w:pPr>
      <w:r>
        <w:rPr>
          <w:sz w:val="22"/>
        </w:rPr>
        <w:t>A) He planted some vegetables</w:t>
      </w:r>
    </w:p>
    <w:p>
      <w:pPr>
        <w:ind w:left="454"/>
      </w:pPr>
      <w:r>
        <w:rPr>
          <w:sz w:val="22"/>
        </w:rPr>
        <w:t>B) He read a book about cows</w:t>
      </w:r>
    </w:p>
    <w:p>
      <w:pPr>
        <w:ind w:left="454"/>
      </w:pPr>
      <w:r>
        <w:rPr>
          <w:sz w:val="22"/>
        </w:rPr>
        <w:t>C) He fed a baby goat</w:t>
      </w:r>
    </w:p>
    <w:p>
      <w:pPr>
        <w:ind w:left="454"/>
      </w:pPr>
      <w:r>
        <w:rPr>
          <w:sz w:val="22"/>
        </w:rPr>
        <w:t>D) He bought some tomatoes</w:t>
      </w:r>
    </w:p>
    <w:p>
      <w:pPr>
        <w:spacing w:before="120"/>
      </w:pPr>
      <w:r>
        <w:rPr>
          <w:b/>
          <w:sz w:val="22"/>
        </w:rPr>
        <w:t>21) How does David go to school?</w:t>
      </w:r>
    </w:p>
    <w:p>
      <w:pPr>
        <w:ind w:left="454"/>
      </w:pPr>
      <w:r>
        <w:rPr>
          <w:sz w:val="22"/>
        </w:rPr>
        <w:t>A) By bus with his sister</w:t>
      </w:r>
    </w:p>
    <w:p>
      <w:pPr>
        <w:ind w:left="454"/>
      </w:pPr>
      <w:r>
        <w:rPr>
          <w:sz w:val="22"/>
        </w:rPr>
        <w:t>B) On foot with his father</w:t>
      </w:r>
    </w:p>
    <w:p>
      <w:pPr>
        <w:ind w:left="454"/>
      </w:pPr>
      <w:r>
        <w:rPr>
          <w:sz w:val="22"/>
        </w:rPr>
        <w:t>C) By car with his mother</w:t>
      </w:r>
    </w:p>
    <w:p>
      <w:pPr>
        <w:ind w:left="454"/>
      </w:pPr>
      <w:r>
        <w:rPr>
          <w:sz w:val="22"/>
        </w:rPr>
        <w:t>D) On foot with his sister</w:t>
      </w:r>
    </w:p>
    <w:p>
      <w:pPr>
        <w:spacing w:before="120"/>
      </w:pPr>
      <w:r>
        <w:rPr>
          <w:b/>
          <w:sz w:val="22"/>
        </w:rPr>
        <w:t>22) What does David want to be in the future?</w:t>
      </w:r>
    </w:p>
    <w:p>
      <w:pPr>
        <w:ind w:left="454"/>
      </w:pPr>
      <w:r>
        <w:rPr>
          <w:sz w:val="22"/>
        </w:rPr>
        <w:t>A) A Science teacher</w:t>
      </w:r>
    </w:p>
    <w:p>
      <w:pPr>
        <w:ind w:left="454"/>
      </w:pPr>
      <w:r>
        <w:rPr>
          <w:sz w:val="22"/>
        </w:rPr>
        <w:t>B) A farmer like his father</w:t>
      </w:r>
    </w:p>
    <w:p>
      <w:pPr>
        <w:ind w:left="454"/>
      </w:pPr>
      <w:r>
        <w:rPr>
          <w:sz w:val="22"/>
        </w:rPr>
        <w:t>C) A vet for animals</w:t>
      </w:r>
    </w:p>
    <w:p>
      <w:pPr>
        <w:ind w:left="454"/>
      </w:pPr>
      <w:r>
        <w:rPr>
          <w:sz w:val="22"/>
        </w:rPr>
        <w:t>D) A nature photographer</w:t>
      </w:r>
    </w:p>
    <w:p>
      <w:r>
        <w:br w:type="page"/>
      </w:r>
    </w:p>
    <w:p>
      <w:pPr>
        <w:jc w:val="center"/>
      </w:pPr>
      <w:r>
        <w:rPr>
          <w:b/>
          <w:sz w:val="26"/>
        </w:rPr>
        <w:t>ANSWER KEY</w:t>
      </w:r>
    </w:p>
    <w:p/>
    <w:p>
      <w:r>
        <w:rPr>
          <w:sz w:val="22"/>
        </w:rPr>
        <w:t>1) B          2) A</w:t>
      </w:r>
    </w:p>
    <w:p>
      <w:r>
        <w:rPr>
          <w:sz w:val="22"/>
        </w:rPr>
        <w:t>3) C          4) B</w:t>
      </w:r>
    </w:p>
    <w:p>
      <w:r>
        <w:rPr>
          <w:sz w:val="22"/>
        </w:rPr>
        <w:t>5) A          6) B</w:t>
      </w:r>
    </w:p>
    <w:p>
      <w:r>
        <w:rPr>
          <w:sz w:val="22"/>
        </w:rPr>
        <w:t>7) B          8) B</w:t>
      </w:r>
    </w:p>
    <w:p>
      <w:r>
        <w:rPr>
          <w:sz w:val="22"/>
        </w:rPr>
        <w:t>9) A          10) C</w:t>
      </w:r>
    </w:p>
    <w:p>
      <w:r>
        <w:rPr>
          <w:sz w:val="22"/>
        </w:rPr>
        <w:t>11) B          12) B</w:t>
      </w:r>
    </w:p>
    <w:p>
      <w:r>
        <w:rPr>
          <w:sz w:val="22"/>
        </w:rPr>
        <w:t>13) B          14) D</w:t>
      </w:r>
    </w:p>
    <w:p>
      <w:r>
        <w:rPr>
          <w:sz w:val="22"/>
        </w:rPr>
        <w:t>15) B          16) B</w:t>
      </w:r>
    </w:p>
    <w:p>
      <w:r>
        <w:rPr>
          <w:sz w:val="22"/>
        </w:rPr>
        <w:t>17) B          18) B</w:t>
      </w:r>
    </w:p>
    <w:p>
      <w:r>
        <w:rPr>
          <w:sz w:val="22"/>
        </w:rPr>
        <w:t>19) B          20) C</w:t>
      </w:r>
    </w:p>
    <w:p>
      <w:r>
        <w:rPr>
          <w:sz w:val="22"/>
        </w:rPr>
        <w:t>21) D          22) C</w:t>
      </w:r>
    </w:p>
    <w:sectPr w:rsidR="00FC693F" w:rsidRPr="0006063C" w:rsidSect="00034616">
      <w:pgSz w:w="12240" w:h="15840"/>
      <w:pgMar w:top="1008" w:right="1008" w:bottom="720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