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E5C8A"/>
          <w:sz w:val="40"/>
        </w:rPr>
        <w:t>5. Sınıf İngilizce</w:t>
      </w:r>
    </w:p>
    <w:p>
      <w:pPr>
        <w:jc w:val="center"/>
      </w:pPr>
      <w:r>
        <w:rPr>
          <w:b/>
          <w:color w:val="444444"/>
          <w:sz w:val="28"/>
        </w:rPr>
        <w:t>Tüm Üniteler Vocabulary Listesi</w:t>
      </w:r>
    </w:p>
    <w:p>
      <w:pPr>
        <w:jc w:val="center"/>
      </w:pPr>
      <w:r>
        <w:rPr>
          <w:color w:val="888888"/>
          <w:sz w:val="20"/>
        </w:rPr>
        <w:t>KKTC MEB Müfredatı | 9 Ünite | British English</w:t>
      </w:r>
    </w:p>
    <w:p/>
    <w:p>
      <w:pPr>
        <w:pStyle w:val="Heading1"/>
      </w:pPr>
      <w:r>
        <w:t>Unit 1: My Day</w:t>
      </w:r>
    </w:p>
    <w:p>
      <w:r>
        <w:rPr>
          <w:b/>
          <w:color w:val="2E5C8A"/>
          <w:sz w:val="22"/>
        </w:rPr>
        <w:t>Times (Zaman)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o'clock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saat (tam)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half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buçuk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quarter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çeyrek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var (sonraki saate)</w:t>
            </w:r>
          </w:p>
        </w:tc>
      </w:tr>
    </w:tbl>
    <w:p/>
    <w:p>
      <w:r>
        <w:rPr>
          <w:b/>
          <w:color w:val="2E5C8A"/>
          <w:sz w:val="22"/>
        </w:rPr>
        <w:t>Parts of the Body (Vücut Bölümleri)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head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kafa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eyes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gözler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nose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burun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mouth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ağız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kulak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hair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face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yüz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tooth / teeth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diş / dişler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shoulder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omuz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bacak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finger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parmak (el)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ayak parmağı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foot / feet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ayak / ayaklar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knee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elbow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dirsek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back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sırt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neck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boyun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brain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beyin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bone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kemik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muscles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kaslar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skin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deri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tongue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dil (organ)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blood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kan</w:t>
            </w:r>
          </w:p>
        </w:tc>
      </w:tr>
    </w:tbl>
    <w:p/>
    <w:p>
      <w:r>
        <w:rPr>
          <w:b/>
          <w:color w:val="2E5C8A"/>
          <w:sz w:val="22"/>
        </w:rPr>
        <w:t>Verbs (Fiiller)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oynamak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speak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konuşmak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jump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zıplamak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uçmak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swim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yüzmek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climb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tırmanmak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talk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konuşmak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read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okumak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write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yazmak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yemek (yeme eylemi)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drink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içmek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gitmek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come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gelmek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watch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izlemek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wash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yıkamak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clean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temizlemek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satın almak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sleep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uyumak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sahip olmak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make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yapmak (üretmek)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oturmak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laugh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gülmek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drive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sürmek (araç)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brush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fırçalamak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giymek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put 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giyinmek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listen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dinlemek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wait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beklemek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look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bakmak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carry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taşımak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work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çalışmak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walk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yürümek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run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koşmak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dance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dans yapmak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şarkı söylemek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open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açmak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close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kapatmak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stand up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ayağa kalkmak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sit down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oturmak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give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vermek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take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colour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boyamak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draw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çizmek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come 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içeri girmek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match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eşleştirmek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wake up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uyanmak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ride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binmek (bisiklet/ata)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sneeze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aksırmak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ready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hazır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late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nazik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 iyi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same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aynı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together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birlikte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story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hikaye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noise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gürültü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quiet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sessiz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outside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dışarı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inside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içeride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coat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palto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çanta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kitap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desk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sıra (okul)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lesson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ders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class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sınıf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school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okul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home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house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 (bina)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room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oda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table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masa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yatak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door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kapı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window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pencere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otobüs</w:t>
            </w:r>
          </w:p>
        </w:tc>
      </w:tr>
    </w:tbl>
    <w:p/>
    <w:p>
      <w:r>
        <w:br w:type="page"/>
      </w:r>
    </w:p>
    <w:p>
      <w:pPr>
        <w:pStyle w:val="Heading1"/>
      </w:pPr>
      <w:r>
        <w:t>Unit 2: People and Jobs</w:t>
      </w:r>
    </w:p>
    <w:p>
      <w:r>
        <w:rPr>
          <w:b/>
          <w:color w:val="2E5C8A"/>
          <w:sz w:val="22"/>
        </w:rPr>
        <w:t>Jobs (Meslekler)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teacher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öğretmen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doctor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doktor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dentist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diş hekimi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nurse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hemşire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shop assistant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mağaza görevlisi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architect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mimar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civil servant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memur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butcher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kasap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footballer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futbolcu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student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öğrenci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actor / actress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aktör / aktris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singer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şarkıcı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shopkeeper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dükkân sahibi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engineer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mühendis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mechanic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tamirci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driver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şoför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firefighter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itfaiyeci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hairdresser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kuaför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businessman / businesswoman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iş adamı / iş kadını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tailor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terzi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veteriner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housewife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 kadını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manager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müdür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barber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berber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salesman / saleswoman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satıcı (erkek/kadın)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cashier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kasiyer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farmer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çiftçi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police officer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polis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scientist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bilim insanı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fashion designer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modacı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photographer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fotoğrafçı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waiter / waitress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garson (erkek/kadın)</w:t>
            </w:r>
          </w:p>
        </w:tc>
      </w:tr>
    </w:tbl>
    <w:p/>
    <w:p>
      <w:r>
        <w:rPr>
          <w:b/>
          <w:color w:val="2E5C8A"/>
          <w:sz w:val="22"/>
        </w:rPr>
        <w:t>Places (Mekânlar)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farm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çiftlik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fire station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itfaiye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hospital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hastane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laboratory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laboratuvar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police station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karakol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store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mağaza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bank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banka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supermarket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süpermarket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mall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alışveriş merkezi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building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bina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restaurant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restoran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petrol station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benzinlik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dükkân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post office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postane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shopping centre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alışveriş merkezi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school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okul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office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ofis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hotel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otel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gallery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galeri</w:t>
            </w:r>
          </w:p>
        </w:tc>
      </w:tr>
    </w:tbl>
    <w:p/>
    <w:p>
      <w:r>
        <w:rPr>
          <w:b/>
          <w:color w:val="2E5C8A"/>
          <w:sz w:val="22"/>
        </w:rPr>
        <w:t>Family Members (Aile Üyeleri)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mother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anne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father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baba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brother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erkek kardeş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sister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kız kardeş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grandmother / grandma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büyükanne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grandfather / grandpa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büyükbaba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wife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eş (kadın)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husband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eş (erkek)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oğul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daughter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kız evlat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uncle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amca/dayı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aunt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teyze/hala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cousin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kuzen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baby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bebek</w:t>
            </w:r>
          </w:p>
        </w:tc>
      </w:tr>
    </w:tbl>
    <w:p/>
    <w:p>
      <w:r>
        <w:rPr>
          <w:b/>
          <w:color w:val="2E5C8A"/>
          <w:sz w:val="22"/>
        </w:rPr>
        <w:t>Prepositions of Place (Yer Edatları)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içinde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üstünde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-de (konum)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work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çalışmak/iş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job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iş/meslek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help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yardım etmek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build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inşa etmek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fix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tamir etmek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grow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büyütmek/yetiştirmek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earn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kazanmak (para)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save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biriktirmek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borrow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ödünç almak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carry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taşımak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serve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servis yapmak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sell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satmak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satın almak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hard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zor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easy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kolay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busy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meşgul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nazik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important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önemli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together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birlikte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same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aynı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every 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her gün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by bus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otobüsle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by car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arabayla</w:t>
            </w:r>
          </w:p>
        </w:tc>
      </w:tr>
    </w:tbl>
    <w:p/>
    <w:p>
      <w:r>
        <w:br w:type="page"/>
      </w:r>
    </w:p>
    <w:p>
      <w:pPr>
        <w:pStyle w:val="Heading1"/>
      </w:pPr>
      <w:r>
        <w:t>Unit 3: Works at Home</w:t>
      </w:r>
    </w:p>
    <w:p>
      <w:r>
        <w:rPr>
          <w:b/>
          <w:color w:val="2E5C8A"/>
          <w:sz w:val="22"/>
        </w:rPr>
        <w:t>Chores (Ev İşleri)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make the bed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yatağı düzeltmek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wash the dishes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bulaşıkları yıkamak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feed the dog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köpeği beslemek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take out the rubbish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çöpü çıkarmak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clean the room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odayı temizlemek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tidy up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toplamak, düzenlemek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 the shopping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alışveriş yapmak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 the ironing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ütü yapmak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set the table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sofra kurmak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hoover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elektrikli süpürge ile süpürmek</w:t>
            </w:r>
          </w:p>
        </w:tc>
      </w:tr>
    </w:tbl>
    <w:p/>
    <w:p>
      <w:r>
        <w:rPr>
          <w:b/>
          <w:color w:val="2E5C8A"/>
          <w:sz w:val="22"/>
        </w:rPr>
        <w:t>Furniture (Ev Eşyaları)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armchair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koltuk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sofa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kanepe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table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masa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TV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televizyon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bookcase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kitaplık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lamp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lamba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cooker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ocak, fırın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fridge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buzdolabı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cupboard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dolap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yatak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wardrobe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gardırop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plate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tabak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bowl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fork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çatal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spoon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kaşık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knife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bıçak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glass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bardak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shelf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raf</w:t>
            </w:r>
          </w:p>
        </w:tc>
      </w:tr>
    </w:tbl>
    <w:p/>
    <w:p>
      <w:r>
        <w:rPr>
          <w:b/>
          <w:color w:val="2E5C8A"/>
          <w:sz w:val="22"/>
        </w:rPr>
        <w:t>Days of the Week (Haftanın Günleri)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Monday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Pazartesi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Tuesday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Wednesday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Çarşamba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Thursday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Perşembe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Friday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Cuma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Saturday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Cumartesi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Sunday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Pazar</w:t>
            </w:r>
          </w:p>
        </w:tc>
      </w:tr>
    </w:tbl>
    <w:p/>
    <w:p>
      <w:r>
        <w:rPr>
          <w:b/>
          <w:color w:val="2E5C8A"/>
          <w:sz w:val="22"/>
        </w:rPr>
        <w:t>Meals (Öğünler)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breakfast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kahvaltı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lunch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öğle yemeği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supper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 (hafif)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dinner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 (resmi)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hard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zor, sıkı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busy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meşgul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help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yardım etmek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ready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hazır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dirty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kirli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clean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temiz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kuru, kurutmak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together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birlikte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weekend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hafta sonu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morning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sabah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afternoon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öğleden sonra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evening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night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gece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every day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her gün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lazy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tembel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late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before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önce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after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sonra</w:t>
            </w:r>
          </w:p>
        </w:tc>
      </w:tr>
    </w:tbl>
    <w:p/>
    <w:p>
      <w:r>
        <w:br w:type="page"/>
      </w:r>
    </w:p>
    <w:p>
      <w:pPr>
        <w:pStyle w:val="Heading1"/>
      </w:pPr>
      <w:r>
        <w:t>Unit 4: Amazing Animals</w:t>
      </w:r>
    </w:p>
    <w:p>
      <w:r>
        <w:rPr>
          <w:b/>
          <w:color w:val="2E5C8A"/>
          <w:sz w:val="22"/>
        </w:rPr>
        <w:t>Animals (Hayvanlar)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köpek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kedi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horse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snake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yılan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fish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balık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bird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elephant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aslan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rabbit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tavşan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parrot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papağan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donkey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eşek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hippo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 aygırı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turtle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kaplumbağa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dinosaur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dinozor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mouse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fare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butterfly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kelebek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ladybird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uğurböceği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hamster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hamsters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tiger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kaplan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giraffe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zurafa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sheep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koyun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goat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keçi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karınca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crocodile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timsah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whale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balina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shark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köpekbalığı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sinek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camel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deve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geyik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lizard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kertenkele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owl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baykuş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penguin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penguen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sea lion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deniz aslanı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toucan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tukan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canary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kanarya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goldfish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japon balığı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snail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salyangoz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chameleon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bukalemun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polar bear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kutup ayısı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frog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kurbağa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swan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kuğu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octopus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ahtapot</w:t>
            </w:r>
          </w:p>
        </w:tc>
      </w:tr>
    </w:tbl>
    <w:p/>
    <w:p>
      <w:r>
        <w:rPr>
          <w:b/>
          <w:color w:val="2E5C8A"/>
          <w:sz w:val="22"/>
        </w:rPr>
        <w:t>Health Complaints (Sağlık Şikayetleri)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headache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baş ağrısı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tummy ache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karın ağrısı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earache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kulak ağrısı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backache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bel/sırt ağrısı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toothache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diş ağrısı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bruise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çürük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broken leg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kırık bacak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cut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kesik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cough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öksürük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soğukalgınlık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flu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grip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temperature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ateş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ill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hasta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well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iyi (sağlıklı)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terrible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çok kötü</w:t>
            </w:r>
          </w:p>
        </w:tc>
      </w:tr>
    </w:tbl>
    <w:p/>
    <w:p>
      <w:r>
        <w:rPr>
          <w:b/>
          <w:color w:val="2E5C8A"/>
          <w:sz w:val="22"/>
        </w:rPr>
        <w:t>Numbers 1-1000 (Sayılar)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one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two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2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three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3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four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4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five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5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six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6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seven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7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eight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8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nine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9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eleven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11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twelve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12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thirteen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13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fourteen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14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fifteen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15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sixteen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16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seventeen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17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eighteen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18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nineteen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19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twenty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20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thirty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30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forty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40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fifty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50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sixty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60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seventy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70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eighty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80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ninety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90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one hundred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100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one thousand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1000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hızlı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slow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yavaş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büyük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small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küçük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strong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güçlü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dangerous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tehlikeli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friendly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dost canlısı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clever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zeki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wild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vahşi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zoo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hayvanat bahçesi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jungle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orman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river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nehir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sea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deniz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swim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yüzmek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run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koşmak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jump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zıplamak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climb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tırmanmak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uçmak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bacak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kanat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tail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kuyruk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fur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kürk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feather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tüy (kuş tüyü)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heavy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ağır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uzun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short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kısa</w:t>
            </w:r>
          </w:p>
        </w:tc>
      </w:tr>
    </w:tbl>
    <w:p/>
    <w:p>
      <w:r>
        <w:br w:type="page"/>
      </w:r>
    </w:p>
    <w:p>
      <w:pPr>
        <w:pStyle w:val="Heading1"/>
      </w:pPr>
      <w:r>
        <w:t>Unit 5: Weather</w:t>
      </w:r>
    </w:p>
    <w:p>
      <w:r>
        <w:rPr>
          <w:b/>
          <w:color w:val="2E5C8A"/>
          <w:sz w:val="22"/>
        </w:rPr>
        <w:t>Months (Aylar)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January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Ocak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February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Şubat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March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Mart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April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Nisan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Mayıs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June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Haziran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Temmuz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August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Ağustos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September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Eylül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October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Ekim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November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Kasım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December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Aralık</w:t>
            </w:r>
          </w:p>
        </w:tc>
      </w:tr>
    </w:tbl>
    <w:p/>
    <w:p>
      <w:r>
        <w:rPr>
          <w:b/>
          <w:color w:val="2E5C8A"/>
          <w:sz w:val="22"/>
        </w:rPr>
        <w:t>Seasons (Mevsimler)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Spring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İlkbahar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Summer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Autumn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Sonbahar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Kış</w:t>
            </w:r>
          </w:p>
        </w:tc>
      </w:tr>
    </w:tbl>
    <w:p/>
    <w:p>
      <w:r>
        <w:rPr>
          <w:b/>
          <w:color w:val="2E5C8A"/>
          <w:sz w:val="22"/>
        </w:rPr>
        <w:t>Weather (Hava Durumu)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rainy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yağmurlu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windy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rüzgârlı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sunny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güneşli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cloudy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bulutlu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snowy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karlı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sıcak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soğuk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warm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ılık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cool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serin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sky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gökyüzü</w:t>
            </w:r>
          </w:p>
        </w:tc>
      </w:tr>
    </w:tbl>
    <w:p/>
    <w:p>
      <w:r>
        <w:rPr>
          <w:b/>
          <w:color w:val="2E5C8A"/>
          <w:sz w:val="22"/>
        </w:rPr>
        <w:t>Clothes (Giysiler)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shirt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gömlek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skirt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etek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trousers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pantolon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socks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çorap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ayakkabı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dress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elbise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şapka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jeans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kot pantolon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shorts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şort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blouse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bluz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coat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palto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cardigan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hırka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jumper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süveter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track suit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eşofman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trainers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spor ayakkabı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boots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gloves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eldiven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scarf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atkı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sandals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terlik/sandalet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raincoat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yağmurluk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sunglasses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güneş gözlüğü</w:t>
            </w:r>
          </w:p>
        </w:tc>
      </w:tr>
    </w:tbl>
    <w:p/>
    <w:p>
      <w:r>
        <w:rPr>
          <w:b/>
          <w:color w:val="2E5C8A"/>
          <w:sz w:val="22"/>
        </w:rPr>
        <w:t>Points of Compass (Yönler)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North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Kuzey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South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Güney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Doğu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Batı</w:t>
            </w:r>
          </w:p>
        </w:tc>
      </w:tr>
    </w:tbl>
    <w:p/>
    <w:p>
      <w:r>
        <w:rPr>
          <w:b/>
          <w:color w:val="2E5C8A"/>
          <w:sz w:val="22"/>
        </w:rPr>
        <w:t>Flora (Bitkiler)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field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tarla / alan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trees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ağaçlar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flowers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çiçekler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root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kök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leaf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yaprak (tekil)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leaves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yapraklar (çoğul)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rose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daisy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papatya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Jasmine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yasemin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poppy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gelincik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olive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zeytin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grass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çimen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cactus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kaktüs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tulip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lale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weather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hava durumu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season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mevsim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month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ay (takvim)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compass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pusula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direction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yön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kuru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ıslak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foggy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sisli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storm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fırtına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rüzgâr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yağmur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snow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güneş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cloud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bulut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plant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bitki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grow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büyümek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nature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doğa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weather forecast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hava tahmini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degree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derece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temperature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sıcaklık</w:t>
            </w:r>
          </w:p>
        </w:tc>
      </w:tr>
    </w:tbl>
    <w:p/>
    <w:p>
      <w:r>
        <w:br w:type="page"/>
      </w:r>
    </w:p>
    <w:p>
      <w:pPr>
        <w:pStyle w:val="Heading1"/>
      </w:pPr>
      <w:r>
        <w:t>Unit 6: Our Senses</w:t>
      </w:r>
    </w:p>
    <w:p>
      <w:r>
        <w:rPr>
          <w:b/>
          <w:color w:val="2E5C8A"/>
          <w:sz w:val="22"/>
        </w:rPr>
        <w:t>Adjectives of State (Durum Sıfatları)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hungry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aç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thirsty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susuz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tired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yorgun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üzgün (duygu) / soğuk (hava)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üzgün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happy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mutlu</w:t>
            </w:r>
          </w:p>
        </w:tc>
      </w:tr>
    </w:tbl>
    <w:p/>
    <w:p>
      <w:r>
        <w:rPr>
          <w:b/>
          <w:color w:val="2E5C8A"/>
          <w:sz w:val="22"/>
        </w:rPr>
        <w:t>Food &amp; Drinks (Yiyecek ve İçecekler)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melon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kavun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grapes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üzüm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peach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şeftali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armut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strawberry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çilek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pineapple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ananas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kiwi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kivi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coconut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hindistan cevizi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plum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erik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cherry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kiraz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orange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portakal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banana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ice-cream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dondurma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egg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yumurta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cake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sandwich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sandviç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tost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hamburger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hamburger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chocolate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çikolata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chicken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tavuk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chips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cips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potato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patates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tomato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domates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fish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balık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salata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milk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honey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cheese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peynir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coffee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sugar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şeker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flour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beans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fasulye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peas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bezelye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carrots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havuç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incir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pomegranate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watermelon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karpuz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tangerine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mandalina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lemon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limon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grapefruit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greyfurt</w:t>
            </w:r>
          </w:p>
        </w:tc>
      </w:tr>
    </w:tbl>
    <w:p/>
    <w:p>
      <w:r>
        <w:rPr>
          <w:b/>
          <w:color w:val="2E5C8A"/>
          <w:sz w:val="22"/>
        </w:rPr>
        <w:t>Adjectives (Sıfatlar)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awful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berbat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delicious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lezzetli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good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iyi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horrible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korkunç / iğrenç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lovely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güzel / hoş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nice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güzel / hoş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soft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yumuşak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sweet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tatlı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terrible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korkunç / berbat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tight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boring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sıkıcı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beautiful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güzel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scary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korkutucu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strange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tuhaf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funny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komik / eğlenceli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colourful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renkli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interesting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ilginç</w:t>
            </w:r>
          </w:p>
        </w:tc>
      </w:tr>
    </w:tbl>
    <w:p/>
    <w:p>
      <w:r>
        <w:rPr>
          <w:b/>
          <w:color w:val="2E5C8A"/>
          <w:sz w:val="22"/>
        </w:rPr>
        <w:t>Verbs (Fiiller)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mal olmak / fiyatı olmak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ödemek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add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eklemek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sense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duygu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taste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tat / tatmak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smell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koku / kokmak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look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bakmak / görünmek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feel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hissetmek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sound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ses / kulağa gelmek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flavour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lezzet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sour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ekşi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salty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tuzlu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bitter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acı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fresh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taze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spicy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baharatlı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healthy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sağlıklı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junk food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abur cubur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meal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öğün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breakfast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kahvaltı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lunch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öğle yemeği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dinner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snack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atıştırmalık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portion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porsiyon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recipe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tarif</w:t>
            </w:r>
          </w:p>
        </w:tc>
      </w:tr>
    </w:tbl>
    <w:p/>
    <w:p>
      <w:r>
        <w:br w:type="page"/>
      </w:r>
    </w:p>
    <w:p>
      <w:pPr>
        <w:pStyle w:val="Heading1"/>
      </w:pPr>
      <w:r>
        <w:t>Unit 7: Eating Out</w:t>
      </w:r>
    </w:p>
    <w:p>
      <w:r>
        <w:rPr>
          <w:b/>
          <w:color w:val="2E5C8A"/>
          <w:sz w:val="22"/>
        </w:rPr>
        <w:t>Food (Yiyecekler)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bread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ekmek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cereal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tahıl / gevrek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cheese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peynir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egg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yumurta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spaghetti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makarna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rice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pirinç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sausage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sosis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peas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bezelye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potato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patates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carrot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havuç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lettuce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marul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tomato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domates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meat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fish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balık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yağ (hayvansal)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oil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sıvı yağ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sugar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şeker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nuts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kuruyemiş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vegetables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sebzeler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milk products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süt ürünleri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vitamins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vitaminler</w:t>
            </w:r>
          </w:p>
        </w:tc>
      </w:tr>
    </w:tbl>
    <w:p/>
    <w:p>
      <w:r>
        <w:rPr>
          <w:b/>
          <w:color w:val="2E5C8A"/>
          <w:sz w:val="22"/>
        </w:rPr>
        <w:t>Special Food (Özel Yiyecekler)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pancake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pankek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doughnut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donut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cream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krema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maple syrup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akçaağaç şurubu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fried eggs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sahande yumurta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turkey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hindi eti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tomato sauce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domates sosu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mushrooms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mantarlar</w:t>
            </w:r>
          </w:p>
        </w:tc>
      </w:tr>
    </w:tbl>
    <w:p/>
    <w:p>
      <w:r>
        <w:rPr>
          <w:b/>
          <w:color w:val="2E5C8A"/>
          <w:sz w:val="22"/>
        </w:rPr>
        <w:t>Meals (Öğünler)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breakfast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kahvaltı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lunch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öğle yemeği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supper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 (hafif)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dinner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fridge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buzdolabı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bowl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basket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sepet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glass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bardak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bottle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şişe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parti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empty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shelf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raf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kitchen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mutfak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menu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menü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waiter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garson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order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sipariş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portion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porsiyon</w:t>
            </w:r>
          </w:p>
        </w:tc>
      </w:tr>
    </w:tbl>
    <w:p/>
    <w:p>
      <w:r>
        <w:br w:type="page"/>
      </w:r>
    </w:p>
    <w:p>
      <w:pPr>
        <w:pStyle w:val="Heading1"/>
      </w:pPr>
      <w:r>
        <w:t>Unit 8: Healthy Life</w:t>
      </w:r>
    </w:p>
    <w:p>
      <w:r>
        <w:rPr>
          <w:b/>
          <w:color w:val="2E5C8A"/>
          <w:sz w:val="22"/>
        </w:rPr>
        <w:t>Healthy Life (Sağlıklı Yaşam)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healthy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sağlıklı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unhealthy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sağlıksız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enough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yeterli / yeterince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active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aktif (hareketli)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activities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etkinlikler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body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vücut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calorie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kalori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measure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ölçmek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put on weight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kilo almak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eat / have breakfast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kahvaltı yapmak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drink water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 içmek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get / do exercise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egzersiz yapmak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get sleep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uyumak (yeterince)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ride a bike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bisiklete binmek</w:t>
            </w:r>
          </w:p>
        </w:tc>
      </w:tr>
    </w:tbl>
    <w:p/>
    <w:p>
      <w:r>
        <w:rPr>
          <w:b/>
          <w:color w:val="2E5C8A"/>
          <w:sz w:val="22"/>
        </w:rPr>
        <w:t>Main Meals (Öğünler)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breakfast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kahvaltı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lunch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öğle yemeği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supper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 (hafif)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dinner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akşam yemeği</w:t>
            </w:r>
          </w:p>
        </w:tc>
      </w:tr>
    </w:tbl>
    <w:p/>
    <w:p>
      <w:r>
        <w:rPr>
          <w:b/>
          <w:color w:val="2E5C8A"/>
          <w:sz w:val="22"/>
        </w:rPr>
        <w:t>Games and Sports (Oyun ve Spor)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football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futbol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horse-riding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binicilik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cycling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bisiklet (spor olarak)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table tennis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masa tenisi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darts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dart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tennis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tenis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sailing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yelken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ice-skating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buz pateni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skiing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kayak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jogging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koşu (yavaş tempo)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aerobics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aerobik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volleyball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voleybol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swimming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yüzme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rowing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kürek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hockey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hokey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race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yarış</w:t>
            </w:r>
          </w:p>
        </w:tc>
      </w:tr>
    </w:tbl>
    <w:p/>
    <w:p>
      <w:r>
        <w:rPr>
          <w:b/>
          <w:color w:val="2E5C8A"/>
          <w:sz w:val="22"/>
        </w:rPr>
        <w:t>Irregular Verbs (Düzensiz Fiiller - V1/V2)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 / went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gitmek / gitti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see / saw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görmek / gördü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eat / ate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yemek / yedi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have / had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sahip olmak / yaptı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get / got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almak / aldı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come / came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gelmek / geldi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do / did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yapmak / yaptı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drink / drank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içmek / içti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drive / drove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sürmek / sürdü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feel / felt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hissetmek / hissetti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make / made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yapmak / yaptı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ride / rode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binmek / bindi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sleep / slept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uyumak / uyudu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think / thought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düşünmek / düşündü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wake up / woke up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uyanmak / uyandı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 / was-were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olmak / idi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junk food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abur cubur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fit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formda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lazy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tembel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energetic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enerjik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habit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alışkanlık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fruit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meyve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vegetables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sebzeler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gym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spor salonu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park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team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takım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player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oyuncu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kazanmak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lose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kaybetmek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yesterday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dün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last week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geçen hafta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last year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geçen yıl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two days ago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iki gün önce</w:t>
            </w:r>
          </w:p>
        </w:tc>
      </w:tr>
    </w:tbl>
    <w:p/>
    <w:p>
      <w:r>
        <w:br w:type="page"/>
      </w:r>
    </w:p>
    <w:p>
      <w:pPr>
        <w:pStyle w:val="Heading1"/>
      </w:pPr>
      <w:r>
        <w:t>Unit 9: Places to Visit</w:t>
      </w:r>
    </w:p>
    <w:p>
      <w:r>
        <w:rPr>
          <w:b/>
          <w:color w:val="2E5C8A"/>
          <w:sz w:val="22"/>
        </w:rPr>
        <w:t>Places (Mekânlar)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theatre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tiyatro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circus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sirk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zoo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hayvanat bahçesi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library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kütüphane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museum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müze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city-center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şehir merkezi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city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şehir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town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kasaba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village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köy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country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ülke / kırsal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beach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plaj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university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üniversite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aquarium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deniz akvaryumu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art gallery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sanat galerisi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concert hall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konser salonu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dairy farm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süt çiftliği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national park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millî park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school trip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okul gezisi</w:t>
            </w:r>
          </w:p>
        </w:tc>
      </w:tr>
    </w:tbl>
    <w:p/>
    <w:p>
      <w:r>
        <w:rPr>
          <w:b/>
          <w:color w:val="2E5C8A"/>
          <w:sz w:val="22"/>
        </w:rPr>
        <w:t>Verbs (Fiiller - Past Simple)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go / went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gitmek / gitti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see / saw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görmek / gördü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eat / ate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yemek / yedi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have / had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yapmak / yaptı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 / was-were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olmak / idi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get / got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almak / aldı</w:t>
            </w:r>
          </w:p>
        </w:tc>
      </w:tr>
    </w:tbl>
    <w:p/>
    <w:p>
      <w:r>
        <w:rPr>
          <w:b/>
          <w:color w:val="2E5C8A"/>
          <w:sz w:val="22"/>
        </w:rPr>
        <w:t>Art Adjectives (Sanat Sıfatları)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painting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tablo / resim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beautiful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güzel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boring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sıkıcı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colourful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renkli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funny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komik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interesting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ilginç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scary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korkutucu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strange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garip / tuhaf</w:t>
            </w:r>
          </w:p>
        </w:tc>
      </w:tr>
    </w:tbl>
    <w:p/>
    <w:p>
      <w:r>
        <w:rPr>
          <w:b/>
          <w:color w:val="2E5C8A"/>
          <w:sz w:val="22"/>
        </w:rPr>
        <w:t>Linkers (Bağlaçlar)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but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ama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or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veya</w:t>
            </w:r>
          </w:p>
        </w:tc>
      </w:tr>
    </w:tbl>
    <w:p/>
    <w:p>
      <w:r>
        <w:rPr>
          <w:b/>
          <w:color w:val="2E5C8A"/>
          <w:sz w:val="22"/>
        </w:rPr>
        <w:t>Countries and Nationalities (Ülkeler ve Milliyetler)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North Cyprus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Turkish Cypriot (Kıbrıslı Türk)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Turkey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Turkish (Türk)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England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English (İngiliz)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France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French (Fransız)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Spain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Spanish (İspanyol)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Italy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Italian (İtalyan)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USA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American (Amerikalı)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Greece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Greek (Yunan)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China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Chinese (Çinli)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Germany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German (Alman)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Japan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Japanese (Japon)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Russia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Russian (Rus)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The Netherlands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Dutch (Hollandalı)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Vietnam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Vietnamese (Vietnamlı)</w:t>
            </w:r>
          </w:p>
        </w:tc>
      </w:tr>
    </w:tbl>
    <w:p/>
    <w:p>
      <w:r>
        <w:rPr>
          <w:b/>
          <w:color w:val="2E5C8A"/>
          <w:sz w:val="22"/>
        </w:rPr>
        <w:t>Extra Vocabulary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English</w:t>
            </w:r>
          </w:p>
        </w:tc>
        <w:tc>
          <w:tcPr>
            <w:tcW w:type="dxa" w:w="3402"/>
            <w:shd w:fill="2E5C8A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b/>
                <w:color w:val="FFFFFF"/>
                <w:sz w:val="20"/>
              </w:rPr>
              <w:t>Türkçe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holiday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tatil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summer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yaz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winter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kış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souvenir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hediyelik eşya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crowded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kalabalık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amazing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harika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laugh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gülmek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fall asleep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uyuyakalmak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borrow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ödünç almak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loud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yüksek sesli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clown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palyaço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lion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aslan</w:t>
            </w:r>
          </w:p>
        </w:tc>
      </w:tr>
      <w:tr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sandcastle</w:t>
            </w:r>
          </w:p>
        </w:tc>
        <w:tc>
          <w:tcPr>
            <w:tcW w:type="dxa" w:w="340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kumdan kale</w:t>
            </w:r>
          </w:p>
        </w:tc>
      </w:tr>
      <w:tr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picnic</w:t>
            </w:r>
          </w:p>
        </w:tc>
        <w:tc>
          <w:tcPr>
            <w:tcW w:type="dxa" w:w="3402"/>
            <w:shd w:fill="F0F4F8" w:val="clea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r>
              <w:rPr>
                <w:sz w:val="20"/>
              </w:rPr>
              <w:t>piknik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