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KKTC İlkokul İngilizce — 5. Sınıf Yıllık Müfredat</w:t>
      </w:r>
    </w:p>
    <w:p>
      <w:pPr>
        <w:jc w:val="center"/>
      </w:pPr>
      <w:r>
        <w:rPr>
          <w:i/>
          <w:sz w:val="22"/>
        </w:rPr>
        <w:t>2026-2027 · Seviye A1-A2 · 39 öğretim haftası · 9 ünite</w:t>
      </w:r>
    </w:p>
    <w:p>
      <w:pPr>
        <w:jc w:val="center"/>
      </w:pPr>
      <w:r>
        <w:rPr>
          <w:color w:val="777777"/>
          <w:sz w:val="18"/>
        </w:rPr>
        <w:t>Kaynak: KKTC MEB Temel Eğitim İngilizce Dersi Öğretim Programı</w:t>
      </w:r>
    </w:p>
    <w:p>
      <w:pPr>
        <w:spacing w:before="280" w:after="80"/>
      </w:pPr>
      <w:r>
        <w:rPr>
          <w:b/>
          <w:color w:val="E07856"/>
          <w:sz w:val="28"/>
        </w:rPr>
        <w:t>Eğitim Yılı Takvimi</w:t>
      </w:r>
    </w:p>
    <w:p>
      <w:r>
        <w:rPr>
          <w:b w:val="0"/>
          <w:i w:val="0"/>
          <w:sz w:val="21"/>
        </w:rPr>
        <w:t>Dönem 1: 15 Eylül – 19 Aralık 2026 (14 hafta)</w:t>
      </w:r>
    </w:p>
    <w:p>
      <w:r>
        <w:rPr>
          <w:b w:val="0"/>
          <w:i w:val="0"/>
          <w:sz w:val="21"/>
        </w:rPr>
        <w:t>Tatil: 21 Aralık 2026 – 4 Ocak 2027 (2 hafta)</w:t>
      </w:r>
    </w:p>
    <w:p>
      <w:r>
        <w:rPr>
          <w:b w:val="0"/>
          <w:i w:val="0"/>
          <w:sz w:val="21"/>
        </w:rPr>
        <w:t>Dönem 2: 5 Ocak – 26 Haziran 2027 (25 hafta)</w:t>
      </w:r>
    </w:p>
    <w:p>
      <w:r>
        <w:rPr>
          <w:b w:val="0"/>
          <w:i w:val="0"/>
          <w:sz w:val="21"/>
        </w:rPr>
        <w:t>Resmî tatiller (o hafta 4 gün eğitim): 29 Ekim 2026 (Per) · 23 Nisan 2027 (Cum) · 19 Mayıs 2027 (Çar)</w:t>
      </w:r>
    </w:p>
    <w:p>
      <w:r>
        <w:rPr>
          <w:b w:val="0"/>
          <w:i w:val="0"/>
          <w:sz w:val="21"/>
        </w:rPr>
        <w:t>Sınavlar: Quiz 1 (Unit 1-2) · Quiz 2 (Unit 3-4) · Dönem Sonu (Unit 1-4) · Quiz 3 (Unit 5-7) · Quiz 4 (Unit 7-9) · Yıl Sonu (Unit 1-9)</w:t>
      </w:r>
    </w:p>
    <w:p>
      <w:pPr>
        <w:spacing w:before="280" w:after="80"/>
      </w:pPr>
      <w:r>
        <w:rPr>
          <w:b/>
          <w:color w:val="E07856"/>
          <w:sz w:val="28"/>
        </w:rPr>
        <w:t>Yıllık Plan — Haftalık Dağılım (39 Hafta)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04"/>
        <w:gridCol w:w="2504"/>
        <w:gridCol w:w="2504"/>
        <w:gridCol w:w="2504"/>
        <w:gridCol w:w="2504"/>
        <w:gridCol w:w="2504"/>
      </w:tblGrid>
      <w:tr>
        <w:trPr>
          <w:tblHeader w:val="true"/>
        </w:trPr>
        <w:tc>
          <w:tcPr>
            <w:tcW w:type="dxa" w:w="510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Hf</w:t>
            </w:r>
          </w:p>
        </w:tc>
        <w:tc>
          <w:tcPr>
            <w:tcW w:type="dxa" w:w="1247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Tarih</w:t>
            </w:r>
          </w:p>
        </w:tc>
        <w:tc>
          <w:tcPr>
            <w:tcW w:type="dxa" w:w="1474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Ünite</w:t>
            </w:r>
          </w:p>
        </w:tc>
        <w:tc>
          <w:tcPr>
            <w:tcW w:type="dxa" w:w="1701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Konu</w:t>
            </w:r>
          </w:p>
        </w:tc>
        <w:tc>
          <w:tcPr>
            <w:tcW w:type="dxa" w:w="6463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Grammar / Odak</w:t>
            </w:r>
          </w:p>
        </w:tc>
        <w:tc>
          <w:tcPr>
            <w:tcW w:type="dxa" w:w="3628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Kelime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15-19 Eyl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My Day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Present Simple (to be), object pronouns, before/after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Daily routines, times, body parts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22-26 Eyl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My Day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“I wake up at 7 o'clock.” / “She helps me.”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Times, body parts (detaylı)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29 Eyl-3 Eki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My Day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Pekiştirme: robot projesi, “Keep it Clean” posteri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Tüm Unit 1 kelimeleri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06-10 Eki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2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People and Jobs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Present Simple (tüm formlar), prepositions of place (at/in/on), have to/has to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Jobs, places, family members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13-17 Eki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2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People and Jobs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“She is a doctor. She works at a hospital.”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Jobs (30+), places (20+)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20-24 Eki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2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People and Jobs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“He has to wear a uniform.” / family tree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Workplace, pocket money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7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27-31 Eki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Quiz 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Unit 1-2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Quiz + geri bildirim  ⚠️ 29 Ekim tatili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03-07 Kas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Works at Home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Adverbs of frequency, Wh-questions (What/When/Whose), have to/has to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Chores, furniture, days of week, money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9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10-14 Kas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Works at Home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“I always make my bed.” / “What do you do on Monday?”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always, usually, often, sometimes, never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17-21 Kas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Works at Home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Pekiştirme: “Chores Chart”, furniture etiketleme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Tüm chores + furniture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11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24-28 Kas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Amazing Animals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Can/can't (ability), Wh-questions (Who/What/Which/How/Why/Where), because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Animals (40+), habitats, numbers 1-1000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01-05 Ara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Amazing Animals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“Cheetahs can run fast.” / “Why do snakes shed their skin?”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desert, forest, jungle, ocean, river, lake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13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08-12 Ara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Amazing Animals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Physical complaints: headache, tummy ache, toothache, cut, cough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Illness vocabulary, because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14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15-19 Ara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Quiz 2 + Dönem Sonu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Unit 1-4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Quiz 2 + Dönem 1 sınavı (Unit 1-4)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05-09 Oca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5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Weather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Past Simple (was/were), comparatives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Months, seasons, clothes, compass points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16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12-16 Oca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5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Weather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“It was sunny yesterday.” / “Today is colder than yesterday.”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Weather words, flora/fauna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17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19-23 Oca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5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Weather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“What did you wear in winter?” / pekiştirme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Tüm weather + clothes + seasons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18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26-30 Oca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6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Our Senses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How does it taste/smell/look/feel?, like + Noun/Gerund, linkers (and/but/or)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Senses verbs, food, adjectives, prices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19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02-06 Şub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6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Our Senses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“It tastes sweet.” / “I like swimming but I don't like running.”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delicious, awful, horrible, lovely, sweet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09-13 Şub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6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Our Senses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Tenses for likes/dislikes, telling prices, pekiştirme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Food (30+), adjectives (15+)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21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16-20 Şub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7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Eating Out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There is/are, some/any/a lot of, countable/uncountable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Food quantities, main meals, menus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22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23-27 Şub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7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Eating Out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“Is there any rice?” / “There are a lot of tomatoes.”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bread, cereal, cheese, egg, spaghetti, rice, meat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23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09-13 Mar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Quiz 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Unit 5-7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Quiz 3 (Unit 5-7) + geri bildirim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24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16-20 Mar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7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Eating Out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“How much is it?” / restoran diyalogları, pekiştirme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Menu, quantities, prices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23-27 Mar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8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Healthy Life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Past Simple (was/were), enough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Healthy/unhealthy, main meals, games &amp; sports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26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30 Mar-3 Nis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8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Healthy Life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“I was tired yesterday.” / “I don't get enough sleep.”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calorie, exercise, breakfast, habits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27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06-10 Nis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8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Healthy Life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Sports vocabulary, pekiştirme: “Healthy Living Wheel”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football, cycling, tennis, swimming, jogging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28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13-17 Nis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9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Places to Visit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Past Simple (regular &amp; irregular: went/saw/ate/had/was/got), linkers (and/but/or)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Places, art vocabulary, countries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29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20-24 Nis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Unit 9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Places to Visit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“We went to the museum.” / “I saw a painting.”  ⚠️ 23 Nisan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theatre, circus, zoo, library, museum, gallery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27 Nis-1 May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Quiz 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Unit 7-9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Quiz 4 (Unit 7-9) + geri bildirim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31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04-08 May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Review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Unit 1-4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Dönem 1 tekrarı (My Day, People &amp; Jobs, Works at Home, Animals)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32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11-15 May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Review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Unit 5-9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Dönem 2 tekrarı (Weather, Senses, Eating Out, Healthy Life, Places)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33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18-22 May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Review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Tüm üniteler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Sınav hazırlığı: tüm grammar + vocabulary  ⚠️ 19 Mayıs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34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25-29 May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Yıl Sonu Sınavı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Unit 1-9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Yıl sonu sınavı (dört beceri)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35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01-05 Haz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Portfolio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Portfolio sunumları + “My English Book”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36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08-12 Haz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Portfolio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İngilizce oyunları, şarkılar, drama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37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15-19 Haz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Wrap-up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Yıl sonu etkinlikleri, sınıf partisi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38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22-26 Haz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Wrap-up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Son hafta: oyun günü, sertifika dağıtımı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sz w:val="19"/>
              </w:rPr>
              <w:t>39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29 Haz-3 Tem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Wrap-up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6463"/>
          </w:tcPr>
          <w:p>
            <w:r/>
            <w:r>
              <w:rPr>
                <w:sz w:val="19"/>
              </w:rPr>
              <w:t>Buffer / makeup günleri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—</w:t>
            </w:r>
          </w:p>
        </w:tc>
      </w:tr>
    </w:tbl>
    <w:p>
      <w:pPr>
        <w:spacing w:before="40" w:after="80"/>
      </w:pPr>
      <w:r>
        <w:rPr>
          <w:b/>
          <w:color w:val="E07856"/>
          <w:sz w:val="28"/>
        </w:rPr>
        <w:t>Ünite Detayları — Grammar ve Kelime (Unit 1-9)</w:t>
      </w:r>
    </w:p>
    <w:p>
      <w:r>
        <w:rPr>
          <w:b w:val="0"/>
          <w:i/>
          <w:sz w:val="19"/>
        </w:rPr>
        <w:t>Aşağıdaki içerik, KGS 5. sınıf müfredat dokümanından ünite ünite derlenmiştir.</w:t>
      </w:r>
    </w:p>
    <w:p>
      <w:pPr>
        <w:spacing w:before="240" w:after="40"/>
      </w:pPr>
      <w:r>
        <w:rPr>
          <w:b/>
          <w:color w:val="333333"/>
          <w:sz w:val="26"/>
        </w:rPr>
        <w:t>Unit 1 — My Day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Present Simple — to be (am/is/are): olumlu, olumsuz, soru, kısa cevap</w:t>
      </w:r>
    </w:p>
    <w:p>
      <w:pPr>
        <w:pStyle w:val="ListBullet"/>
        <w:spacing w:after="20"/>
      </w:pPr>
      <w:r>
        <w:rPr>
          <w:sz w:val="20"/>
        </w:rPr>
        <w:t>Object pronouns: me, you, him, her, it, us, them (fiilden/edattan sonra)</w:t>
      </w:r>
    </w:p>
    <w:p>
      <w:pPr>
        <w:pStyle w:val="ListBullet"/>
        <w:spacing w:after="20"/>
      </w:pPr>
      <w:r>
        <w:rPr>
          <w:sz w:val="20"/>
        </w:rPr>
        <w:t>Prepositions of time: at (saat), on (gün), in (ay/mevsim/yıl)</w:t>
      </w:r>
    </w:p>
    <w:p>
      <w:pPr>
        <w:pStyle w:val="ListBullet"/>
        <w:spacing w:after="20"/>
      </w:pPr>
      <w:r>
        <w:rPr>
          <w:sz w:val="20"/>
        </w:rPr>
        <w:t>Before / After: “I brush my teeth before school.” / “... after dinner.”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Daily routines: wake up, get up, brush teeth, wash face, have breakfast, go to school, have lunch, do homework, go to bed</w:t>
      </w:r>
    </w:p>
    <w:p>
      <w:pPr>
        <w:pStyle w:val="ListBullet"/>
        <w:spacing w:after="20"/>
      </w:pPr>
      <w:r>
        <w:rPr>
          <w:sz w:val="20"/>
        </w:rPr>
        <w:t>Times: o'clock, half past, quarter past, quarter to, a.m., p.m.</w:t>
      </w:r>
    </w:p>
    <w:p>
      <w:pPr>
        <w:pStyle w:val="ListBullet"/>
        <w:spacing w:after="20"/>
      </w:pPr>
      <w:r>
        <w:rPr>
          <w:sz w:val="20"/>
        </w:rPr>
        <w:t>Body parts: head, hair, face, eyes, ears, nose, mouth, teeth, arms, hands, legs, feet, shoulders, knees</w:t>
      </w:r>
    </w:p>
    <w:p>
      <w:pPr>
        <w:spacing w:before="240" w:after="40"/>
      </w:pPr>
      <w:r>
        <w:rPr>
          <w:b/>
          <w:color w:val="333333"/>
          <w:sz w:val="26"/>
        </w:rPr>
        <w:t>Unit 2 — People and Jobs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Present Simple — full verbs: olumlu (he/she/it + s), olumsuz (don't/doesn't + V1), soru (Do/Does + özne + V1)</w:t>
      </w:r>
    </w:p>
    <w:p>
      <w:pPr>
        <w:pStyle w:val="ListBullet"/>
        <w:spacing w:after="20"/>
      </w:pPr>
      <w:r>
        <w:rPr>
          <w:sz w:val="20"/>
        </w:rPr>
        <w:t>Prepositions of place: at (spesifik nokta), in (içinde), on (yüzeyde)</w:t>
      </w:r>
    </w:p>
    <w:p>
      <w:pPr>
        <w:pStyle w:val="ListBullet"/>
        <w:spacing w:after="20"/>
      </w:pPr>
      <w:r>
        <w:rPr>
          <w:sz w:val="20"/>
        </w:rPr>
        <w:t>Have to / Has to (zorunluluk): have to + V1 / has to + V1; don't/doesn't have to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Jobs: teacher, doctor, nurse, police officer, firefighter, engineer, chef, pilot, dentist, mechanic, vet, farmer</w:t>
      </w:r>
    </w:p>
    <w:p>
      <w:pPr>
        <w:pStyle w:val="ListBullet"/>
        <w:spacing w:after="20"/>
      </w:pPr>
      <w:r>
        <w:rPr>
          <w:sz w:val="20"/>
        </w:rPr>
        <w:t>Places: school, hospital, police station, fire station, restaurant, airport, farm, office, factory, garage</w:t>
      </w:r>
    </w:p>
    <w:p>
      <w:pPr>
        <w:pStyle w:val="ListBullet"/>
        <w:spacing w:after="20"/>
      </w:pPr>
      <w:r>
        <w:rPr>
          <w:sz w:val="20"/>
        </w:rPr>
        <w:t>Family members: father, mother, brother, sister, grandfather, grandmother, uncle, aunt, cousin, nephew, niece</w:t>
      </w:r>
    </w:p>
    <w:p>
      <w:pPr>
        <w:spacing w:before="240" w:after="40"/>
      </w:pPr>
      <w:r>
        <w:rPr>
          <w:b/>
          <w:color w:val="333333"/>
          <w:sz w:val="26"/>
        </w:rPr>
        <w:t>Unit 3 — Works at Home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Adverbs of frequency: always, usually, sometimes, rarely, never</w:t>
      </w:r>
    </w:p>
    <w:p>
      <w:pPr>
        <w:pStyle w:val="ListBullet"/>
        <w:spacing w:after="20"/>
      </w:pPr>
      <w:r>
        <w:rPr>
          <w:sz w:val="20"/>
        </w:rPr>
        <w:t>Adjective + noun combinations: a big house, a red car, an interesting book</w:t>
      </w:r>
    </w:p>
    <w:p>
      <w:pPr>
        <w:pStyle w:val="ListBullet"/>
        <w:spacing w:after="20"/>
      </w:pPr>
      <w:r>
        <w:rPr>
          <w:sz w:val="20"/>
        </w:rPr>
        <w:t>Wh-questions: What? When? Whose?</w:t>
      </w:r>
    </w:p>
    <w:p>
      <w:pPr>
        <w:pStyle w:val="ListBullet"/>
        <w:spacing w:after="20"/>
      </w:pPr>
      <w:r>
        <w:rPr>
          <w:sz w:val="20"/>
        </w:rPr>
        <w:t>Have to / Has to (zorunluluk) — pekiştirme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Chores: wash the dishes, make the bed, tidy the room, vacuum, iron, sweep</w:t>
      </w:r>
    </w:p>
    <w:p>
      <w:pPr>
        <w:pStyle w:val="ListBullet"/>
        <w:spacing w:after="20"/>
      </w:pPr>
      <w:r>
        <w:rPr>
          <w:sz w:val="20"/>
        </w:rPr>
        <w:t>Furniture: table, chair, sofa, bed, wardrobe, bookshelf, desk, lamp</w:t>
      </w:r>
    </w:p>
    <w:p>
      <w:pPr>
        <w:pStyle w:val="ListBullet"/>
        <w:spacing w:after="20"/>
      </w:pPr>
      <w:r>
        <w:rPr>
          <w:sz w:val="20"/>
        </w:rPr>
        <w:t>Days of week: Monday–Sunday</w:t>
      </w:r>
    </w:p>
    <w:p>
      <w:pPr>
        <w:pStyle w:val="ListBullet"/>
        <w:spacing w:after="20"/>
      </w:pPr>
      <w:r>
        <w:rPr>
          <w:sz w:val="20"/>
        </w:rPr>
        <w:t>Money: coin, note, pay, cost, change, price, expensive, cheap</w:t>
      </w:r>
    </w:p>
    <w:p>
      <w:pPr>
        <w:spacing w:before="240" w:after="40"/>
      </w:pPr>
      <w:r>
        <w:rPr>
          <w:b/>
          <w:color w:val="333333"/>
          <w:sz w:val="26"/>
        </w:rPr>
        <w:t>Unit 4 — Amazing Animals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Can / Can't (yetenek): can + V1 (“He can dance” — can'den sonra -s/-ing gelmez)</w:t>
      </w:r>
    </w:p>
    <w:p>
      <w:pPr>
        <w:pStyle w:val="ListBullet"/>
        <w:spacing w:after="20"/>
      </w:pPr>
      <w:r>
        <w:rPr>
          <w:sz w:val="20"/>
        </w:rPr>
        <w:t>Wh-questions: Who? What? Which? How? Why? Where?</w:t>
      </w:r>
    </w:p>
    <w:p>
      <w:pPr>
        <w:pStyle w:val="ListBullet"/>
        <w:spacing w:after="20"/>
      </w:pPr>
      <w:r>
        <w:rPr>
          <w:sz w:val="20"/>
        </w:rPr>
        <w:t>Common &amp; irregular nouns: book→books; man→men, woman→women, child→children, foot→feet, tooth→teeth, mouse→mice</w:t>
      </w:r>
    </w:p>
    <w:p>
      <w:pPr>
        <w:pStyle w:val="ListBullet"/>
        <w:spacing w:after="20"/>
      </w:pPr>
      <w:r>
        <w:rPr>
          <w:sz w:val="20"/>
        </w:rPr>
        <w:t>Linker: because (“I am happy because it's my birthday.”)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Animals: lion, tiger, elephant, monkey, snake, bird, fish, bear, rabbit</w:t>
      </w:r>
    </w:p>
    <w:p>
      <w:pPr>
        <w:pStyle w:val="ListBullet"/>
        <w:spacing w:after="20"/>
      </w:pPr>
      <w:r>
        <w:rPr>
          <w:sz w:val="20"/>
        </w:rPr>
        <w:t>Habitats: forest, desert, ocean, mountain, jungle, river, polar region</w:t>
      </w:r>
    </w:p>
    <w:p>
      <w:pPr>
        <w:pStyle w:val="ListBullet"/>
        <w:spacing w:after="20"/>
      </w:pPr>
      <w:r>
        <w:rPr>
          <w:sz w:val="20"/>
        </w:rPr>
        <w:t>Landmarks: Eiffel Tower, Big Ben, Statue of Liberty, Pyramids, Colosseum</w:t>
      </w:r>
    </w:p>
    <w:p>
      <w:pPr>
        <w:pStyle w:val="ListBullet"/>
        <w:spacing w:after="20"/>
      </w:pPr>
      <w:r>
        <w:rPr>
          <w:sz w:val="20"/>
        </w:rPr>
        <w:t>Numbers 1-1000: one ... one hundred, five hundred, one thousand</w:t>
      </w:r>
    </w:p>
    <w:p>
      <w:pPr>
        <w:spacing w:before="240" w:after="40"/>
      </w:pPr>
      <w:r>
        <w:rPr>
          <w:b/>
          <w:color w:val="333333"/>
          <w:sz w:val="26"/>
        </w:rPr>
        <w:t>Unit 5 — Weather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Past Simple — to be (was/were): olumlu, olumsuz (wasn't/weren't), soru, kısa cevap</w:t>
      </w:r>
    </w:p>
    <w:p>
      <w:pPr>
        <w:pStyle w:val="ListBullet"/>
        <w:spacing w:after="20"/>
      </w:pPr>
      <w:r>
        <w:rPr>
          <w:sz w:val="20"/>
        </w:rPr>
        <w:t>Comparatives: tall→taller, big→bigger, hot→hotter; beautiful→more beautiful; good→better, bad→worse; ... than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Months: January–December</w:t>
      </w:r>
    </w:p>
    <w:p>
      <w:pPr>
        <w:pStyle w:val="ListBullet"/>
        <w:spacing w:after="20"/>
      </w:pPr>
      <w:r>
        <w:rPr>
          <w:sz w:val="20"/>
        </w:rPr>
        <w:t>Seasons: spring, summer, autumn (fall), winter</w:t>
      </w:r>
    </w:p>
    <w:p>
      <w:pPr>
        <w:pStyle w:val="ListBullet"/>
        <w:spacing w:after="20"/>
      </w:pPr>
      <w:r>
        <w:rPr>
          <w:sz w:val="20"/>
        </w:rPr>
        <w:t>Clothes: shirt, trousers, dress, skirt, jacket, coat, hat, shoes, socks, gloves, scarf</w:t>
      </w:r>
    </w:p>
    <w:p>
      <w:pPr>
        <w:pStyle w:val="ListBullet"/>
        <w:spacing w:after="20"/>
      </w:pPr>
      <w:r>
        <w:rPr>
          <w:sz w:val="20"/>
        </w:rPr>
        <w:t>Points of the compass: north, south, east, west, northeast, northwest, southeast, southwest</w:t>
      </w:r>
    </w:p>
    <w:p>
      <w:pPr>
        <w:pStyle w:val="ListBullet"/>
        <w:spacing w:after="20"/>
      </w:pPr>
      <w:r>
        <w:rPr>
          <w:sz w:val="20"/>
        </w:rPr>
        <w:t>Weather: sunny, rainy, cloudy, snowy, windy, stormy, foggy, hot, cold, warm</w:t>
      </w:r>
    </w:p>
    <w:p>
      <w:pPr>
        <w:spacing w:before="240" w:after="40"/>
      </w:pPr>
      <w:r>
        <w:rPr>
          <w:b/>
          <w:color w:val="333333"/>
          <w:sz w:val="26"/>
        </w:rPr>
        <w:t>Unit 6 — Our Senses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How does it taste/smell/look/feel? — It tastes sweet. / It looks beautiful.</w:t>
      </w:r>
    </w:p>
    <w:p>
      <w:pPr>
        <w:pStyle w:val="ListBullet"/>
        <w:spacing w:after="20"/>
      </w:pPr>
      <w:r>
        <w:rPr>
          <w:sz w:val="20"/>
        </w:rPr>
        <w:t>Adjectives of state: hungry, thirsty, tired, cold, sad, happy</w:t>
      </w:r>
    </w:p>
    <w:p>
      <w:pPr>
        <w:pStyle w:val="ListBullet"/>
        <w:spacing w:after="20"/>
      </w:pPr>
      <w:r>
        <w:rPr>
          <w:sz w:val="20"/>
        </w:rPr>
        <w:t>Like + Noun / Gerund: I like pizza. / I like swimming. (like + to + V1 de doğru)</w:t>
      </w:r>
    </w:p>
    <w:p>
      <w:pPr>
        <w:pStyle w:val="ListBullet"/>
        <w:spacing w:after="20"/>
      </w:pPr>
      <w:r>
        <w:rPr>
          <w:sz w:val="20"/>
        </w:rPr>
        <w:t>Linkers: and, but, or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Senses (verbs): taste, smell, look, feel, sound, hear, see</w:t>
      </w:r>
    </w:p>
    <w:p>
      <w:pPr>
        <w:pStyle w:val="ListBullet"/>
        <w:spacing w:after="20"/>
      </w:pPr>
      <w:r>
        <w:rPr>
          <w:sz w:val="20"/>
        </w:rPr>
        <w:t>Food: bread, cheese, rice, pasta, meat, chicken, fish, egg, soup</w:t>
      </w:r>
    </w:p>
    <w:p>
      <w:pPr>
        <w:pStyle w:val="ListBullet"/>
        <w:spacing w:after="20"/>
      </w:pPr>
      <w:r>
        <w:rPr>
          <w:sz w:val="20"/>
        </w:rPr>
        <w:t>Vegetables: tomato, potato, carrot, onion, pepper, lettuce, cucumber</w:t>
      </w:r>
    </w:p>
    <w:p>
      <w:pPr>
        <w:pStyle w:val="ListBullet"/>
        <w:spacing w:after="20"/>
      </w:pPr>
      <w:r>
        <w:rPr>
          <w:sz w:val="20"/>
        </w:rPr>
        <w:t>Drinks: water, milk, juice, tea, coffee, lemonade</w:t>
      </w:r>
    </w:p>
    <w:p>
      <w:pPr>
        <w:pStyle w:val="ListBullet"/>
        <w:spacing w:after="20"/>
      </w:pPr>
      <w:r>
        <w:rPr>
          <w:sz w:val="20"/>
        </w:rPr>
        <w:t>State (adjectives): hungry, thirsty, tired, cold, sad, happy, angry, bored</w:t>
      </w:r>
    </w:p>
    <w:p>
      <w:pPr>
        <w:pStyle w:val="ListBullet"/>
        <w:spacing w:after="20"/>
      </w:pPr>
      <w:r>
        <w:rPr>
          <w:sz w:val="20"/>
        </w:rPr>
        <w:t>Telling prices: cost, pay, add</w:t>
      </w:r>
    </w:p>
    <w:p>
      <w:pPr>
        <w:spacing w:before="240" w:after="40"/>
      </w:pPr>
      <w:r>
        <w:rPr>
          <w:b/>
          <w:color w:val="333333"/>
          <w:sz w:val="26"/>
        </w:rPr>
        <w:t>Unit 7 — Eating Out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Expressing quantity: How much (uncountable) / How many (countable)</w:t>
      </w:r>
    </w:p>
    <w:p>
      <w:pPr>
        <w:pStyle w:val="ListBullet"/>
        <w:spacing w:after="20"/>
      </w:pPr>
      <w:r>
        <w:rPr>
          <w:sz w:val="20"/>
        </w:rPr>
        <w:t>There is / There are: tekil/çoğul; soru (Is there...? / Are there...?); olumsuz (isn't/aren't)</w:t>
      </w:r>
    </w:p>
    <w:p>
      <w:pPr>
        <w:pStyle w:val="ListBullet"/>
        <w:spacing w:after="20"/>
      </w:pPr>
      <w:r>
        <w:rPr>
          <w:sz w:val="20"/>
        </w:rPr>
        <w:t>Some / any / a lot of: some (olumlu), any (olumsuz/soru), a lot of (her ikisi)</w:t>
      </w:r>
    </w:p>
    <w:p>
      <w:pPr>
        <w:pStyle w:val="ListBullet"/>
        <w:spacing w:after="20"/>
      </w:pPr>
      <w:r>
        <w:rPr>
          <w:sz w:val="20"/>
        </w:rPr>
        <w:t>Countable &amp; uncountable nouns: apple/book vs. water/milk/bread/rice/money/music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Food: bread, cheese, rice, pasta, meat, chicken, fish, soup, salad, sandwich</w:t>
      </w:r>
    </w:p>
    <w:p>
      <w:pPr>
        <w:pStyle w:val="ListBullet"/>
        <w:spacing w:after="20"/>
      </w:pPr>
      <w:r>
        <w:rPr>
          <w:sz w:val="20"/>
        </w:rPr>
        <w:t>Main meals: breakfast, lunch, dinner, supper, snack, dessert</w:t>
      </w:r>
    </w:p>
    <w:p>
      <w:pPr>
        <w:pStyle w:val="ListBullet"/>
        <w:spacing w:after="20"/>
      </w:pPr>
      <w:r>
        <w:rPr>
          <w:sz w:val="20"/>
        </w:rPr>
        <w:t>Quantities of food: a kilo of rice, a bottle of water, a piece of cake, a glass of milk</w:t>
      </w:r>
    </w:p>
    <w:p>
      <w:pPr>
        <w:spacing w:before="240" w:after="40"/>
      </w:pPr>
      <w:r>
        <w:rPr>
          <w:b/>
          <w:color w:val="333333"/>
          <w:sz w:val="26"/>
        </w:rPr>
        <w:t>Unit 8 — Healthy Life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Past Simple — to be (was/were): olumlu, olumsuz, soru, kısa cevap (pekiştirme)</w:t>
      </w:r>
    </w:p>
    <w:p>
      <w:pPr>
        <w:pStyle w:val="ListBullet"/>
        <w:spacing w:after="20"/>
      </w:pPr>
      <w:r>
        <w:rPr>
          <w:sz w:val="20"/>
        </w:rPr>
        <w:t>Enough: adjective + enough (“warm enough”) / enough + noun (“enough money”)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Meals: breakfast, lunch, dinner, supper</w:t>
      </w:r>
    </w:p>
    <w:p>
      <w:pPr>
        <w:pStyle w:val="ListBullet"/>
        <w:spacing w:after="20"/>
      </w:pPr>
      <w:r>
        <w:rPr>
          <w:sz w:val="20"/>
        </w:rPr>
        <w:t>Habits (verbs): brush teeth, make bed, wash face, comb hair, get dressed, have breakfast</w:t>
      </w:r>
    </w:p>
    <w:p>
      <w:pPr>
        <w:pStyle w:val="ListBullet"/>
        <w:spacing w:after="20"/>
      </w:pPr>
      <w:r>
        <w:rPr>
          <w:sz w:val="20"/>
        </w:rPr>
        <w:t>Games: chess, checkers, dominoes, cards, hide and seek, tag</w:t>
      </w:r>
    </w:p>
    <w:p>
      <w:pPr>
        <w:pStyle w:val="ListBullet"/>
        <w:spacing w:after="20"/>
      </w:pPr>
      <w:r>
        <w:rPr>
          <w:sz w:val="20"/>
        </w:rPr>
        <w:t>Sports: football, basketball, tennis, swimming, running, volleyball, cycling</w:t>
      </w:r>
    </w:p>
    <w:p>
      <w:pPr>
        <w:spacing w:before="240" w:after="40"/>
      </w:pPr>
      <w:r>
        <w:rPr>
          <w:b/>
          <w:color w:val="333333"/>
          <w:sz w:val="26"/>
        </w:rPr>
        <w:t>Unit 9 — Places to Visit</w:t>
      </w:r>
    </w:p>
    <w:p>
      <w:pPr>
        <w:spacing w:before="80" w:after="40"/>
      </w:pPr>
      <w:r>
        <w:rPr>
          <w:b/>
          <w:color w:val="E07856"/>
          <w:sz w:val="21"/>
        </w:rPr>
        <w:t>Grammar</w:t>
      </w:r>
    </w:p>
    <w:p>
      <w:pPr>
        <w:pStyle w:val="ListBullet"/>
        <w:spacing w:after="20"/>
      </w:pPr>
      <w:r>
        <w:rPr>
          <w:sz w:val="20"/>
        </w:rPr>
        <w:t>Past Simple — regular (+ed): walk→walked, play→played; stop→stopped, study→studied</w:t>
      </w:r>
    </w:p>
    <w:p>
      <w:pPr>
        <w:pStyle w:val="ListBullet"/>
        <w:spacing w:after="20"/>
      </w:pPr>
      <w:r>
        <w:rPr>
          <w:sz w:val="20"/>
        </w:rPr>
        <w:t>Past Simple — irregular: go→went, see→saw, eat→ate, have→had, be→was/were, get→got</w:t>
      </w:r>
    </w:p>
    <w:p>
      <w:pPr>
        <w:pStyle w:val="ListBullet"/>
        <w:spacing w:after="20"/>
      </w:pPr>
      <w:r>
        <w:rPr>
          <w:sz w:val="20"/>
        </w:rPr>
        <w:t>Olumsuz/soru: didn't + V1 / Did + özne + V1 (“She didn't go” — fiil yalın)</w:t>
      </w:r>
    </w:p>
    <w:p>
      <w:pPr>
        <w:pStyle w:val="ListBullet"/>
        <w:spacing w:after="20"/>
      </w:pPr>
      <w:r>
        <w:rPr>
          <w:sz w:val="20"/>
        </w:rPr>
        <w:t>Linkers: and, but, or (pekiştirme)</w:t>
      </w:r>
    </w:p>
    <w:p>
      <w:pPr>
        <w:spacing w:before="80" w:after="40"/>
      </w:pPr>
      <w:r>
        <w:rPr>
          <w:b/>
          <w:color w:val="E07856"/>
          <w:sz w:val="21"/>
        </w:rPr>
        <w:t>Lexis</w:t>
      </w:r>
    </w:p>
    <w:p>
      <w:pPr>
        <w:pStyle w:val="ListBullet"/>
        <w:spacing w:after="20"/>
      </w:pPr>
      <w:r>
        <w:rPr>
          <w:sz w:val="20"/>
        </w:rPr>
        <w:t>Places: park, museum, library, cinema, theatre, zoo, beach, market, hospital, school, restaurant</w:t>
      </w:r>
    </w:p>
    <w:p>
      <w:pPr>
        <w:pStyle w:val="ListBullet"/>
        <w:spacing w:after="20"/>
      </w:pPr>
      <w:r>
        <w:rPr>
          <w:sz w:val="20"/>
        </w:rPr>
        <w:t>Art: painting, drawing, sculpture, photograph</w:t>
      </w:r>
    </w:p>
    <w:p>
      <w:pPr>
        <w:pStyle w:val="ListBullet"/>
        <w:spacing w:after="20"/>
      </w:pPr>
      <w:r>
        <w:rPr>
          <w:sz w:val="20"/>
        </w:rPr>
        <w:t>Art adjectives: beautiful, boring, colourful, funny, interesting, scary, strange, ugly, amazing</w:t>
      </w:r>
    </w:p>
    <w:p>
      <w:r>
        <w:br w:type="page"/>
      </w:r>
    </w:p>
    <w:p>
      <w:pPr>
        <w:spacing w:before="40" w:after="80"/>
      </w:pPr>
      <w:r>
        <w:rPr>
          <w:b/>
          <w:color w:val="E07856"/>
          <w:sz w:val="28"/>
        </w:rPr>
        <w:t>Özet — Ünite / Hafta Dağılımı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rPr>
          <w:tblHeader w:val="true"/>
        </w:trPr>
        <w:tc>
          <w:tcPr>
            <w:tcW w:type="dxa" w:w="3969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Bölüm</w:t>
            </w:r>
          </w:p>
        </w:tc>
        <w:tc>
          <w:tcPr>
            <w:tcW w:type="dxa" w:w="2268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Haftalar</w:t>
            </w:r>
          </w:p>
        </w:tc>
        <w:tc>
          <w:tcPr>
            <w:tcW w:type="dxa" w:w="6803"/>
            <w:shd w:val="clear" w:fill="F7F3EC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Sınav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1 — My Day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1-3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Quiz 1 (H7, Unit 1-2)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2 — People and Jobs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4-6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3 — Works at Home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8-10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Quiz 2 + Dönem Sonu (H14, Unit 3-4)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4 — Amazing Animals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11-13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5 — Weather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15-17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Quiz 3 (H23, Unit 5-7)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6 — Our Senses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18-20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7 — Eating Out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21-22, 24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8 — Healthy Life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25-27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Quiz 4 (H30, Unit 7-9)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Unit 9 — Places to Visit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28-29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Review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31-33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Yıl Sonu Sınavı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34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Unit 1-9</w:t>
            </w:r>
          </w:p>
        </w:tc>
      </w:tr>
      <w:tr>
        <w:tc>
          <w:tcPr>
            <w:tcW w:type="dxa" w:w="3969"/>
          </w:tcPr>
          <w:p>
            <w:pPr>
              <w:jc w:val="center"/>
            </w:pPr>
            <w:r/>
            <w:r>
              <w:rPr>
                <w:sz w:val="19"/>
              </w:rPr>
              <w:t>Portfolio + Wrap-up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35-39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—</w:t>
            </w:r>
          </w:p>
        </w:tc>
      </w:tr>
    </w:tbl>
    <w:p>
      <w:pPr>
        <w:spacing w:before="240" w:after="80"/>
      </w:pPr>
      <w:r>
        <w:rPr>
          <w:b/>
          <w:color w:val="333333"/>
          <w:sz w:val="26"/>
        </w:rPr>
        <w:t>Notlar</w:t>
      </w:r>
    </w:p>
    <w:p>
      <w:pPr>
        <w:pStyle w:val="ListBullet"/>
        <w:spacing w:after="20"/>
      </w:pPr>
      <w:r>
        <w:rPr>
          <w:sz w:val="20"/>
        </w:rPr>
        <w:t>Her ünite ~3 hafta: ilk haftalar yeni içerik, son hafta pekiştirme.</w:t>
      </w:r>
    </w:p>
    <w:p>
      <w:pPr>
        <w:pStyle w:val="ListBullet"/>
        <w:spacing w:after="20"/>
      </w:pPr>
      <w:r>
        <w:rPr>
          <w:sz w:val="20"/>
        </w:rPr>
        <w:t>Quiz 1 (Unit 1-2), Quiz 2 (Unit 3-4), Quiz 3 (Unit 5-7), Quiz 4 (Unit 7-9).</w:t>
      </w:r>
    </w:p>
    <w:p>
      <w:pPr>
        <w:pStyle w:val="ListBullet"/>
        <w:spacing w:after="20"/>
      </w:pPr>
      <w:r>
        <w:rPr>
          <w:sz w:val="20"/>
        </w:rPr>
        <w:t>Dönem Sonu Sınavı: Hafta 14 (Unit 1-4) — dört beceri.</w:t>
      </w:r>
    </w:p>
    <w:p>
      <w:pPr>
        <w:pStyle w:val="ListBullet"/>
        <w:spacing w:after="20"/>
      </w:pPr>
      <w:r>
        <w:rPr>
          <w:sz w:val="20"/>
        </w:rPr>
        <w:t>Yıl Sonu Sınavı: Hafta 34 (Unit 1-9) — dört beceri.</w:t>
      </w:r>
    </w:p>
    <w:p>
      <w:pPr>
        <w:pStyle w:val="ListBullet"/>
        <w:spacing w:after="20"/>
      </w:pPr>
      <w:r>
        <w:rPr>
          <w:sz w:val="20"/>
        </w:rPr>
        <w:t>Portfolio Dossier: MEB programında her ünite için önerilir.</w:t>
      </w:r>
    </w:p>
    <w:p>
      <w:pPr>
        <w:pStyle w:val="ListBullet"/>
        <w:spacing w:after="20"/>
      </w:pPr>
      <w:r>
        <w:rPr>
          <w:sz w:val="20"/>
        </w:rPr>
        <w:t>29 Ekim, 23 Nisan, 19 Mayıs haftaları 4 gün eğitim; quiz/pekiştirme haftasına denk getirildi.</w:t>
      </w:r>
    </w:p>
    <w:p>
      <w:pPr>
        <w:spacing w:before="200"/>
      </w:pPr>
      <w:r>
        <w:rPr>
          <w:i/>
          <w:color w:val="777777"/>
          <w:sz w:val="18"/>
        </w:rPr>
        <w:t>* Kaynak: KKTC MEB Temel Eğitim İngilizce Dersi Öğretim Programı · Hazırlık: Serdarlı İlkokulu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