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5. Sinif Ingilizce — Tum Uniteler KGS Hazirlik Testi</w:t>
      </w:r>
    </w:p>
    <w:p>
      <w:pPr>
        <w:jc w:val="center"/>
      </w:pPr>
      <w:r>
        <w:rPr>
          <w:i/>
          <w:sz w:val="22"/>
        </w:rPr>
        <w:t>30 Soru • 4 Secenekli • Cevap Anahtari Sonda</w:t>
      </w:r>
    </w:p>
    <w:p/>
    <w:p>
      <w:r>
        <w:rPr>
          <w:b/>
        </w:rPr>
        <w:t>Question 1</w:t>
      </w:r>
      <w:r>
        <w:t xml:space="preserve">  Look! The cat ______ on the sofa right now.</w:t>
      </w:r>
    </w:p>
    <w:p>
      <w:pPr>
        <w:ind w:left="567"/>
      </w:pPr>
      <w:r>
        <w:t>A) sleep</w:t>
      </w:r>
    </w:p>
    <w:p>
      <w:pPr>
        <w:ind w:left="567"/>
      </w:pPr>
      <w:r>
        <w:t>B) is sleeping</w:t>
      </w:r>
    </w:p>
    <w:p>
      <w:pPr>
        <w:ind w:left="567"/>
      </w:pPr>
      <w:r>
        <w:t>C) are sleeping</w:t>
      </w:r>
    </w:p>
    <w:p>
      <w:pPr>
        <w:ind w:left="567"/>
      </w:pPr>
      <w:r>
        <w:t>D) sleeps</w:t>
      </w:r>
    </w:p>
    <w:p>
      <w:r>
        <w:rPr>
          <w:b/>
        </w:rPr>
        <w:t>Question 2</w:t>
      </w:r>
      <w:r>
        <w:t xml:space="preserve">  ______ you tired after the long walk yesterday?</w:t>
      </w:r>
    </w:p>
    <w:p>
      <w:pPr>
        <w:ind w:left="567"/>
      </w:pPr>
      <w:r>
        <w:t>A) Is</w:t>
      </w:r>
    </w:p>
    <w:p>
      <w:pPr>
        <w:ind w:left="567"/>
      </w:pPr>
      <w:r>
        <w:t>B) Are</w:t>
      </w:r>
    </w:p>
    <w:p>
      <w:pPr>
        <w:ind w:left="567"/>
      </w:pPr>
      <w:r>
        <w:t>C) Do</w:t>
      </w:r>
    </w:p>
    <w:p>
      <w:pPr>
        <w:ind w:left="567"/>
      </w:pPr>
      <w:r>
        <w:t>D) Does</w:t>
      </w:r>
    </w:p>
    <w:p>
      <w:r>
        <w:rPr>
          <w:b/>
        </w:rPr>
        <w:t>Question 3</w:t>
      </w:r>
      <w:r>
        <w:t xml:space="preserve">  My mother is a doctor. I love ______ very much.</w:t>
      </w:r>
    </w:p>
    <w:p>
      <w:pPr>
        <w:ind w:left="567"/>
      </w:pPr>
      <w:r>
        <w:t>A) her</w:t>
      </w:r>
    </w:p>
    <w:p>
      <w:pPr>
        <w:ind w:left="567"/>
      </w:pPr>
      <w:r>
        <w:t>B) herself</w:t>
      </w:r>
    </w:p>
    <w:p>
      <w:pPr>
        <w:ind w:left="567"/>
      </w:pPr>
      <w:r>
        <w:t>C) hers</w:t>
      </w:r>
    </w:p>
    <w:p>
      <w:pPr>
        <w:ind w:left="567"/>
      </w:pPr>
      <w:r>
        <w:t>D) she</w:t>
      </w:r>
    </w:p>
    <w:p>
      <w:r>
        <w:rPr>
          <w:b/>
        </w:rPr>
        <w:t>Question 4</w:t>
      </w:r>
      <w:r>
        <w:t xml:space="preserve">  ______ does the school start every morning? — At 8:30.</w:t>
      </w:r>
    </w:p>
    <w:p>
      <w:pPr>
        <w:ind w:left="567"/>
      </w:pPr>
      <w:r>
        <w:t>A) Where</w:t>
      </w:r>
    </w:p>
    <w:p>
      <w:pPr>
        <w:ind w:left="567"/>
      </w:pPr>
      <w:r>
        <w:t>B) What time</w:t>
      </w:r>
    </w:p>
    <w:p>
      <w:pPr>
        <w:ind w:left="567"/>
      </w:pPr>
      <w:r>
        <w:t>C) What</w:t>
      </w:r>
    </w:p>
    <w:p>
      <w:pPr>
        <w:ind w:left="567"/>
      </w:pPr>
      <w:r>
        <w:t>D) How many</w:t>
      </w:r>
    </w:p>
    <w:p>
      <w:r>
        <w:rPr>
          <w:b/>
        </w:rPr>
        <w:t>Question 5</w:t>
      </w:r>
      <w:r>
        <w:t xml:space="preserve">  This is Tom's bike. The bike is ______.</w:t>
      </w:r>
    </w:p>
    <w:p>
      <w:pPr>
        <w:ind w:left="567"/>
      </w:pPr>
      <w:r>
        <w:t>A) Toms</w:t>
      </w:r>
    </w:p>
    <w:p>
      <w:pPr>
        <w:ind w:left="567"/>
      </w:pPr>
      <w:r>
        <w:t>B) Toms'</w:t>
      </w:r>
    </w:p>
    <w:p>
      <w:pPr>
        <w:ind w:left="567"/>
      </w:pPr>
      <w:r>
        <w:t>C) Tom's</w:t>
      </w:r>
    </w:p>
    <w:p>
      <w:pPr>
        <w:ind w:left="567"/>
      </w:pPr>
      <w:r>
        <w:t>D) Tom</w:t>
      </w:r>
    </w:p>
    <w:p>
      <w:r>
        <w:rPr>
          <w:b/>
        </w:rPr>
        <w:t>Question 6</w:t>
      </w:r>
      <w:r>
        <w:t xml:space="preserve">  My little sister ______ dance very well.</w:t>
      </w:r>
    </w:p>
    <w:p>
      <w:pPr>
        <w:ind w:left="567"/>
      </w:pPr>
      <w:r>
        <w:t>A) can to</w:t>
      </w:r>
    </w:p>
    <w:p>
      <w:pPr>
        <w:ind w:left="567"/>
      </w:pPr>
      <w:r>
        <w:t>B) can dances</w:t>
      </w:r>
    </w:p>
    <w:p>
      <w:pPr>
        <w:ind w:left="567"/>
      </w:pPr>
      <w:r>
        <w:t>C) can</w:t>
      </w:r>
    </w:p>
    <w:p>
      <w:pPr>
        <w:ind w:left="567"/>
      </w:pPr>
      <w:r>
        <w:t>D) cans</w:t>
      </w:r>
    </w:p>
    <w:p>
      <w:r>
        <w:rPr>
          <w:b/>
        </w:rPr>
        <w:t>Question 7</w:t>
      </w:r>
      <w:r>
        <w:t xml:space="preserve">  My brother likes ______ football on weekends.</w:t>
      </w:r>
    </w:p>
    <w:p>
      <w:pPr>
        <w:ind w:left="567"/>
      </w:pPr>
      <w:r>
        <w:t>A) playing</w:t>
      </w:r>
    </w:p>
    <w:p>
      <w:pPr>
        <w:ind w:left="567"/>
      </w:pPr>
      <w:r>
        <w:t>B) plays</w:t>
      </w:r>
    </w:p>
    <w:p>
      <w:pPr>
        <w:ind w:left="567"/>
      </w:pPr>
      <w:r>
        <w:t>C) play</w:t>
      </w:r>
    </w:p>
    <w:p>
      <w:pPr>
        <w:ind w:left="567"/>
      </w:pPr>
      <w:r>
        <w:t>D) to playing</w:t>
      </w:r>
    </w:p>
    <w:p>
      <w:r>
        <w:rPr>
          <w:b/>
        </w:rPr>
        <w:t>Question 8</w:t>
      </w:r>
      <w:r>
        <w:t xml:space="preserve">  She wants ______ a doctor when she grows up.</w:t>
      </w:r>
    </w:p>
    <w:p>
      <w:pPr>
        <w:ind w:left="567"/>
      </w:pPr>
      <w:r>
        <w:t>A) being</w:t>
      </w:r>
    </w:p>
    <w:p>
      <w:pPr>
        <w:ind w:left="567"/>
      </w:pPr>
      <w:r>
        <w:t>B) to being</w:t>
      </w:r>
    </w:p>
    <w:p>
      <w:pPr>
        <w:ind w:left="567"/>
      </w:pPr>
      <w:r>
        <w:t>C) to be</w:t>
      </w:r>
    </w:p>
    <w:p>
      <w:pPr>
        <w:ind w:left="567"/>
      </w:pPr>
      <w:r>
        <w:t>D) be</w:t>
      </w:r>
    </w:p>
    <w:p>
      <w:r>
        <w:rPr>
          <w:b/>
        </w:rPr>
        <w:t>Question 9</w:t>
      </w:r>
      <w:r>
        <w:t xml:space="preserve">  ______ any milk in the fridge?</w:t>
      </w:r>
    </w:p>
    <w:p>
      <w:pPr>
        <w:ind w:left="567"/>
      </w:pPr>
      <w:r>
        <w:t>A) Is there</w:t>
      </w:r>
    </w:p>
    <w:p>
      <w:pPr>
        <w:ind w:left="567"/>
      </w:pPr>
      <w:r>
        <w:t>B) There is</w:t>
      </w:r>
    </w:p>
    <w:p>
      <w:pPr>
        <w:ind w:left="567"/>
      </w:pPr>
      <w:r>
        <w:t>C) Are there</w:t>
      </w:r>
    </w:p>
    <w:p>
      <w:pPr>
        <w:ind w:left="567"/>
      </w:pPr>
      <w:r>
        <w:t>D) There are</w:t>
      </w:r>
    </w:p>
    <w:p>
      <w:r>
        <w:rPr>
          <w:b/>
        </w:rPr>
        <w:t>Question 10</w:t>
      </w:r>
      <w:r>
        <w:t xml:space="preserve">  We have a long holiday ______ summer.</w:t>
      </w:r>
    </w:p>
    <w:p>
      <w:pPr>
        <w:ind w:left="567"/>
      </w:pPr>
      <w:r>
        <w:t>A) in</w:t>
      </w:r>
    </w:p>
    <w:p>
      <w:pPr>
        <w:ind w:left="567"/>
      </w:pPr>
      <w:r>
        <w:t>B) to</w:t>
      </w:r>
    </w:p>
    <w:p>
      <w:pPr>
        <w:ind w:left="567"/>
      </w:pPr>
      <w:r>
        <w:t>C) at</w:t>
      </w:r>
    </w:p>
    <w:p>
      <w:pPr>
        <w:ind w:left="567"/>
      </w:pPr>
      <w:r>
        <w:t>D) on</w:t>
      </w:r>
    </w:p>
    <w:p>
      <w:r>
        <w:rPr>
          <w:b/>
        </w:rPr>
        <w:t>Question 11</w:t>
      </w:r>
      <w:r>
        <w:t xml:space="preserve">  I ______ go to school by bus.</w:t>
      </w:r>
    </w:p>
    <w:p>
      <w:pPr>
        <w:ind w:left="567"/>
      </w:pPr>
      <w:r>
        <w:t>A) am always</w:t>
      </w:r>
    </w:p>
    <w:p>
      <w:pPr>
        <w:ind w:left="567"/>
      </w:pPr>
      <w:r>
        <w:t>B) go always</w:t>
      </w:r>
    </w:p>
    <w:p>
      <w:pPr>
        <w:ind w:left="567"/>
      </w:pPr>
      <w:r>
        <w:t>C) always am</w:t>
      </w:r>
    </w:p>
    <w:p>
      <w:pPr>
        <w:ind w:left="567"/>
      </w:pPr>
      <w:r>
        <w:t>D) always</w:t>
      </w:r>
    </w:p>
    <w:p>
      <w:r>
        <w:rPr>
          <w:b/>
        </w:rPr>
        <w:t>Question 12</w:t>
      </w:r>
      <w:r>
        <w:t xml:space="preserve">  The dog is hungry. ______ bowl is empty.</w:t>
      </w:r>
    </w:p>
    <w:p>
      <w:pPr>
        <w:ind w:left="567"/>
      </w:pPr>
      <w:r>
        <w:t>A) Her</w:t>
      </w:r>
    </w:p>
    <w:p>
      <w:pPr>
        <w:ind w:left="567"/>
      </w:pPr>
      <w:r>
        <w:t>B) It's</w:t>
      </w:r>
    </w:p>
    <w:p>
      <w:pPr>
        <w:ind w:left="567"/>
      </w:pPr>
      <w:r>
        <w:t>C) Its</w:t>
      </w:r>
    </w:p>
    <w:p>
      <w:pPr>
        <w:ind w:left="567"/>
      </w:pPr>
      <w:r>
        <w:t>D) It</w:t>
      </w:r>
    </w:p>
    <w:p>
      <w:r>
        <w:rPr>
          <w:b/>
        </w:rPr>
        <w:t>Question 13</w:t>
      </w:r>
      <w:r>
        <w:t xml:space="preserve">  I like coffee, ______ my sister likes tea.</w:t>
      </w:r>
    </w:p>
    <w:p>
      <w:pPr>
        <w:ind w:left="567"/>
      </w:pPr>
      <w:r>
        <w:t>A) because</w:t>
      </w:r>
    </w:p>
    <w:p>
      <w:pPr>
        <w:ind w:left="567"/>
      </w:pPr>
      <w:r>
        <w:t>B) but</w:t>
      </w:r>
    </w:p>
    <w:p>
      <w:pPr>
        <w:ind w:left="567"/>
      </w:pPr>
      <w:r>
        <w:t>C) and</w:t>
      </w:r>
    </w:p>
    <w:p>
      <w:pPr>
        <w:ind w:left="567"/>
      </w:pPr>
      <w:r>
        <w:t>D) or</w:t>
      </w:r>
    </w:p>
    <w:p>
      <w:r>
        <w:rPr>
          <w:b/>
        </w:rPr>
        <w:t>Question 14</w:t>
      </w:r>
      <w:r>
        <w:t xml:space="preserve">  I like potatoes but my brother ______ oranges.</w:t>
      </w:r>
    </w:p>
    <w:p>
      <w:pPr>
        <w:ind w:left="567"/>
      </w:pPr>
      <w:r>
        <w:t>A) liking</w:t>
      </w:r>
    </w:p>
    <w:p>
      <w:pPr>
        <w:ind w:left="567"/>
      </w:pPr>
      <w:r>
        <w:t>B) to like</w:t>
      </w:r>
    </w:p>
    <w:p>
      <w:pPr>
        <w:ind w:left="567"/>
      </w:pPr>
      <w:r>
        <w:t>C) likes</w:t>
      </w:r>
    </w:p>
    <w:p>
      <w:pPr>
        <w:ind w:left="567"/>
      </w:pPr>
      <w:r>
        <w:t>D) like</w:t>
      </w:r>
    </w:p>
    <w:p>
      <w:r>
        <w:rPr>
          <w:b/>
        </w:rPr>
        <w:t>Question 15</w:t>
      </w:r>
      <w:r>
        <w:t xml:space="preserve">  Do you want some help? — Yes, ______.</w:t>
      </w:r>
    </w:p>
    <w:p>
      <w:pPr>
        <w:ind w:left="567"/>
      </w:pPr>
      <w:r>
        <w:t>A) I want</w:t>
      </w:r>
    </w:p>
    <w:p>
      <w:pPr>
        <w:ind w:left="567"/>
      </w:pPr>
      <w:r>
        <w:t>B) I do</w:t>
      </w:r>
    </w:p>
    <w:p>
      <w:pPr>
        <w:ind w:left="567"/>
      </w:pPr>
      <w:r>
        <w:t>C) I want to</w:t>
      </w:r>
    </w:p>
    <w:p>
      <w:pPr>
        <w:ind w:left="567"/>
      </w:pPr>
      <w:r>
        <w:t>D) I am</w:t>
      </w:r>
    </w:p>
    <w:p>
      <w:r>
        <w:rPr>
          <w:b/>
        </w:rPr>
        <w:t>Question 16</w:t>
      </w:r>
      <w:r>
        <w:t xml:space="preserve">  She ______ wear a uniform at school.</w:t>
      </w:r>
    </w:p>
    <w:p>
      <w:pPr>
        <w:ind w:left="567"/>
      </w:pPr>
      <w:r>
        <w:t>A) having to</w:t>
      </w:r>
    </w:p>
    <w:p>
      <w:pPr>
        <w:ind w:left="567"/>
      </w:pPr>
      <w:r>
        <w:t>B) have to</w:t>
      </w:r>
    </w:p>
    <w:p>
      <w:pPr>
        <w:ind w:left="567"/>
      </w:pPr>
      <w:r>
        <w:t>C) haves to</w:t>
      </w:r>
    </w:p>
    <w:p>
      <w:pPr>
        <w:ind w:left="567"/>
      </w:pPr>
      <w:r>
        <w:t>D) has to</w:t>
      </w:r>
    </w:p>
    <w:p>
      <w:r>
        <w:rPr>
          <w:b/>
        </w:rPr>
        <w:t>Question 17</w:t>
      </w:r>
      <w:r>
        <w:t xml:space="preserve">  He ______ a new car. He only has an old bicycle.</w:t>
      </w:r>
    </w:p>
    <w:p>
      <w:pPr>
        <w:ind w:left="567"/>
      </w:pPr>
      <w:r>
        <w:t>A) doesn't have</w:t>
      </w:r>
    </w:p>
    <w:p>
      <w:pPr>
        <w:ind w:left="567"/>
      </w:pPr>
      <w:r>
        <w:t>B) isn't have</w:t>
      </w:r>
    </w:p>
    <w:p>
      <w:pPr>
        <w:ind w:left="567"/>
      </w:pPr>
      <w:r>
        <w:t>C) don't have</w:t>
      </w:r>
    </w:p>
    <w:p>
      <w:pPr>
        <w:ind w:left="567"/>
      </w:pPr>
      <w:r>
        <w:t>D) doesn't has</w:t>
      </w:r>
    </w:p>
    <w:p>
      <w:r>
        <w:rPr>
          <w:b/>
        </w:rPr>
        <w:t>Question 18</w:t>
      </w:r>
      <w:r>
        <w:t xml:space="preserve">  What do you want ______? — I want to eat pizza.</w:t>
      </w:r>
    </w:p>
    <w:p>
      <w:pPr>
        <w:ind w:left="567"/>
      </w:pPr>
      <w:r>
        <w:t>A) to eat</w:t>
      </w:r>
    </w:p>
    <w:p>
      <w:pPr>
        <w:ind w:left="567"/>
      </w:pPr>
      <w:r>
        <w:t>B) ate</w:t>
      </w:r>
    </w:p>
    <w:p>
      <w:pPr>
        <w:ind w:left="567"/>
      </w:pPr>
      <w:r>
        <w:t>C) eat</w:t>
      </w:r>
    </w:p>
    <w:p>
      <w:pPr>
        <w:ind w:left="567"/>
      </w:pPr>
      <w:r>
        <w:t>D) eating</w:t>
      </w:r>
    </w:p>
    <w:p>
      <w:r>
        <w:rPr>
          <w:b/>
        </w:rPr>
        <w:t>Question 19</w:t>
      </w:r>
      <w:r>
        <w:t xml:space="preserve">  Yesterday, my friends ______ at the cinema.</w:t>
      </w:r>
    </w:p>
    <w:p>
      <w:pPr>
        <w:ind w:left="567"/>
      </w:pPr>
      <w:r>
        <w:t>A) is</w:t>
      </w:r>
    </w:p>
    <w:p>
      <w:pPr>
        <w:ind w:left="567"/>
      </w:pPr>
      <w:r>
        <w:t>B) are</w:t>
      </w:r>
    </w:p>
    <w:p>
      <w:pPr>
        <w:ind w:left="567"/>
      </w:pPr>
      <w:r>
        <w:t>C) were</w:t>
      </w:r>
    </w:p>
    <w:p>
      <w:pPr>
        <w:ind w:left="567"/>
      </w:pPr>
      <w:r>
        <w:t>D) was</w:t>
      </w:r>
    </w:p>
    <w:p>
      <w:r>
        <w:rPr>
          <w:b/>
        </w:rPr>
        <w:t>Question 20</w:t>
      </w:r>
      <w:r>
        <w:t xml:space="preserve">  I ______ to school yesterday but I ______ my homework.</w:t>
      </w:r>
    </w:p>
    <w:p>
      <w:pPr>
        <w:ind w:left="567"/>
      </w:pPr>
      <w:r>
        <w:t>A) go / didn't did</w:t>
      </w:r>
    </w:p>
    <w:p>
      <w:pPr>
        <w:ind w:left="567"/>
      </w:pPr>
      <w:r>
        <w:t>B) went / didn't do</w:t>
      </w:r>
    </w:p>
    <w:p>
      <w:pPr>
        <w:ind w:left="567"/>
      </w:pPr>
      <w:r>
        <w:t>C) went / didn't did</w:t>
      </w:r>
    </w:p>
    <w:p>
      <w:pPr>
        <w:ind w:left="567"/>
      </w:pPr>
      <w:r>
        <w:t>D) go / didn't do</w:t>
      </w:r>
    </w:p>
    <w:p>
      <w:r>
        <w:rPr>
          <w:b/>
        </w:rPr>
        <w:t>Question 21</w:t>
      </w:r>
      <w:r>
        <w:t xml:space="preserve">  There is ______ on the table. Would you like some?</w:t>
      </w:r>
    </w:p>
    <w:p>
      <w:pPr>
        <w:ind w:left="567"/>
      </w:pPr>
      <w:r>
        <w:t>A) a bread</w:t>
      </w:r>
    </w:p>
    <w:p>
      <w:pPr>
        <w:ind w:left="567"/>
      </w:pPr>
      <w:r>
        <w:t>B) some bread</w:t>
      </w:r>
    </w:p>
    <w:p>
      <w:pPr>
        <w:ind w:left="567"/>
      </w:pPr>
      <w:r>
        <w:t>C) many breads</w:t>
      </w:r>
    </w:p>
    <w:p>
      <w:pPr>
        <w:ind w:left="567"/>
      </w:pPr>
      <w:r>
        <w:t>D) two breads</w:t>
      </w:r>
    </w:p>
    <w:p>
      <w:r>
        <w:rPr>
          <w:b/>
        </w:rPr>
        <w:t>Question 22</w:t>
      </w:r>
      <w:r>
        <w:t xml:space="preserve">  There aren't ______ apples in the basket.</w:t>
      </w:r>
    </w:p>
    <w:p>
      <w:pPr>
        <w:ind w:left="567"/>
      </w:pPr>
      <w:r>
        <w:t>A) some</w:t>
      </w:r>
    </w:p>
    <w:p>
      <w:pPr>
        <w:ind w:left="567"/>
      </w:pPr>
      <w:r>
        <w:t>B) much</w:t>
      </w:r>
    </w:p>
    <w:p>
      <w:pPr>
        <w:ind w:left="567"/>
      </w:pPr>
      <w:r>
        <w:t>C) a lot</w:t>
      </w:r>
    </w:p>
    <w:p>
      <w:pPr>
        <w:ind w:left="567"/>
      </w:pPr>
      <w:r>
        <w:t>D) any</w:t>
      </w:r>
    </w:p>
    <w:p>
      <w:r>
        <w:rPr>
          <w:b/>
        </w:rPr>
        <w:t>Question 23</w:t>
      </w:r>
      <w:r>
        <w:t xml:space="preserve">  ______ students are there in your class?</w:t>
      </w:r>
    </w:p>
    <w:p>
      <w:pPr>
        <w:ind w:left="567"/>
      </w:pPr>
      <w:r>
        <w:t>A) How many</w:t>
      </w:r>
    </w:p>
    <w:p>
      <w:pPr>
        <w:ind w:left="567"/>
      </w:pPr>
      <w:r>
        <w:t>B) What</w:t>
      </w:r>
    </w:p>
    <w:p>
      <w:pPr>
        <w:ind w:left="567"/>
      </w:pPr>
      <w:r>
        <w:t>C) How</w:t>
      </w:r>
    </w:p>
    <w:p>
      <w:pPr>
        <w:ind w:left="567"/>
      </w:pPr>
      <w:r>
        <w:t>D) How much</w:t>
      </w:r>
    </w:p>
    <w:p>
      <w:r>
        <w:rPr>
          <w:b/>
        </w:rPr>
        <w:t>Question 24</w:t>
      </w:r>
      <w:r>
        <w:t xml:space="preserve">  How ______ the soup taste? — It tastes delicious.</w:t>
      </w:r>
    </w:p>
    <w:p>
      <w:pPr>
        <w:ind w:left="567"/>
      </w:pPr>
      <w:r>
        <w:t>A) is</w:t>
      </w:r>
    </w:p>
    <w:p>
      <w:pPr>
        <w:ind w:left="567"/>
      </w:pPr>
      <w:r>
        <w:t>B) are</w:t>
      </w:r>
    </w:p>
    <w:p>
      <w:pPr>
        <w:ind w:left="567"/>
      </w:pPr>
      <w:r>
        <w:t>C) do</w:t>
      </w:r>
    </w:p>
    <w:p>
      <w:pPr>
        <w:ind w:left="567"/>
      </w:pPr>
      <w:r>
        <w:t>D) does</w:t>
      </w:r>
    </w:p>
    <w:p>
      <w:r>
        <w:rPr>
          <w:b/>
        </w:rPr>
        <w:t>Question 25</w:t>
      </w:r>
      <w:r>
        <w:t xml:space="preserve">  Today is ______ than yesterday.</w:t>
      </w:r>
    </w:p>
    <w:p>
      <w:pPr>
        <w:ind w:left="567"/>
      </w:pPr>
      <w:r>
        <w:t>A) more cold</w:t>
      </w:r>
    </w:p>
    <w:p>
      <w:pPr>
        <w:ind w:left="567"/>
      </w:pPr>
      <w:r>
        <w:t>B) cold</w:t>
      </w:r>
    </w:p>
    <w:p>
      <w:pPr>
        <w:ind w:left="567"/>
      </w:pPr>
      <w:r>
        <w:t>C) colder</w:t>
      </w:r>
    </w:p>
    <w:p>
      <w:pPr>
        <w:ind w:left="567"/>
      </w:pPr>
      <w:r>
        <w:t>D) coldest</w:t>
      </w:r>
    </w:p>
    <w:p>
      <w:r>
        <w:rPr>
          <w:b/>
        </w:rPr>
        <w:t>Question 26</w:t>
      </w:r>
      <w:r>
        <w:t xml:space="preserve">  There are five ______ playing in the park.</w:t>
      </w:r>
    </w:p>
    <w:p>
      <w:pPr>
        <w:ind w:left="567"/>
      </w:pPr>
      <w:r>
        <w:t>A) childrens</w:t>
      </w:r>
    </w:p>
    <w:p>
      <w:pPr>
        <w:ind w:left="567"/>
      </w:pPr>
      <w:r>
        <w:t>B) child</w:t>
      </w:r>
    </w:p>
    <w:p>
      <w:pPr>
        <w:ind w:left="567"/>
      </w:pPr>
      <w:r>
        <w:t>C) childs</w:t>
      </w:r>
    </w:p>
    <w:p>
      <w:pPr>
        <w:ind w:left="567"/>
      </w:pPr>
      <w:r>
        <w:t>D) children</w:t>
      </w:r>
    </w:p>
    <w:p>
      <w:r>
        <w:rPr>
          <w:b/>
        </w:rPr>
        <w:t>Question 27</w:t>
      </w:r>
      <w:r>
        <w:t xml:space="preserve">  I brush my teeth ______ I go to bed.</w:t>
      </w:r>
    </w:p>
    <w:p>
      <w:pPr>
        <w:ind w:left="567"/>
      </w:pPr>
      <w:r>
        <w:t>A) next</w:t>
      </w:r>
    </w:p>
    <w:p>
      <w:pPr>
        <w:ind w:left="567"/>
      </w:pPr>
      <w:r>
        <w:t>B) then</w:t>
      </w:r>
    </w:p>
    <w:p>
      <w:pPr>
        <w:ind w:left="567"/>
      </w:pPr>
      <w:r>
        <w:t>C) before</w:t>
      </w:r>
    </w:p>
    <w:p>
      <w:pPr>
        <w:ind w:left="567"/>
      </w:pPr>
      <w:r>
        <w:t>D) after</w:t>
      </w:r>
    </w:p>
    <w:p>
      <w:r>
        <w:rPr>
          <w:b/>
        </w:rPr>
        <w:t>Question 28</w:t>
      </w:r>
      <w:r>
        <w:t xml:space="preserve">  Can you help ______ with this project?</w:t>
      </w:r>
    </w:p>
    <w:p>
      <w:pPr>
        <w:ind w:left="567"/>
      </w:pPr>
      <w:r>
        <w:t>A) us</w:t>
      </w:r>
    </w:p>
    <w:p>
      <w:pPr>
        <w:ind w:left="567"/>
      </w:pPr>
      <w:r>
        <w:t>B) ours</w:t>
      </w:r>
    </w:p>
    <w:p>
      <w:pPr>
        <w:ind w:left="567"/>
      </w:pPr>
      <w:r>
        <w:t>C) we</w:t>
      </w:r>
    </w:p>
    <w:p>
      <w:pPr>
        <w:ind w:left="567"/>
      </w:pPr>
      <w:r>
        <w:t>D) our</w:t>
      </w:r>
    </w:p>
    <w:p>
      <w:r>
        <w:rPr>
          <w:b/>
        </w:rPr>
        <w:t>Question 29</w:t>
      </w:r>
      <w:r>
        <w:t xml:space="preserve">  Has she got a bike? — Yes. She ______ ride it every weekend.</w:t>
      </w:r>
    </w:p>
    <w:p>
      <w:pPr>
        <w:ind w:left="567"/>
      </w:pPr>
      <w:r>
        <w:t>A) does</w:t>
      </w:r>
    </w:p>
    <w:p>
      <w:pPr>
        <w:ind w:left="567"/>
      </w:pPr>
      <w:r>
        <w:t>B) can</w:t>
      </w:r>
    </w:p>
    <w:p>
      <w:pPr>
        <w:ind w:left="567"/>
      </w:pPr>
      <w:r>
        <w:t>C) has</w:t>
      </w:r>
    </w:p>
    <w:p>
      <w:pPr>
        <w:ind w:left="567"/>
      </w:pPr>
      <w:r>
        <w:t>D) is</w:t>
      </w:r>
    </w:p>
    <w:p>
      <w:r>
        <w:rPr>
          <w:b/>
        </w:rPr>
        <w:t>Question 30</w:t>
      </w:r>
      <w:r>
        <w:t xml:space="preserve">  A: Can he cook well?</w:t>
        <w:br/>
        <w:t>B: No. He ______ learning now.</w:t>
      </w:r>
    </w:p>
    <w:p>
      <w:pPr>
        <w:ind w:left="567"/>
      </w:pPr>
      <w:r>
        <w:t>A) can</w:t>
      </w:r>
    </w:p>
    <w:p>
      <w:pPr>
        <w:ind w:left="567"/>
      </w:pPr>
      <w:r>
        <w:t>B) is</w:t>
      </w:r>
    </w:p>
    <w:p>
      <w:pPr>
        <w:ind w:left="567"/>
      </w:pPr>
      <w:r>
        <w:t>C) does</w:t>
      </w:r>
    </w:p>
    <w:p>
      <w:pPr>
        <w:ind w:left="567"/>
      </w:pPr>
      <w:r>
        <w:t>D) has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CEVAP ANAHTARI</w:t>
      </w:r>
    </w:p>
    <w:p/>
    <w:p>
      <w:r>
        <w:rPr>
          <w:b/>
        </w:rPr>
        <w:t>Q1: B</w:t>
      </w:r>
      <w:r>
        <w:t xml:space="preserve"> — is sleeping</w:t>
      </w:r>
      <w:r>
        <w:rPr>
          <w:color w:val="808080"/>
          <w:sz w:val="18"/>
        </w:rPr>
        <w:t xml:space="preserve">  [Konu: Present Simple vs Continuous]</w:t>
      </w:r>
      <w:r>
        <w:rPr>
          <w:color w:val="B45A1E"/>
          <w:sz w:val="18"/>
        </w:rPr>
        <w:t xml:space="preserve">  ⚡ 'Look!' → Present Continuous zorunlu</w:t>
      </w:r>
    </w:p>
    <w:p>
      <w:r>
        <w:rPr>
          <w:b/>
        </w:rPr>
        <w:t>Q2: B</w:t>
      </w:r>
      <w:r>
        <w:t xml:space="preserve"> — Are</w:t>
      </w:r>
      <w:r>
        <w:rPr>
          <w:color w:val="808080"/>
          <w:sz w:val="18"/>
        </w:rPr>
        <w:t xml:space="preserve">  [Konu: to be vs do/does]</w:t>
      </w:r>
      <w:r>
        <w:rPr>
          <w:color w:val="B45A1E"/>
          <w:sz w:val="18"/>
        </w:rPr>
        <w:t xml:space="preserve">  ⚡ Oluş cümlesi → am/is/are (eylem fiili yok)</w:t>
      </w:r>
    </w:p>
    <w:p>
      <w:r>
        <w:rPr>
          <w:b/>
        </w:rPr>
        <w:t>Q3: A</w:t>
      </w:r>
      <w:r>
        <w:t xml:space="preserve"> — her</w:t>
      </w:r>
      <w:r>
        <w:rPr>
          <w:color w:val="808080"/>
          <w:sz w:val="18"/>
        </w:rPr>
        <w:t xml:space="preserve">  [Konu: Subject vs Object Pronouns]</w:t>
      </w:r>
      <w:r>
        <w:rPr>
          <w:color w:val="B45A1E"/>
          <w:sz w:val="18"/>
        </w:rPr>
        <w:t xml:space="preserve">  ⚡ Fiilden sonra → object pronoun (him/her)</w:t>
      </w:r>
    </w:p>
    <w:p>
      <w:r>
        <w:rPr>
          <w:b/>
        </w:rPr>
        <w:t>Q4: B</w:t>
      </w:r>
      <w:r>
        <w:t xml:space="preserve"> — What time</w:t>
      </w:r>
      <w:r>
        <w:rPr>
          <w:color w:val="808080"/>
          <w:sz w:val="18"/>
        </w:rPr>
        <w:t xml:space="preserve">  [Konu: WH Questions]</w:t>
      </w:r>
      <w:r>
        <w:rPr>
          <w:color w:val="B45A1E"/>
          <w:sz w:val="18"/>
        </w:rPr>
        <w:t xml:space="preserve">  ⚡ Saat sorma → What time</w:t>
      </w:r>
    </w:p>
    <w:p>
      <w:r>
        <w:rPr>
          <w:b/>
        </w:rPr>
        <w:t>Q5: C</w:t>
      </w:r>
      <w:r>
        <w:t xml:space="preserve"> — Tom's</w:t>
      </w:r>
      <w:r>
        <w:rPr>
          <w:color w:val="808080"/>
          <w:sz w:val="18"/>
        </w:rPr>
        <w:t xml:space="preserve">  [Konu: 's Kullanımı]</w:t>
      </w:r>
      <w:r>
        <w:rPr>
          <w:color w:val="B45A1E"/>
          <w:sz w:val="18"/>
        </w:rPr>
        <w:t xml:space="preserve">  ⚡ 's = iyelik (possessive)</w:t>
      </w:r>
    </w:p>
    <w:p>
      <w:r>
        <w:rPr>
          <w:b/>
        </w:rPr>
        <w:t>Q6: C</w:t>
      </w:r>
      <w:r>
        <w:t xml:space="preserve"> — can</w:t>
      </w:r>
      <w:r>
        <w:rPr>
          <w:color w:val="808080"/>
          <w:sz w:val="18"/>
        </w:rPr>
        <w:t xml:space="preserve">  [Konu: can + V1]</w:t>
      </w:r>
      <w:r>
        <w:rPr>
          <w:color w:val="B45A1E"/>
          <w:sz w:val="18"/>
        </w:rPr>
        <w:t xml:space="preserve">  ⚡ can'den sonra fiil yalin (V1)</w:t>
      </w:r>
    </w:p>
    <w:p>
      <w:r>
        <w:rPr>
          <w:b/>
        </w:rPr>
        <w:t>Q7: A</w:t>
      </w:r>
      <w:r>
        <w:t xml:space="preserve"> — playing</w:t>
      </w:r>
      <w:r>
        <w:rPr>
          <w:color w:val="808080"/>
          <w:sz w:val="18"/>
        </w:rPr>
        <w:t xml:space="preserve">  [Konu: like/love + Ving]</w:t>
      </w:r>
      <w:r>
        <w:rPr>
          <w:color w:val="B45A1E"/>
          <w:sz w:val="18"/>
        </w:rPr>
        <w:t xml:space="preserve">  ⚡ like/love'dan sonra fiil -ing alir</w:t>
      </w:r>
    </w:p>
    <w:p>
      <w:r>
        <w:rPr>
          <w:b/>
        </w:rPr>
        <w:t>Q8: C</w:t>
      </w:r>
      <w:r>
        <w:t xml:space="preserve"> — to be</w:t>
      </w:r>
      <w:r>
        <w:rPr>
          <w:color w:val="808080"/>
          <w:sz w:val="18"/>
        </w:rPr>
        <w:t xml:space="preserve">  [Konu: like + to + V1 / want tugasi]</w:t>
      </w:r>
      <w:r>
        <w:rPr>
          <w:color w:val="B45A1E"/>
          <w:sz w:val="18"/>
        </w:rPr>
        <w:t xml:space="preserve">  ⚡ want → SADECE to + V1, ASLA Ving</w:t>
      </w:r>
    </w:p>
    <w:p>
      <w:r>
        <w:rPr>
          <w:b/>
        </w:rPr>
        <w:t>Q9: A</w:t>
      </w:r>
      <w:r>
        <w:t xml:space="preserve"> — Is there</w:t>
      </w:r>
      <w:r>
        <w:rPr>
          <w:color w:val="808080"/>
          <w:sz w:val="18"/>
        </w:rPr>
        <w:t xml:space="preserve">  [Konu: There is / There are]</w:t>
      </w:r>
      <w:r>
        <w:rPr>
          <w:color w:val="B45A1E"/>
          <w:sz w:val="18"/>
        </w:rPr>
        <w:t xml:space="preserve">  ⚡ milk = uncountable → tekil → Is there</w:t>
      </w:r>
    </w:p>
    <w:p>
      <w:r>
        <w:rPr>
          <w:b/>
        </w:rPr>
        <w:t>Q10: A</w:t>
      </w:r>
      <w:r>
        <w:t xml:space="preserve"> — in</w:t>
      </w:r>
      <w:r>
        <w:rPr>
          <w:color w:val="808080"/>
          <w:sz w:val="18"/>
        </w:rPr>
        <w:t xml:space="preserve">  [Konu: Prepositions (in/on/at)]</w:t>
      </w:r>
      <w:r>
        <w:rPr>
          <w:color w:val="B45A1E"/>
          <w:sz w:val="18"/>
        </w:rPr>
        <w:t xml:space="preserve">  ⚡ ay/mevsim → in</w:t>
      </w:r>
    </w:p>
    <w:p>
      <w:r>
        <w:rPr>
          <w:b/>
        </w:rPr>
        <w:t>Q11: D</w:t>
      </w:r>
      <w:r>
        <w:t xml:space="preserve"> — always</w:t>
      </w:r>
      <w:r>
        <w:rPr>
          <w:color w:val="808080"/>
          <w:sz w:val="18"/>
        </w:rPr>
        <w:t xml:space="preserve">  [Konu: Adverbs of Frequency]</w:t>
      </w:r>
      <w:r>
        <w:rPr>
          <w:color w:val="B45A1E"/>
          <w:sz w:val="18"/>
        </w:rPr>
        <w:t xml:space="preserve">  ⚡ Fiilden ONCE: I always go</w:t>
      </w:r>
    </w:p>
    <w:p>
      <w:r>
        <w:rPr>
          <w:b/>
        </w:rPr>
        <w:t>Q12: C</w:t>
      </w:r>
      <w:r>
        <w:t xml:space="preserve"> — Its</w:t>
      </w:r>
      <w:r>
        <w:rPr>
          <w:color w:val="808080"/>
          <w:sz w:val="18"/>
        </w:rPr>
        <w:t xml:space="preserve">  [Konu: Possessive Adjectives]</w:t>
      </w:r>
      <w:r>
        <w:rPr>
          <w:color w:val="B45A1E"/>
          <w:sz w:val="18"/>
        </w:rPr>
        <w:t xml:space="preserve">  ⚡ its ≠ it's</w:t>
      </w:r>
    </w:p>
    <w:p>
      <w:r>
        <w:rPr>
          <w:b/>
        </w:rPr>
        <w:t>Q13: B</w:t>
      </w:r>
      <w:r>
        <w:t xml:space="preserve"> — but</w:t>
      </w:r>
      <w:r>
        <w:rPr>
          <w:color w:val="808080"/>
          <w:sz w:val="18"/>
        </w:rPr>
        <w:t xml:space="preserve">  [Konu: Baglaclar (and/but/or/because)]</w:t>
      </w:r>
      <w:r>
        <w:rPr>
          <w:color w:val="B45A1E"/>
          <w:sz w:val="18"/>
        </w:rPr>
        <w:t xml:space="preserve">  ⚡ zitlik → but</w:t>
      </w:r>
    </w:p>
    <w:p>
      <w:r>
        <w:rPr>
          <w:b/>
        </w:rPr>
        <w:t>Q14: C</w:t>
      </w:r>
      <w:r>
        <w:t xml:space="preserve"> — likes</w:t>
      </w:r>
      <w:r>
        <w:rPr>
          <w:color w:val="808080"/>
          <w:sz w:val="18"/>
        </w:rPr>
        <w:t xml:space="preserve">  [Konu: Baglac + Ozne-Fiil Uyumu]</w:t>
      </w:r>
      <w:r>
        <w:rPr>
          <w:color w:val="B45A1E"/>
          <w:sz w:val="18"/>
        </w:rPr>
        <w:t xml:space="preserve">  ⚡ my brother = he → V1+s</w:t>
      </w:r>
    </w:p>
    <w:p>
      <w:r>
        <w:rPr>
          <w:b/>
        </w:rPr>
        <w:t>Q15: B</w:t>
      </w:r>
      <w:r>
        <w:t xml:space="preserve"> — I do</w:t>
      </w:r>
      <w:r>
        <w:rPr>
          <w:color w:val="808080"/>
          <w:sz w:val="18"/>
        </w:rPr>
        <w:t xml:space="preserve">  [Konu: Yes/No Kisa Cevaplar]</w:t>
      </w:r>
      <w:r>
        <w:rPr>
          <w:color w:val="B45A1E"/>
          <w:sz w:val="18"/>
        </w:rPr>
        <w:t xml:space="preserve">  ⚡ Do you...? → Yes, I do (I like ❌)</w:t>
      </w:r>
    </w:p>
    <w:p>
      <w:r>
        <w:rPr>
          <w:b/>
        </w:rPr>
        <w:t>Q16: D</w:t>
      </w:r>
      <w:r>
        <w:t xml:space="preserve"> — has to</w:t>
      </w:r>
      <w:r>
        <w:rPr>
          <w:color w:val="808080"/>
          <w:sz w:val="18"/>
        </w:rPr>
        <w:t xml:space="preserve">  [Konu: have to / has to]</w:t>
      </w:r>
      <w:r>
        <w:rPr>
          <w:color w:val="B45A1E"/>
          <w:sz w:val="18"/>
        </w:rPr>
        <w:t xml:space="preserve">  ⚡ she → has to + V1</w:t>
      </w:r>
    </w:p>
    <w:p>
      <w:r>
        <w:rPr>
          <w:b/>
        </w:rPr>
        <w:t>Q17: A</w:t>
      </w:r>
      <w:r>
        <w:t xml:space="preserve"> — doesn't have</w:t>
      </w:r>
      <w:r>
        <w:rPr>
          <w:color w:val="808080"/>
          <w:sz w:val="18"/>
        </w:rPr>
        <w:t xml:space="preserve">  [Konu: doesn't have / don't have]</w:t>
      </w:r>
      <w:r>
        <w:rPr>
          <w:color w:val="B45A1E"/>
          <w:sz w:val="18"/>
        </w:rPr>
        <w:t xml:space="preserve">  ⚡ doesn't → fiil V1 (have, has DEGIL)</w:t>
      </w:r>
    </w:p>
    <w:p>
      <w:r>
        <w:rPr>
          <w:b/>
        </w:rPr>
        <w:t>Q18: A</w:t>
      </w:r>
      <w:r>
        <w:t xml:space="preserve"> — to eat</w:t>
      </w:r>
      <w:r>
        <w:rPr>
          <w:color w:val="808080"/>
          <w:sz w:val="18"/>
        </w:rPr>
        <w:t xml:space="preserve">  [Konu: want + isim vs want to + fiil]</w:t>
      </w:r>
      <w:r>
        <w:rPr>
          <w:color w:val="B45A1E"/>
          <w:sz w:val="18"/>
        </w:rPr>
        <w:t xml:space="preserve">  ⚡ fiil → to gerekir</w:t>
      </w:r>
    </w:p>
    <w:p>
      <w:r>
        <w:rPr>
          <w:b/>
        </w:rPr>
        <w:t>Q19: C</w:t>
      </w:r>
      <w:r>
        <w:t xml:space="preserve"> — were</w:t>
      </w:r>
      <w:r>
        <w:rPr>
          <w:color w:val="808080"/>
          <w:sz w:val="18"/>
        </w:rPr>
        <w:t xml:space="preserve">  [Konu: Past Simple — was/were]</w:t>
      </w:r>
      <w:r>
        <w:rPr>
          <w:color w:val="B45A1E"/>
          <w:sz w:val="18"/>
        </w:rPr>
        <w:t xml:space="preserve">  ⚡ they → were, yesterday → past</w:t>
      </w:r>
    </w:p>
    <w:p>
      <w:r>
        <w:rPr>
          <w:b/>
        </w:rPr>
        <w:t>Q20: B</w:t>
      </w:r>
      <w:r>
        <w:t xml:space="preserve"> — went / didn't do</w:t>
      </w:r>
      <w:r>
        <w:rPr>
          <w:color w:val="808080"/>
          <w:sz w:val="18"/>
        </w:rPr>
        <w:t xml:space="preserve">  [Konu: Past Simple — didn't + V1]</w:t>
      </w:r>
      <w:r>
        <w:rPr>
          <w:color w:val="B45A1E"/>
          <w:sz w:val="18"/>
        </w:rPr>
        <w:t xml:space="preserve">  ⚡ didn't → fiil yalin hale doner</w:t>
      </w:r>
    </w:p>
    <w:p>
      <w:r>
        <w:rPr>
          <w:b/>
        </w:rPr>
        <w:t>Q21: B</w:t>
      </w:r>
      <w:r>
        <w:t xml:space="preserve"> — some bread</w:t>
      </w:r>
      <w:r>
        <w:rPr>
          <w:color w:val="808080"/>
          <w:sz w:val="18"/>
        </w:rPr>
        <w:t xml:space="preserve">  [Konu: Countable / Uncountable]</w:t>
      </w:r>
      <w:r>
        <w:rPr>
          <w:color w:val="B45A1E"/>
          <w:sz w:val="18"/>
        </w:rPr>
        <w:t xml:space="preserve">  ⚡ bread = uncountable → some + tekil</w:t>
      </w:r>
    </w:p>
    <w:p>
      <w:r>
        <w:rPr>
          <w:b/>
        </w:rPr>
        <w:t>Q22: D</w:t>
      </w:r>
      <w:r>
        <w:t xml:space="preserve"> — any</w:t>
      </w:r>
      <w:r>
        <w:rPr>
          <w:color w:val="808080"/>
          <w:sz w:val="18"/>
        </w:rPr>
        <w:t xml:space="preserve">  [Konu: some / any]</w:t>
      </w:r>
      <w:r>
        <w:rPr>
          <w:color w:val="B45A1E"/>
          <w:sz w:val="18"/>
        </w:rPr>
        <w:t xml:space="preserve">  ⚡ olumsuz → any</w:t>
      </w:r>
    </w:p>
    <w:p>
      <w:r>
        <w:rPr>
          <w:b/>
        </w:rPr>
        <w:t>Q23: A</w:t>
      </w:r>
      <w:r>
        <w:t xml:space="preserve"> — How many</w:t>
      </w:r>
      <w:r>
        <w:rPr>
          <w:color w:val="808080"/>
          <w:sz w:val="18"/>
        </w:rPr>
        <w:t xml:space="preserve">  [Konu: How much / How many]</w:t>
      </w:r>
      <w:r>
        <w:rPr>
          <w:color w:val="B45A1E"/>
          <w:sz w:val="18"/>
        </w:rPr>
        <w:t xml:space="preserve">  ⚡ students = countable → How many</w:t>
      </w:r>
    </w:p>
    <w:p>
      <w:r>
        <w:rPr>
          <w:b/>
        </w:rPr>
        <w:t>Q24: D</w:t>
      </w:r>
      <w:r>
        <w:t xml:space="preserve"> — does</w:t>
      </w:r>
      <w:r>
        <w:rPr>
          <w:color w:val="808080"/>
          <w:sz w:val="18"/>
        </w:rPr>
        <w:t xml:space="preserve">  [Konu: Senses Verbs]</w:t>
      </w:r>
      <w:r>
        <w:rPr>
          <w:color w:val="B45A1E"/>
          <w:sz w:val="18"/>
        </w:rPr>
        <w:t xml:space="preserve">  ⚡ does'tan sonra fiil yalin (taste, tastes degil)</w:t>
      </w:r>
    </w:p>
    <w:p>
      <w:r>
        <w:rPr>
          <w:b/>
        </w:rPr>
        <w:t>Q25: C</w:t>
      </w:r>
      <w:r>
        <w:t xml:space="preserve"> — colder</w:t>
      </w:r>
      <w:r>
        <w:rPr>
          <w:color w:val="808080"/>
          <w:sz w:val="18"/>
        </w:rPr>
        <w:t xml:space="preserve">  [Konu: Comparatives]</w:t>
      </w:r>
      <w:r>
        <w:rPr>
          <w:color w:val="B45A1E"/>
          <w:sz w:val="18"/>
        </w:rPr>
        <w:t xml:space="preserve">  ⚡ kisa sifat + -er</w:t>
      </w:r>
    </w:p>
    <w:p>
      <w:r>
        <w:rPr>
          <w:b/>
        </w:rPr>
        <w:t>Q26: D</w:t>
      </w:r>
      <w:r>
        <w:t xml:space="preserve"> — children</w:t>
      </w:r>
      <w:r>
        <w:rPr>
          <w:color w:val="808080"/>
          <w:sz w:val="18"/>
        </w:rPr>
        <w:t xml:space="preserve">  [Konu: Irregular Nouns]</w:t>
      </w:r>
      <w:r>
        <w:rPr>
          <w:color w:val="B45A1E"/>
          <w:sz w:val="18"/>
        </w:rPr>
        <w:t xml:space="preserve">  ⚡ child → children (duzensiz cogul)</w:t>
      </w:r>
    </w:p>
    <w:p>
      <w:r>
        <w:rPr>
          <w:b/>
        </w:rPr>
        <w:t>Q27: C</w:t>
      </w:r>
      <w:r>
        <w:t xml:space="preserve"> — before</w:t>
      </w:r>
      <w:r>
        <w:rPr>
          <w:color w:val="808080"/>
          <w:sz w:val="18"/>
        </w:rPr>
        <w:t xml:space="preserve">  [Konu: before / after]</w:t>
      </w:r>
      <w:r>
        <w:rPr>
          <w:color w:val="B45A1E"/>
          <w:sz w:val="18"/>
        </w:rPr>
        <w:t xml:space="preserve">  ⚡ before + ozne + fiil</w:t>
      </w:r>
    </w:p>
    <w:p>
      <w:r>
        <w:rPr>
          <w:b/>
        </w:rPr>
        <w:t>Q28: A</w:t>
      </w:r>
      <w:r>
        <w:t xml:space="preserve"> — us</w:t>
      </w:r>
      <w:r>
        <w:rPr>
          <w:color w:val="808080"/>
          <w:sz w:val="18"/>
        </w:rPr>
        <w:t xml:space="preserve">  [Konu: Object Pronouns (us/them/it)]</w:t>
      </w:r>
      <w:r>
        <w:rPr>
          <w:color w:val="B45A1E"/>
          <w:sz w:val="18"/>
        </w:rPr>
        <w:t xml:space="preserve">  ⚡ Fiilden sonra object pronoun</w:t>
      </w:r>
    </w:p>
    <w:p>
      <w:r>
        <w:rPr>
          <w:b/>
        </w:rPr>
        <w:t>Q29: B</w:t>
      </w:r>
      <w:r>
        <w:t xml:space="preserve"> — can</w:t>
      </w:r>
      <w:r>
        <w:rPr>
          <w:color w:val="808080"/>
          <w:sz w:val="18"/>
        </w:rPr>
        <w:t xml:space="preserve">  [Konu: Soru-Cevap Kalip Eslesmesi]</w:t>
      </w:r>
      <w:r>
        <w:rPr>
          <w:color w:val="B45A1E"/>
          <w:sz w:val="18"/>
        </w:rPr>
        <w:t xml:space="preserve">  ⚡ Has got sorusu → can cevabi (kalip tugasi)</w:t>
      </w:r>
    </w:p>
    <w:p>
      <w:r>
        <w:rPr>
          <w:b/>
        </w:rPr>
        <w:t>Q30: B</w:t>
      </w:r>
      <w:r>
        <w:t xml:space="preserve"> — is</w:t>
      </w:r>
      <w:r>
        <w:rPr>
          <w:color w:val="808080"/>
          <w:sz w:val="18"/>
        </w:rPr>
        <w:t xml:space="preserve">  [Konu: Diyalogda Kalip Cakismasi]</w:t>
      </w:r>
      <w:r>
        <w:rPr>
          <w:color w:val="B45A1E"/>
          <w:sz w:val="18"/>
        </w:rPr>
        <w:t xml:space="preserve">  ⚡ Can sorusu → is cevabi (kalip cakismasi)</w:t>
      </w:r>
    </w:p>
    <w:p/>
    <w:p>
      <w:r>
        <w:rPr>
          <w:i/>
          <w:color w:val="646464"/>
          <w:sz w:val="18"/>
        </w:rPr>
        <w:t>Kapsam: KKTC MEB 5. Sinif Ingilizce mufredati (Units 1-9) • Seviye: A1 • 27 trik noktasi baz alinmistir.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