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b/>
          <w:i w:val="0"/>
          <w:color w:val="2E5E8C"/>
          <w:sz w:val="34"/>
          <w:u w:val="none"/>
        </w:rPr>
        <w:t>SINIF 5 - İNGİLİZCE MODÜL 1</w:t>
      </w:r>
    </w:p>
    <w:p>
      <w:pPr>
        <w:spacing w:after="160"/>
        <w:jc w:val="center"/>
      </w:pPr>
      <w:r>
        <w:rPr>
          <w:b w:val="0"/>
          <w:i/>
          <w:color w:val="666666"/>
          <w:sz w:val="22"/>
          <w:u w:val="none"/>
        </w:rPr>
        <w:t>UNIT 1 | Jobs - Parts of the Body - Keep it Clean - Present Simple | 128 Soru</w:t>
      </w:r>
    </w:p>
    <w:p>
      <w:pPr>
        <w:spacing w:after="200"/>
      </w:pPr>
      <w:r>
        <w:rPr>
          <w:b/>
          <w:i w:val="0"/>
          <w:sz w:val="20"/>
          <w:u w:val="none"/>
        </w:rPr>
        <w:t xml:space="preserve">Ad Soyad: </w:t>
      </w:r>
      <w:r>
        <w:rPr>
          <w:b w:val="0"/>
          <w:i w:val="0"/>
          <w:color w:val="666666"/>
          <w:sz w:val="20"/>
          <w:u w:val="none"/>
        </w:rPr>
        <w:t xml:space="preserve">..............................   </w:t>
      </w:r>
    </w:p>
    <w:p>
      <w:pPr>
        <w:keepNext/>
        <w:spacing w:before="240" w:after="80"/>
        <w:pBdr>
          <w:bottom w:val="single" w:sz="10" w:color="2E5E8C" w:space="4"/>
        </w:pBdr>
      </w:pPr>
      <w:r>
        <w:rPr>
          <w:b/>
          <w:i w:val="0"/>
          <w:color w:val="2E5E8C"/>
          <w:sz w:val="26"/>
          <w:u w:val="none"/>
        </w:rPr>
        <w:t>UNIT 1 - Jobs</w:t>
      </w:r>
    </w:p>
    <w:p>
      <w:pPr>
        <w:keepNext/>
        <w:spacing w:after="120"/>
      </w:pPr>
      <w:r>
        <w:rPr>
          <w:b w:val="0"/>
          <w:i w:val="0"/>
          <w:color w:val="2E5E8C"/>
          <w:sz w:val="20"/>
          <w:u w:val="none"/>
        </w:rPr>
        <w:t xml:space="preserve">▶ </w:t>
      </w:r>
      <w:r>
        <w:rPr>
          <w:b w:val="0"/>
          <w:i/>
          <w:color w:val="666666"/>
          <w:sz w:val="20"/>
          <w:u w:val="none"/>
        </w:rPr>
        <w:t>Match the words with their meanings. (1 - 20)</w:t>
      </w:r>
    </w:p>
    <w:tbl>
      <w:tblPr>
        <w:tblStyle w:val="TableGrid"/>
        <w:tblW w:type="auto" w:w="0"/>
        <w:jc w:val="center"/>
        <w:tblLayout w:type="fixed"/>
        <w:tblLook w:firstColumn="1" w:firstRow="1" w:lastColumn="0" w:lastRow="0" w:noHBand="0" w:noVBand="1" w:val="04A0"/>
      </w:tblPr>
      <w:tblGrid>
        <w:gridCol w:w="2466"/>
        <w:gridCol w:w="2466"/>
        <w:gridCol w:w="2466"/>
        <w:gridCol w:w="2466"/>
      </w:tblGrid>
      <w:tr>
        <w:trPr>
          <w:cantSplit/>
        </w:trPr>
        <w:tc>
          <w:tcPr>
            <w:tcW w:type="dxa" w:w="2835"/>
            <w:shd w:val="clear" w:fill="E8EEF7"/>
          </w:tcPr>
          <w:p>
            <w:pPr>
              <w:keepNext/>
              <w:jc w:val="center"/>
            </w:pPr>
            <w:r>
              <w:rPr>
                <w:b/>
                <w:i w:val="0"/>
                <w:sz w:val="20"/>
                <w:u w:val="none"/>
              </w:rPr>
              <w:t>English</w:t>
            </w:r>
          </w:p>
        </w:tc>
        <w:tc>
          <w:tcPr>
            <w:tcW w:type="dxa" w:w="1984"/>
            <w:shd w:val="clear" w:fill="E8EEF7"/>
          </w:tcPr>
          <w:p>
            <w:pPr>
              <w:keepNext/>
              <w:jc w:val="center"/>
            </w:pPr>
            <w:r>
              <w:rPr>
                <w:b/>
                <w:i w:val="0"/>
                <w:sz w:val="20"/>
                <w:u w:val="none"/>
              </w:rPr>
              <w:t>Türkçe</w:t>
            </w:r>
          </w:p>
        </w:tc>
        <w:tc>
          <w:tcPr>
            <w:tcW w:type="dxa" w:w="2835"/>
            <w:shd w:val="clear" w:fill="E8EEF7"/>
          </w:tcPr>
          <w:p>
            <w:pPr>
              <w:keepNext/>
              <w:jc w:val="center"/>
            </w:pPr>
            <w:r>
              <w:rPr>
                <w:b/>
                <w:i w:val="0"/>
                <w:sz w:val="20"/>
                <w:u w:val="none"/>
              </w:rPr>
              <w:t>English</w:t>
            </w:r>
          </w:p>
        </w:tc>
        <w:tc>
          <w:tcPr>
            <w:tcW w:type="dxa" w:w="1984"/>
            <w:shd w:val="clear" w:fill="E8EEF7"/>
          </w:tcPr>
          <w:p>
            <w:pPr>
              <w:keepNext/>
              <w:jc w:val="center"/>
            </w:pPr>
            <w:r>
              <w:rPr>
                <w:b/>
                <w:i w:val="0"/>
                <w:sz w:val="20"/>
                <w:u w:val="none"/>
              </w:rPr>
              <w:t>Türkçe</w:t>
            </w:r>
          </w:p>
        </w:tc>
      </w:tr>
      <w:tr>
        <w:trPr>
          <w:cantSplit/>
        </w:trPr>
        <w:tc>
          <w:tcPr>
            <w:tcW w:type="dxa" w:w="2835"/>
          </w:tcPr>
          <w:p>
            <w:pPr>
              <w:keepNext/>
              <w:jc w:val="left"/>
            </w:pPr>
            <w:r>
              <w:rPr>
                <w:b w:val="0"/>
                <w:i w:val="0"/>
                <w:sz w:val="20"/>
                <w:u w:val="none"/>
              </w:rPr>
              <w:t>1) Wash</w:t>
            </w:r>
          </w:p>
        </w:tc>
        <w:tc>
          <w:tcPr>
            <w:tcW w:type="dxa" w:w="1984"/>
          </w:tcPr>
          <w:p>
            <w:pPr>
              <w:keepNext/>
            </w:pPr>
            <w:r>
              <w:rPr>
                <w:b w:val="0"/>
                <w:i w:val="0"/>
                <w:sz w:val="20"/>
                <w:u w:val="none"/>
              </w:rPr>
              <w:t>A) Gülmek</w:t>
            </w:r>
          </w:p>
        </w:tc>
        <w:tc>
          <w:tcPr>
            <w:tcW w:type="dxa" w:w="2835"/>
          </w:tcPr>
          <w:p>
            <w:pPr>
              <w:keepNext/>
            </w:pPr>
            <w:r>
              <w:rPr>
                <w:b w:val="0"/>
                <w:i w:val="0"/>
                <w:sz w:val="20"/>
                <w:u w:val="none"/>
              </w:rPr>
              <w:t>11) Sneeze</w:t>
            </w:r>
          </w:p>
        </w:tc>
        <w:tc>
          <w:tcPr>
            <w:tcW w:type="dxa" w:w="1984"/>
          </w:tcPr>
          <w:p>
            <w:pPr>
              <w:keepNext/>
            </w:pPr>
            <w:r>
              <w:rPr>
                <w:b w:val="0"/>
                <w:i w:val="0"/>
                <w:sz w:val="20"/>
                <w:u w:val="none"/>
              </w:rPr>
              <w:t>K) Satın almak</w:t>
            </w:r>
          </w:p>
        </w:tc>
      </w:tr>
      <w:tr>
        <w:trPr>
          <w:cantSplit/>
        </w:trPr>
        <w:tc>
          <w:tcPr>
            <w:tcW w:type="dxa" w:w="2835"/>
          </w:tcPr>
          <w:p>
            <w:pPr>
              <w:keepNext/>
              <w:jc w:val="left"/>
            </w:pPr>
            <w:r>
              <w:rPr>
                <w:b w:val="0"/>
                <w:i w:val="0"/>
                <w:sz w:val="20"/>
                <w:u w:val="none"/>
              </w:rPr>
              <w:t>2) Talk</w:t>
            </w:r>
          </w:p>
        </w:tc>
        <w:tc>
          <w:tcPr>
            <w:tcW w:type="dxa" w:w="1984"/>
          </w:tcPr>
          <w:p>
            <w:pPr>
              <w:keepNext/>
            </w:pPr>
            <w:r>
              <w:rPr>
                <w:b w:val="0"/>
                <w:i w:val="0"/>
                <w:sz w:val="20"/>
                <w:u w:val="none"/>
              </w:rPr>
              <w:t>B) Çalışmak, işlemek</w:t>
            </w:r>
          </w:p>
        </w:tc>
        <w:tc>
          <w:tcPr>
            <w:tcW w:type="dxa" w:w="2835"/>
          </w:tcPr>
          <w:p>
            <w:pPr>
              <w:keepNext/>
            </w:pPr>
            <w:r>
              <w:rPr>
                <w:b w:val="0"/>
                <w:i w:val="0"/>
                <w:sz w:val="20"/>
                <w:u w:val="none"/>
              </w:rPr>
              <w:t>12) Work</w:t>
            </w:r>
          </w:p>
        </w:tc>
        <w:tc>
          <w:tcPr>
            <w:tcW w:type="dxa" w:w="1984"/>
          </w:tcPr>
          <w:p>
            <w:pPr>
              <w:keepNext/>
            </w:pPr>
            <w:r>
              <w:rPr>
                <w:b w:val="0"/>
                <w:i w:val="0"/>
                <w:sz w:val="20"/>
                <w:u w:val="none"/>
              </w:rPr>
              <w:t>L) Giymek, takmak</w:t>
            </w:r>
          </w:p>
        </w:tc>
      </w:tr>
      <w:tr>
        <w:trPr>
          <w:cantSplit/>
        </w:trPr>
        <w:tc>
          <w:tcPr>
            <w:tcW w:type="dxa" w:w="2835"/>
          </w:tcPr>
          <w:p>
            <w:pPr>
              <w:keepNext/>
              <w:jc w:val="left"/>
            </w:pPr>
            <w:r>
              <w:rPr>
                <w:b w:val="0"/>
                <w:i w:val="0"/>
                <w:sz w:val="20"/>
                <w:u w:val="none"/>
              </w:rPr>
              <w:t>3) Fly</w:t>
            </w:r>
          </w:p>
        </w:tc>
        <w:tc>
          <w:tcPr>
            <w:tcW w:type="dxa" w:w="1984"/>
          </w:tcPr>
          <w:p>
            <w:pPr>
              <w:keepNext/>
            </w:pPr>
            <w:r>
              <w:rPr>
                <w:b w:val="0"/>
                <w:i w:val="0"/>
                <w:sz w:val="20"/>
                <w:u w:val="none"/>
              </w:rPr>
              <w:t>C) Yıkamak</w:t>
            </w:r>
          </w:p>
        </w:tc>
        <w:tc>
          <w:tcPr>
            <w:tcW w:type="dxa" w:w="2835"/>
          </w:tcPr>
          <w:p>
            <w:pPr>
              <w:keepNext/>
            </w:pPr>
            <w:r>
              <w:rPr>
                <w:b w:val="0"/>
                <w:i w:val="0"/>
                <w:sz w:val="20"/>
                <w:u w:val="none"/>
              </w:rPr>
              <w:t>13) Put on</w:t>
            </w:r>
          </w:p>
        </w:tc>
        <w:tc>
          <w:tcPr>
            <w:tcW w:type="dxa" w:w="1984"/>
          </w:tcPr>
          <w:p>
            <w:pPr>
              <w:keepNext/>
            </w:pPr>
            <w:r>
              <w:rPr>
                <w:b w:val="0"/>
                <w:i w:val="0"/>
                <w:sz w:val="20"/>
                <w:u w:val="none"/>
              </w:rPr>
              <w:t>M) Konuşmak</w:t>
            </w:r>
          </w:p>
        </w:tc>
      </w:tr>
      <w:tr>
        <w:trPr>
          <w:cantSplit/>
        </w:trPr>
        <w:tc>
          <w:tcPr>
            <w:tcW w:type="dxa" w:w="2835"/>
          </w:tcPr>
          <w:p>
            <w:pPr>
              <w:keepNext/>
              <w:jc w:val="left"/>
            </w:pPr>
            <w:r>
              <w:rPr>
                <w:b w:val="0"/>
                <w:i w:val="0"/>
                <w:sz w:val="20"/>
                <w:u w:val="none"/>
              </w:rPr>
              <w:t>4) Come</w:t>
            </w:r>
          </w:p>
        </w:tc>
        <w:tc>
          <w:tcPr>
            <w:tcW w:type="dxa" w:w="1984"/>
          </w:tcPr>
          <w:p>
            <w:pPr>
              <w:keepNext/>
            </w:pPr>
            <w:r>
              <w:rPr>
                <w:b w:val="0"/>
                <w:i w:val="0"/>
                <w:sz w:val="20"/>
                <w:u w:val="none"/>
              </w:rPr>
              <w:t>D) Taşımak</w:t>
            </w:r>
          </w:p>
        </w:tc>
        <w:tc>
          <w:tcPr>
            <w:tcW w:type="dxa" w:w="2835"/>
          </w:tcPr>
          <w:p>
            <w:pPr>
              <w:keepNext/>
            </w:pPr>
            <w:r>
              <w:rPr>
                <w:b w:val="0"/>
                <w:i w:val="0"/>
                <w:sz w:val="20"/>
                <w:u w:val="none"/>
              </w:rPr>
              <w:t>14) Laugh</w:t>
            </w:r>
          </w:p>
        </w:tc>
        <w:tc>
          <w:tcPr>
            <w:tcW w:type="dxa" w:w="1984"/>
          </w:tcPr>
          <w:p>
            <w:pPr>
              <w:keepNext/>
            </w:pPr>
            <w:r>
              <w:rPr>
                <w:b w:val="0"/>
                <w:i w:val="0"/>
                <w:sz w:val="20"/>
                <w:u w:val="none"/>
              </w:rPr>
              <w:t>N) Yürümek</w:t>
            </w:r>
          </w:p>
        </w:tc>
      </w:tr>
      <w:tr>
        <w:trPr>
          <w:cantSplit/>
        </w:trPr>
        <w:tc>
          <w:tcPr>
            <w:tcW w:type="dxa" w:w="2835"/>
          </w:tcPr>
          <w:p>
            <w:pPr>
              <w:keepNext/>
              <w:jc w:val="left"/>
            </w:pPr>
            <w:r>
              <w:rPr>
                <w:b w:val="0"/>
                <w:i w:val="0"/>
                <w:sz w:val="20"/>
                <w:u w:val="none"/>
              </w:rPr>
              <w:t>5) Sit</w:t>
            </w:r>
          </w:p>
        </w:tc>
        <w:tc>
          <w:tcPr>
            <w:tcW w:type="dxa" w:w="1984"/>
          </w:tcPr>
          <w:p>
            <w:pPr>
              <w:keepNext/>
            </w:pPr>
            <w:r>
              <w:rPr>
                <w:b w:val="0"/>
                <w:i w:val="0"/>
                <w:sz w:val="20"/>
                <w:u w:val="none"/>
              </w:rPr>
              <w:t>E) İzlemek</w:t>
            </w:r>
          </w:p>
        </w:tc>
        <w:tc>
          <w:tcPr>
            <w:tcW w:type="dxa" w:w="2835"/>
          </w:tcPr>
          <w:p>
            <w:pPr>
              <w:keepNext/>
            </w:pPr>
            <w:r>
              <w:rPr>
                <w:b w:val="0"/>
                <w:i w:val="0"/>
                <w:sz w:val="20"/>
                <w:u w:val="none"/>
              </w:rPr>
              <w:t>15) Repeat</w:t>
            </w:r>
          </w:p>
        </w:tc>
        <w:tc>
          <w:tcPr>
            <w:tcW w:type="dxa" w:w="1984"/>
          </w:tcPr>
          <w:p>
            <w:pPr>
              <w:keepNext/>
            </w:pPr>
            <w:r>
              <w:rPr>
                <w:b w:val="0"/>
                <w:i w:val="0"/>
                <w:sz w:val="20"/>
                <w:u w:val="none"/>
              </w:rPr>
              <w:t>O) Tekrarlamak</w:t>
            </w:r>
          </w:p>
        </w:tc>
      </w:tr>
      <w:tr>
        <w:trPr>
          <w:cantSplit/>
        </w:trPr>
        <w:tc>
          <w:tcPr>
            <w:tcW w:type="dxa" w:w="2835"/>
          </w:tcPr>
          <w:p>
            <w:pPr>
              <w:keepNext/>
              <w:jc w:val="left"/>
            </w:pPr>
            <w:r>
              <w:rPr>
                <w:b w:val="0"/>
                <w:i w:val="0"/>
                <w:sz w:val="20"/>
                <w:u w:val="none"/>
              </w:rPr>
              <w:t>6) Watch</w:t>
            </w:r>
          </w:p>
        </w:tc>
        <w:tc>
          <w:tcPr>
            <w:tcW w:type="dxa" w:w="1984"/>
          </w:tcPr>
          <w:p>
            <w:pPr>
              <w:keepNext/>
            </w:pPr>
            <w:r>
              <w:rPr>
                <w:b w:val="0"/>
                <w:i w:val="0"/>
                <w:sz w:val="20"/>
                <w:u w:val="none"/>
              </w:rPr>
              <w:t>F) İçeri girmek</w:t>
            </w:r>
          </w:p>
        </w:tc>
        <w:tc>
          <w:tcPr>
            <w:tcW w:type="dxa" w:w="2835"/>
          </w:tcPr>
          <w:p>
            <w:pPr>
              <w:keepNext/>
            </w:pPr>
            <w:r>
              <w:rPr>
                <w:b w:val="0"/>
                <w:i w:val="0"/>
                <w:sz w:val="20"/>
                <w:u w:val="none"/>
              </w:rPr>
              <w:t>16) Wear</w:t>
            </w:r>
          </w:p>
        </w:tc>
        <w:tc>
          <w:tcPr>
            <w:tcW w:type="dxa" w:w="1984"/>
          </w:tcPr>
          <w:p>
            <w:pPr>
              <w:keepNext/>
            </w:pPr>
            <w:r>
              <w:rPr>
                <w:b w:val="0"/>
                <w:i w:val="0"/>
                <w:sz w:val="20"/>
                <w:u w:val="none"/>
              </w:rPr>
              <w:t>P) Sahip olmak, yapmak</w:t>
            </w:r>
          </w:p>
        </w:tc>
      </w:tr>
      <w:tr>
        <w:trPr>
          <w:cantSplit/>
        </w:trPr>
        <w:tc>
          <w:tcPr>
            <w:tcW w:type="dxa" w:w="2835"/>
          </w:tcPr>
          <w:p>
            <w:pPr>
              <w:keepNext/>
              <w:jc w:val="left"/>
            </w:pPr>
            <w:r>
              <w:rPr>
                <w:b w:val="0"/>
                <w:i w:val="0"/>
                <w:sz w:val="20"/>
                <w:u w:val="none"/>
              </w:rPr>
              <w:t>7) Carry</w:t>
            </w:r>
          </w:p>
        </w:tc>
        <w:tc>
          <w:tcPr>
            <w:tcW w:type="dxa" w:w="1984"/>
          </w:tcPr>
          <w:p>
            <w:pPr>
              <w:keepNext/>
            </w:pPr>
            <w:r>
              <w:rPr>
                <w:b w:val="0"/>
                <w:i w:val="0"/>
                <w:sz w:val="20"/>
                <w:u w:val="none"/>
              </w:rPr>
              <w:t>G) Oturmak</w:t>
            </w:r>
          </w:p>
        </w:tc>
        <w:tc>
          <w:tcPr>
            <w:tcW w:type="dxa" w:w="2835"/>
          </w:tcPr>
          <w:p>
            <w:pPr>
              <w:keepNext/>
            </w:pPr>
            <w:r>
              <w:rPr>
                <w:b w:val="0"/>
                <w:i w:val="0"/>
                <w:sz w:val="20"/>
                <w:u w:val="none"/>
              </w:rPr>
              <w:t>17) Brush</w:t>
            </w:r>
          </w:p>
        </w:tc>
        <w:tc>
          <w:tcPr>
            <w:tcW w:type="dxa" w:w="1984"/>
          </w:tcPr>
          <w:p>
            <w:pPr>
              <w:keepNext/>
            </w:pPr>
            <w:r>
              <w:rPr>
                <w:b w:val="0"/>
                <w:i w:val="0"/>
                <w:sz w:val="20"/>
                <w:u w:val="none"/>
              </w:rPr>
              <w:t>Q) Fırçalamak</w:t>
            </w:r>
          </w:p>
        </w:tc>
      </w:tr>
      <w:tr>
        <w:trPr>
          <w:cantSplit/>
        </w:trPr>
        <w:tc>
          <w:tcPr>
            <w:tcW w:type="dxa" w:w="2835"/>
          </w:tcPr>
          <w:p>
            <w:pPr>
              <w:keepNext/>
              <w:jc w:val="left"/>
            </w:pPr>
            <w:r>
              <w:rPr>
                <w:b w:val="0"/>
                <w:i w:val="0"/>
                <w:sz w:val="20"/>
                <w:u w:val="none"/>
              </w:rPr>
              <w:t>8) Have</w:t>
            </w:r>
          </w:p>
        </w:tc>
        <w:tc>
          <w:tcPr>
            <w:tcW w:type="dxa" w:w="1984"/>
          </w:tcPr>
          <w:p>
            <w:pPr>
              <w:keepNext/>
            </w:pPr>
            <w:r>
              <w:rPr>
                <w:b w:val="0"/>
                <w:i w:val="0"/>
                <w:sz w:val="20"/>
                <w:u w:val="none"/>
              </w:rPr>
              <w:t>H) Hapşırmak</w:t>
            </w:r>
          </w:p>
        </w:tc>
        <w:tc>
          <w:tcPr>
            <w:tcW w:type="dxa" w:w="2835"/>
          </w:tcPr>
          <w:p>
            <w:pPr>
              <w:keepNext/>
            </w:pPr>
            <w:r>
              <w:rPr>
                <w:b w:val="0"/>
                <w:i w:val="0"/>
                <w:sz w:val="20"/>
                <w:u w:val="none"/>
              </w:rPr>
              <w:t>18) Climb</w:t>
            </w:r>
          </w:p>
        </w:tc>
        <w:tc>
          <w:tcPr>
            <w:tcW w:type="dxa" w:w="1984"/>
          </w:tcPr>
          <w:p>
            <w:pPr>
              <w:keepNext/>
            </w:pPr>
            <w:r>
              <w:rPr>
                <w:b w:val="0"/>
                <w:i w:val="0"/>
                <w:sz w:val="20"/>
                <w:u w:val="none"/>
              </w:rPr>
              <w:t>R) Tırmanmak</w:t>
            </w:r>
          </w:p>
        </w:tc>
      </w:tr>
      <w:tr>
        <w:trPr>
          <w:cantSplit/>
        </w:trPr>
        <w:tc>
          <w:tcPr>
            <w:tcW w:type="dxa" w:w="2835"/>
          </w:tcPr>
          <w:p>
            <w:pPr>
              <w:keepNext/>
              <w:jc w:val="left"/>
            </w:pPr>
            <w:r>
              <w:rPr>
                <w:b w:val="0"/>
                <w:i w:val="0"/>
                <w:sz w:val="20"/>
                <w:u w:val="none"/>
              </w:rPr>
              <w:t>9) Walk</w:t>
            </w:r>
          </w:p>
        </w:tc>
        <w:tc>
          <w:tcPr>
            <w:tcW w:type="dxa" w:w="1984"/>
          </w:tcPr>
          <w:p>
            <w:pPr>
              <w:keepNext/>
            </w:pPr>
            <w:r>
              <w:rPr>
                <w:b w:val="0"/>
                <w:i w:val="0"/>
                <w:sz w:val="20"/>
                <w:u w:val="none"/>
              </w:rPr>
              <w:t>I) Gelmek</w:t>
            </w:r>
          </w:p>
        </w:tc>
        <w:tc>
          <w:tcPr>
            <w:tcW w:type="dxa" w:w="2835"/>
          </w:tcPr>
          <w:p>
            <w:pPr>
              <w:keepNext/>
            </w:pPr>
            <w:r>
              <w:rPr>
                <w:b w:val="0"/>
                <w:i w:val="0"/>
                <w:sz w:val="20"/>
                <w:u w:val="none"/>
              </w:rPr>
              <w:t>19) Come in</w:t>
            </w:r>
          </w:p>
        </w:tc>
        <w:tc>
          <w:tcPr>
            <w:tcW w:type="dxa" w:w="1984"/>
          </w:tcPr>
          <w:p>
            <w:pPr>
              <w:keepNext/>
            </w:pPr>
            <w:r>
              <w:rPr>
                <w:b w:val="0"/>
                <w:i w:val="0"/>
                <w:sz w:val="20"/>
                <w:u w:val="none"/>
              </w:rPr>
              <w:t>S) Beklemek</w:t>
            </w:r>
          </w:p>
        </w:tc>
      </w:tr>
      <w:tr>
        <w:trPr>
          <w:cantSplit/>
        </w:trPr>
        <w:tc>
          <w:tcPr>
            <w:tcW w:type="dxa" w:w="2835"/>
          </w:tcPr>
          <w:p>
            <w:pPr>
              <w:keepNext/>
              <w:jc w:val="left"/>
            </w:pPr>
            <w:r>
              <w:rPr>
                <w:b w:val="0"/>
                <w:i w:val="0"/>
                <w:sz w:val="20"/>
                <w:u w:val="none"/>
              </w:rPr>
              <w:t>10) Buy</w:t>
            </w:r>
          </w:p>
        </w:tc>
        <w:tc>
          <w:tcPr>
            <w:tcW w:type="dxa" w:w="1984"/>
          </w:tcPr>
          <w:p>
            <w:pPr>
              <w:keepNext/>
            </w:pPr>
            <w:r>
              <w:rPr>
                <w:b w:val="0"/>
                <w:i w:val="0"/>
                <w:sz w:val="20"/>
                <w:u w:val="none"/>
              </w:rPr>
              <w:t>J) Koymak, takmak, giymek, giyinmek</w:t>
            </w:r>
          </w:p>
        </w:tc>
        <w:tc>
          <w:tcPr>
            <w:tcW w:type="dxa" w:w="2835"/>
          </w:tcPr>
          <w:p>
            <w:pPr>
              <w:keepNext/>
            </w:pPr>
            <w:r>
              <w:rPr>
                <w:b w:val="0"/>
                <w:i w:val="0"/>
                <w:sz w:val="20"/>
                <w:u w:val="none"/>
              </w:rPr>
              <w:t>20) Wait</w:t>
            </w:r>
          </w:p>
        </w:tc>
        <w:tc>
          <w:tcPr>
            <w:tcW w:type="dxa" w:w="1984"/>
          </w:tcPr>
          <w:p>
            <w:pPr>
              <w:keepNext/>
            </w:pPr>
            <w:r>
              <w:rPr>
                <w:b w:val="0"/>
                <w:i w:val="0"/>
                <w:sz w:val="20"/>
                <w:u w:val="none"/>
              </w:rPr>
              <w:t>T) Uçmak</w:t>
            </w:r>
          </w:p>
        </w:tc>
      </w:tr>
      <w:tr>
        <w:trPr>
          <w:cantSplit/>
        </w:trPr>
        <w:tc>
          <w:tcPr>
            <w:tcW w:type="dxa" w:w="2835"/>
          </w:tcPr>
          <w:p>
            <w:pPr>
              <w:keepNext/>
              <w:jc w:val="left"/>
            </w:pPr>
            <w:r>
              <w:rPr>
                <w:b w:val="0"/>
                <w:i w:val="0"/>
                <w:sz w:val="20"/>
                <w:u w:val="none"/>
              </w:rPr>
              <w:t>11) Sneeze</w:t>
            </w:r>
          </w:p>
        </w:tc>
        <w:tc>
          <w:tcPr>
            <w:tcW w:type="dxa" w:w="1984"/>
          </w:tcPr>
          <w:p>
            <w:pPr>
              <w:keepNext/>
            </w:pPr>
            <w:r>
              <w:rPr>
                <w:b w:val="0"/>
                <w:i w:val="0"/>
                <w:sz w:val="20"/>
                <w:u w:val="none"/>
              </w:rPr>
              <w:t>K) Satın almak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12) Work</w:t>
            </w:r>
          </w:p>
        </w:tc>
        <w:tc>
          <w:tcPr>
            <w:tcW w:type="dxa" w:w="1984"/>
          </w:tcPr>
          <w:p>
            <w:pPr>
              <w:keepNext/>
            </w:pPr>
            <w:r>
              <w:rPr>
                <w:b w:val="0"/>
                <w:i w:val="0"/>
                <w:sz w:val="20"/>
                <w:u w:val="none"/>
              </w:rPr>
              <w:t>L) Giymek, takmak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13) Put on</w:t>
            </w:r>
          </w:p>
        </w:tc>
        <w:tc>
          <w:tcPr>
            <w:tcW w:type="dxa" w:w="1984"/>
          </w:tcPr>
          <w:p>
            <w:pPr>
              <w:keepNext/>
            </w:pPr>
            <w:r>
              <w:rPr>
                <w:b w:val="0"/>
                <w:i w:val="0"/>
                <w:sz w:val="20"/>
                <w:u w:val="none"/>
              </w:rPr>
              <w:t>M) Konuşmak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14) Laugh</w:t>
            </w:r>
          </w:p>
        </w:tc>
        <w:tc>
          <w:tcPr>
            <w:tcW w:type="dxa" w:w="1984"/>
          </w:tcPr>
          <w:p>
            <w:pPr>
              <w:keepNext/>
            </w:pPr>
            <w:r>
              <w:rPr>
                <w:b w:val="0"/>
                <w:i w:val="0"/>
                <w:sz w:val="20"/>
                <w:u w:val="none"/>
              </w:rPr>
              <w:t>N) Yürümek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15) Repeat</w:t>
            </w:r>
          </w:p>
        </w:tc>
        <w:tc>
          <w:tcPr>
            <w:tcW w:type="dxa" w:w="1984"/>
          </w:tcPr>
          <w:p>
            <w:pPr>
              <w:keepNext/>
            </w:pPr>
            <w:r>
              <w:rPr>
                <w:b w:val="0"/>
                <w:i w:val="0"/>
                <w:sz w:val="20"/>
                <w:u w:val="none"/>
              </w:rPr>
              <w:t>O) Tekrarlamak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16) Wear</w:t>
            </w:r>
          </w:p>
        </w:tc>
        <w:tc>
          <w:tcPr>
            <w:tcW w:type="dxa" w:w="1984"/>
          </w:tcPr>
          <w:p>
            <w:pPr>
              <w:keepNext/>
            </w:pPr>
            <w:r>
              <w:rPr>
                <w:b w:val="0"/>
                <w:i w:val="0"/>
                <w:sz w:val="20"/>
                <w:u w:val="none"/>
              </w:rPr>
              <w:t>P) Sahip olmak, yapmak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17) Brush</w:t>
            </w:r>
          </w:p>
        </w:tc>
        <w:tc>
          <w:tcPr>
            <w:tcW w:type="dxa" w:w="1984"/>
          </w:tcPr>
          <w:p>
            <w:pPr>
              <w:keepNext/>
            </w:pPr>
            <w:r>
              <w:rPr>
                <w:b w:val="0"/>
                <w:i w:val="0"/>
                <w:sz w:val="20"/>
                <w:u w:val="none"/>
              </w:rPr>
              <w:t>Q) Fırçalamak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18) Climb</w:t>
            </w:r>
          </w:p>
        </w:tc>
        <w:tc>
          <w:tcPr>
            <w:tcW w:type="dxa" w:w="1984"/>
          </w:tcPr>
          <w:p>
            <w:pPr>
              <w:keepNext/>
            </w:pPr>
            <w:r>
              <w:rPr>
                <w:b w:val="0"/>
                <w:i w:val="0"/>
                <w:sz w:val="20"/>
                <w:u w:val="none"/>
              </w:rPr>
              <w:t>R) Tırmanmak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19) Come in</w:t>
            </w:r>
          </w:p>
        </w:tc>
        <w:tc>
          <w:tcPr>
            <w:tcW w:type="dxa" w:w="1984"/>
          </w:tcPr>
          <w:p>
            <w:pPr>
              <w:keepNext/>
            </w:pPr>
            <w:r>
              <w:rPr>
                <w:b w:val="0"/>
                <w:i w:val="0"/>
                <w:sz w:val="20"/>
                <w:u w:val="none"/>
              </w:rPr>
              <w:t>S) Beklemek</w:t>
            </w:r>
          </w:p>
        </w:tc>
        <w:tc>
          <w:tcPr>
            <w:tcW w:type="dxa" w:w="2835"/>
          </w:tcPr>
          <w:p>
            <w:pPr>
              <w:keepNext/>
            </w:pPr>
          </w:p>
        </w:tc>
        <w:tc>
          <w:tcPr>
            <w:tcW w:type="dxa" w:w="1984"/>
          </w:tcPr>
          <w:p>
            <w:pPr>
              <w:keepNext/>
            </w:pPr>
          </w:p>
        </w:tc>
      </w:tr>
      <w:tr>
        <w:trPr>
          <w:cantSplit/>
        </w:trPr>
        <w:tc>
          <w:tcPr>
            <w:tcW w:type="dxa" w:w="2835"/>
          </w:tcPr>
          <w:p>
            <w:pPr>
              <w:keepNext w:val="0"/>
              <w:jc w:val="left"/>
            </w:pPr>
            <w:r>
              <w:rPr>
                <w:b w:val="0"/>
                <w:i w:val="0"/>
                <w:sz w:val="20"/>
                <w:u w:val="none"/>
              </w:rPr>
              <w:t>20) Wait</w:t>
            </w:r>
          </w:p>
        </w:tc>
        <w:tc>
          <w:tcPr>
            <w:tcW w:type="dxa" w:w="1984"/>
          </w:tcPr>
          <w:p>
            <w:pPr>
              <w:keepNext w:val="0"/>
            </w:pPr>
            <w:r>
              <w:rPr>
                <w:b w:val="0"/>
                <w:i w:val="0"/>
                <w:sz w:val="20"/>
                <w:u w:val="none"/>
              </w:rPr>
              <w:t>T) Uçmak</w:t>
            </w:r>
          </w:p>
        </w:tc>
        <w:tc>
          <w:tcPr>
            <w:tcW w:type="dxa" w:w="2835"/>
          </w:tcPr>
          <w:p>
            <w:pPr>
              <w:keepNext w:val="0"/>
            </w:pPr>
          </w:p>
        </w:tc>
        <w:tc>
          <w:tcPr>
            <w:tcW w:type="dxa" w:w="1984"/>
          </w:tcPr>
          <w:p>
            <w:pPr>
              <w:keepNext w:val="0"/>
            </w:pPr>
          </w:p>
        </w:tc>
      </w:tr>
    </w:tbl>
    <w:p>
      <w:pPr>
        <w:spacing w:after="0"/>
      </w:pPr>
    </w:p>
    <w:p>
      <w:pPr>
        <w:keepNext/>
        <w:spacing w:before="240" w:after="80"/>
        <w:pBdr>
          <w:bottom w:val="single" w:sz="10" w:color="2E5E8C" w:space="4"/>
        </w:pBdr>
      </w:pPr>
      <w:r>
        <w:rPr>
          <w:b/>
          <w:i w:val="0"/>
          <w:color w:val="2E5E8C"/>
          <w:sz w:val="26"/>
          <w:u w:val="none"/>
        </w:rPr>
        <w:t>UNIT 1 - Parts of the Body</w:t>
      </w:r>
    </w:p>
    <w:p>
      <w:pPr>
        <w:keepNext/>
        <w:spacing w:after="120"/>
      </w:pPr>
      <w:r>
        <w:rPr>
          <w:b w:val="0"/>
          <w:i w:val="0"/>
          <w:color w:val="2E5E8C"/>
          <w:sz w:val="20"/>
          <w:u w:val="none"/>
        </w:rPr>
        <w:t xml:space="preserve">▶ </w:t>
      </w:r>
      <w:r>
        <w:rPr>
          <w:b w:val="0"/>
          <w:i/>
          <w:color w:val="666666"/>
          <w:sz w:val="20"/>
          <w:u w:val="none"/>
        </w:rPr>
        <w:t>Match the words with their meanings. (21 - 40)</w:t>
      </w:r>
    </w:p>
    <w:tbl>
      <w:tblPr>
        <w:tblStyle w:val="TableGrid"/>
        <w:tblW w:type="auto" w:w="0"/>
        <w:jc w:val="center"/>
        <w:tblLayout w:type="fixed"/>
        <w:tblLook w:firstColumn="1" w:firstRow="1" w:lastColumn="0" w:lastRow="0" w:noHBand="0" w:noVBand="1" w:val="04A0"/>
      </w:tblPr>
      <w:tblGrid>
        <w:gridCol w:w="2466"/>
        <w:gridCol w:w="2466"/>
        <w:gridCol w:w="2466"/>
        <w:gridCol w:w="2466"/>
      </w:tblGrid>
      <w:tr>
        <w:trPr>
          <w:cantSplit/>
        </w:trPr>
        <w:tc>
          <w:tcPr>
            <w:tcW w:type="dxa" w:w="2835"/>
            <w:shd w:val="clear" w:fill="E8EEF7"/>
          </w:tcPr>
          <w:p>
            <w:pPr>
              <w:keepNext/>
              <w:jc w:val="center"/>
            </w:pPr>
            <w:r>
              <w:rPr>
                <w:b/>
                <w:i w:val="0"/>
                <w:sz w:val="20"/>
                <w:u w:val="none"/>
              </w:rPr>
              <w:t>English</w:t>
            </w:r>
          </w:p>
        </w:tc>
        <w:tc>
          <w:tcPr>
            <w:tcW w:type="dxa" w:w="1984"/>
            <w:shd w:val="clear" w:fill="E8EEF7"/>
          </w:tcPr>
          <w:p>
            <w:pPr>
              <w:keepNext/>
              <w:jc w:val="center"/>
            </w:pPr>
            <w:r>
              <w:rPr>
                <w:b/>
                <w:i w:val="0"/>
                <w:sz w:val="20"/>
                <w:u w:val="none"/>
              </w:rPr>
              <w:t>Türkçe</w:t>
            </w:r>
          </w:p>
        </w:tc>
        <w:tc>
          <w:tcPr>
            <w:tcW w:type="dxa" w:w="2835"/>
            <w:shd w:val="clear" w:fill="E8EEF7"/>
          </w:tcPr>
          <w:p>
            <w:pPr>
              <w:keepNext/>
              <w:jc w:val="center"/>
            </w:pPr>
            <w:r>
              <w:rPr>
                <w:b/>
                <w:i w:val="0"/>
                <w:sz w:val="20"/>
                <w:u w:val="none"/>
              </w:rPr>
              <w:t>English</w:t>
            </w:r>
          </w:p>
        </w:tc>
        <w:tc>
          <w:tcPr>
            <w:tcW w:type="dxa" w:w="1984"/>
            <w:shd w:val="clear" w:fill="E8EEF7"/>
          </w:tcPr>
          <w:p>
            <w:pPr>
              <w:keepNext/>
              <w:jc w:val="center"/>
            </w:pPr>
            <w:r>
              <w:rPr>
                <w:b/>
                <w:i w:val="0"/>
                <w:sz w:val="20"/>
                <w:u w:val="none"/>
              </w:rPr>
              <w:t>Türkçe</w:t>
            </w:r>
          </w:p>
        </w:tc>
      </w:tr>
      <w:tr>
        <w:trPr>
          <w:cantSplit/>
        </w:trPr>
        <w:tc>
          <w:tcPr>
            <w:tcW w:type="dxa" w:w="2835"/>
          </w:tcPr>
          <w:p>
            <w:pPr>
              <w:keepNext/>
              <w:jc w:val="left"/>
            </w:pPr>
            <w:r>
              <w:rPr>
                <w:b w:val="0"/>
                <w:i w:val="0"/>
                <w:sz w:val="20"/>
                <w:u w:val="none"/>
              </w:rPr>
              <w:t>21) Knee</w:t>
            </w:r>
          </w:p>
        </w:tc>
        <w:tc>
          <w:tcPr>
            <w:tcW w:type="dxa" w:w="1984"/>
          </w:tcPr>
          <w:p>
            <w:pPr>
              <w:keepNext/>
            </w:pPr>
            <w:r>
              <w:rPr>
                <w:b w:val="0"/>
                <w:i w:val="0"/>
                <w:sz w:val="20"/>
                <w:u w:val="none"/>
              </w:rPr>
              <w:t>A) Kafa</w:t>
            </w:r>
          </w:p>
        </w:tc>
        <w:tc>
          <w:tcPr>
            <w:tcW w:type="dxa" w:w="2835"/>
          </w:tcPr>
          <w:p>
            <w:pPr>
              <w:keepNext/>
            </w:pPr>
            <w:r>
              <w:rPr>
                <w:b w:val="0"/>
                <w:i w:val="0"/>
                <w:sz w:val="20"/>
                <w:u w:val="none"/>
              </w:rPr>
              <w:t>31) Neck</w:t>
            </w:r>
          </w:p>
        </w:tc>
        <w:tc>
          <w:tcPr>
            <w:tcW w:type="dxa" w:w="1984"/>
          </w:tcPr>
          <w:p>
            <w:pPr>
              <w:keepNext/>
            </w:pPr>
            <w:r>
              <w:rPr>
                <w:b w:val="0"/>
                <w:i w:val="0"/>
                <w:sz w:val="20"/>
                <w:u w:val="none"/>
              </w:rPr>
              <w:t>K) Bacak</w:t>
            </w:r>
          </w:p>
        </w:tc>
      </w:tr>
      <w:tr>
        <w:trPr>
          <w:cantSplit/>
        </w:trPr>
        <w:tc>
          <w:tcPr>
            <w:tcW w:type="dxa" w:w="2835"/>
          </w:tcPr>
          <w:p>
            <w:pPr>
              <w:keepNext/>
              <w:jc w:val="left"/>
            </w:pPr>
            <w:r>
              <w:rPr>
                <w:b w:val="0"/>
                <w:i w:val="0"/>
                <w:sz w:val="20"/>
                <w:u w:val="none"/>
              </w:rPr>
              <w:t>22) Mouth</w:t>
            </w:r>
          </w:p>
        </w:tc>
        <w:tc>
          <w:tcPr>
            <w:tcW w:type="dxa" w:w="1984"/>
          </w:tcPr>
          <w:p>
            <w:pPr>
              <w:keepNext/>
            </w:pPr>
            <w:r>
              <w:rPr>
                <w:b w:val="0"/>
                <w:i w:val="0"/>
                <w:sz w:val="20"/>
                <w:u w:val="none"/>
              </w:rPr>
              <w:t>B) Omuz</w:t>
            </w:r>
          </w:p>
        </w:tc>
        <w:tc>
          <w:tcPr>
            <w:tcW w:type="dxa" w:w="2835"/>
          </w:tcPr>
          <w:p>
            <w:pPr>
              <w:keepNext/>
            </w:pPr>
            <w:r>
              <w:rPr>
                <w:b w:val="0"/>
                <w:i w:val="0"/>
                <w:sz w:val="20"/>
                <w:u w:val="none"/>
              </w:rPr>
              <w:t>32) Tooth / teeth</w:t>
            </w:r>
          </w:p>
        </w:tc>
        <w:tc>
          <w:tcPr>
            <w:tcW w:type="dxa" w:w="1984"/>
          </w:tcPr>
          <w:p>
            <w:pPr>
              <w:keepNext/>
            </w:pPr>
            <w:r>
              <w:rPr>
                <w:b w:val="0"/>
                <w:i w:val="0"/>
                <w:sz w:val="20"/>
                <w:u w:val="none"/>
              </w:rPr>
              <w:t>L) Kulak</w:t>
            </w:r>
          </w:p>
        </w:tc>
      </w:tr>
      <w:tr>
        <w:trPr>
          <w:cantSplit/>
        </w:trPr>
        <w:tc>
          <w:tcPr>
            <w:tcW w:type="dxa" w:w="2835"/>
          </w:tcPr>
          <w:p>
            <w:pPr>
              <w:keepNext/>
              <w:jc w:val="left"/>
            </w:pPr>
            <w:r>
              <w:rPr>
                <w:b w:val="0"/>
                <w:i w:val="0"/>
                <w:sz w:val="20"/>
                <w:u w:val="none"/>
              </w:rPr>
              <w:t>23) Shoulder</w:t>
            </w:r>
          </w:p>
        </w:tc>
        <w:tc>
          <w:tcPr>
            <w:tcW w:type="dxa" w:w="1984"/>
          </w:tcPr>
          <w:p>
            <w:pPr>
              <w:keepNext/>
            </w:pPr>
            <w:r>
              <w:rPr>
                <w:b w:val="0"/>
                <w:i w:val="0"/>
                <w:sz w:val="20"/>
                <w:u w:val="none"/>
              </w:rPr>
              <w:t>C) Ayak parmağı</w:t>
            </w:r>
          </w:p>
        </w:tc>
        <w:tc>
          <w:tcPr>
            <w:tcW w:type="dxa" w:w="2835"/>
          </w:tcPr>
          <w:p>
            <w:pPr>
              <w:keepNext/>
            </w:pPr>
            <w:r>
              <w:rPr>
                <w:b w:val="0"/>
                <w:i w:val="0"/>
                <w:sz w:val="20"/>
                <w:u w:val="none"/>
              </w:rPr>
              <w:t>33) Ear</w:t>
            </w:r>
          </w:p>
        </w:tc>
        <w:tc>
          <w:tcPr>
            <w:tcW w:type="dxa" w:w="1984"/>
          </w:tcPr>
          <w:p>
            <w:pPr>
              <w:keepNext/>
            </w:pPr>
            <w:r>
              <w:rPr>
                <w:b w:val="0"/>
                <w:i w:val="0"/>
                <w:sz w:val="20"/>
                <w:u w:val="none"/>
              </w:rPr>
              <w:t>M) Beyin</w:t>
            </w:r>
          </w:p>
        </w:tc>
      </w:tr>
      <w:tr>
        <w:trPr>
          <w:cantSplit/>
        </w:trPr>
        <w:tc>
          <w:tcPr>
            <w:tcW w:type="dxa" w:w="2835"/>
          </w:tcPr>
          <w:p>
            <w:pPr>
              <w:keepNext/>
              <w:jc w:val="left"/>
            </w:pPr>
            <w:r>
              <w:rPr>
                <w:b w:val="0"/>
                <w:i w:val="0"/>
                <w:sz w:val="20"/>
                <w:u w:val="none"/>
              </w:rPr>
              <w:t>24) Elbow</w:t>
            </w:r>
          </w:p>
        </w:tc>
        <w:tc>
          <w:tcPr>
            <w:tcW w:type="dxa" w:w="1984"/>
          </w:tcPr>
          <w:p>
            <w:pPr>
              <w:keepNext/>
            </w:pPr>
            <w:r>
              <w:rPr>
                <w:b w:val="0"/>
                <w:i w:val="0"/>
                <w:sz w:val="20"/>
                <w:u w:val="none"/>
              </w:rPr>
              <w:t>D) Yüz</w:t>
            </w:r>
          </w:p>
        </w:tc>
        <w:tc>
          <w:tcPr>
            <w:tcW w:type="dxa" w:w="2835"/>
          </w:tcPr>
          <w:p>
            <w:pPr>
              <w:keepNext/>
            </w:pPr>
            <w:r>
              <w:rPr>
                <w:b w:val="0"/>
                <w:i w:val="0"/>
                <w:sz w:val="20"/>
                <w:u w:val="none"/>
              </w:rPr>
              <w:t>34) Tongue</w:t>
            </w:r>
          </w:p>
        </w:tc>
        <w:tc>
          <w:tcPr>
            <w:tcW w:type="dxa" w:w="1984"/>
          </w:tcPr>
          <w:p>
            <w:pPr>
              <w:keepNext/>
            </w:pPr>
            <w:r>
              <w:rPr>
                <w:b w:val="0"/>
                <w:i w:val="0"/>
                <w:sz w:val="20"/>
                <w:u w:val="none"/>
              </w:rPr>
              <w:t>N) Diz</w:t>
            </w:r>
          </w:p>
        </w:tc>
      </w:tr>
      <w:tr>
        <w:trPr>
          <w:cantSplit/>
        </w:trPr>
        <w:tc>
          <w:tcPr>
            <w:tcW w:type="dxa" w:w="2835"/>
          </w:tcPr>
          <w:p>
            <w:pPr>
              <w:keepNext/>
              <w:jc w:val="left"/>
            </w:pPr>
            <w:r>
              <w:rPr>
                <w:b w:val="0"/>
                <w:i w:val="0"/>
                <w:sz w:val="20"/>
                <w:u w:val="none"/>
              </w:rPr>
              <w:t>25) Brain</w:t>
            </w:r>
          </w:p>
        </w:tc>
        <w:tc>
          <w:tcPr>
            <w:tcW w:type="dxa" w:w="1984"/>
          </w:tcPr>
          <w:p>
            <w:pPr>
              <w:keepNext/>
            </w:pPr>
            <w:r>
              <w:rPr>
                <w:b w:val="0"/>
                <w:i w:val="0"/>
                <w:sz w:val="20"/>
                <w:u w:val="none"/>
              </w:rPr>
              <w:t>E) Ayak / Ayaklar</w:t>
            </w:r>
          </w:p>
        </w:tc>
        <w:tc>
          <w:tcPr>
            <w:tcW w:type="dxa" w:w="2835"/>
          </w:tcPr>
          <w:p>
            <w:pPr>
              <w:keepNext/>
            </w:pPr>
            <w:r>
              <w:rPr>
                <w:b w:val="0"/>
                <w:i w:val="0"/>
                <w:sz w:val="20"/>
                <w:u w:val="none"/>
              </w:rPr>
              <w:t>35) Arm</w:t>
            </w:r>
          </w:p>
        </w:tc>
        <w:tc>
          <w:tcPr>
            <w:tcW w:type="dxa" w:w="1984"/>
          </w:tcPr>
          <w:p>
            <w:pPr>
              <w:keepNext/>
            </w:pPr>
            <w:r>
              <w:rPr>
                <w:b w:val="0"/>
                <w:i w:val="0"/>
                <w:sz w:val="20"/>
                <w:u w:val="none"/>
              </w:rPr>
              <w:t>O) Ten, deri</w:t>
            </w:r>
          </w:p>
        </w:tc>
      </w:tr>
      <w:tr>
        <w:trPr>
          <w:cantSplit/>
        </w:trPr>
        <w:tc>
          <w:tcPr>
            <w:tcW w:type="dxa" w:w="2835"/>
          </w:tcPr>
          <w:p>
            <w:pPr>
              <w:keepNext/>
              <w:jc w:val="left"/>
            </w:pPr>
            <w:r>
              <w:rPr>
                <w:b w:val="0"/>
                <w:i w:val="0"/>
                <w:sz w:val="20"/>
                <w:u w:val="none"/>
              </w:rPr>
              <w:t>26) Muscles</w:t>
            </w:r>
          </w:p>
        </w:tc>
        <w:tc>
          <w:tcPr>
            <w:tcW w:type="dxa" w:w="1984"/>
          </w:tcPr>
          <w:p>
            <w:pPr>
              <w:keepNext/>
            </w:pPr>
            <w:r>
              <w:rPr>
                <w:b w:val="0"/>
                <w:i w:val="0"/>
                <w:sz w:val="20"/>
                <w:u w:val="none"/>
              </w:rPr>
              <w:t>F) Boyun</w:t>
            </w:r>
          </w:p>
        </w:tc>
        <w:tc>
          <w:tcPr>
            <w:tcW w:type="dxa" w:w="2835"/>
          </w:tcPr>
          <w:p>
            <w:pPr>
              <w:keepNext/>
            </w:pPr>
            <w:r>
              <w:rPr>
                <w:b w:val="0"/>
                <w:i w:val="0"/>
                <w:sz w:val="20"/>
                <w:u w:val="none"/>
              </w:rPr>
              <w:t>36) Blood</w:t>
            </w:r>
          </w:p>
        </w:tc>
        <w:tc>
          <w:tcPr>
            <w:tcW w:type="dxa" w:w="1984"/>
          </w:tcPr>
          <w:p>
            <w:pPr>
              <w:keepNext/>
            </w:pPr>
            <w:r>
              <w:rPr>
                <w:b w:val="0"/>
                <w:i w:val="0"/>
                <w:sz w:val="20"/>
                <w:u w:val="none"/>
              </w:rPr>
              <w:t>P) Kaslar</w:t>
            </w:r>
          </w:p>
        </w:tc>
      </w:tr>
      <w:tr>
        <w:trPr>
          <w:cantSplit/>
        </w:trPr>
        <w:tc>
          <w:tcPr>
            <w:tcW w:type="dxa" w:w="2835"/>
          </w:tcPr>
          <w:p>
            <w:pPr>
              <w:keepNext/>
              <w:jc w:val="left"/>
            </w:pPr>
            <w:r>
              <w:rPr>
                <w:b w:val="0"/>
                <w:i w:val="0"/>
                <w:sz w:val="20"/>
                <w:u w:val="none"/>
              </w:rPr>
              <w:t>27) Head</w:t>
            </w:r>
          </w:p>
        </w:tc>
        <w:tc>
          <w:tcPr>
            <w:tcW w:type="dxa" w:w="1984"/>
          </w:tcPr>
          <w:p>
            <w:pPr>
              <w:keepNext/>
            </w:pPr>
            <w:r>
              <w:rPr>
                <w:b w:val="0"/>
                <w:i w:val="0"/>
                <w:sz w:val="20"/>
                <w:u w:val="none"/>
              </w:rPr>
              <w:t>G) Ağız</w:t>
            </w:r>
          </w:p>
        </w:tc>
        <w:tc>
          <w:tcPr>
            <w:tcW w:type="dxa" w:w="2835"/>
          </w:tcPr>
          <w:p>
            <w:pPr>
              <w:keepNext/>
            </w:pPr>
            <w:r>
              <w:rPr>
                <w:b w:val="0"/>
                <w:i w:val="0"/>
                <w:sz w:val="20"/>
                <w:u w:val="none"/>
              </w:rPr>
              <w:t>37) Face</w:t>
            </w:r>
          </w:p>
        </w:tc>
        <w:tc>
          <w:tcPr>
            <w:tcW w:type="dxa" w:w="1984"/>
          </w:tcPr>
          <w:p>
            <w:pPr>
              <w:keepNext/>
            </w:pPr>
            <w:r>
              <w:rPr>
                <w:b w:val="0"/>
                <w:i w:val="0"/>
                <w:sz w:val="20"/>
                <w:u w:val="none"/>
              </w:rPr>
              <w:t>Q) Diş, dişler</w:t>
            </w:r>
          </w:p>
        </w:tc>
      </w:tr>
      <w:tr>
        <w:trPr>
          <w:cantSplit/>
        </w:trPr>
        <w:tc>
          <w:tcPr>
            <w:tcW w:type="dxa" w:w="2835"/>
          </w:tcPr>
          <w:p>
            <w:pPr>
              <w:keepNext/>
              <w:jc w:val="left"/>
            </w:pPr>
            <w:r>
              <w:rPr>
                <w:b w:val="0"/>
                <w:i w:val="0"/>
                <w:sz w:val="20"/>
                <w:u w:val="none"/>
              </w:rPr>
              <w:t>28) Foot / feet</w:t>
            </w:r>
          </w:p>
        </w:tc>
        <w:tc>
          <w:tcPr>
            <w:tcW w:type="dxa" w:w="1984"/>
          </w:tcPr>
          <w:p>
            <w:pPr>
              <w:keepNext/>
            </w:pPr>
            <w:r>
              <w:rPr>
                <w:b w:val="0"/>
                <w:i w:val="0"/>
                <w:sz w:val="20"/>
                <w:u w:val="none"/>
              </w:rPr>
              <w:t>H) Sırt</w:t>
            </w:r>
          </w:p>
        </w:tc>
        <w:tc>
          <w:tcPr>
            <w:tcW w:type="dxa" w:w="2835"/>
          </w:tcPr>
          <w:p>
            <w:pPr>
              <w:keepNext/>
            </w:pPr>
            <w:r>
              <w:rPr>
                <w:b w:val="0"/>
                <w:i w:val="0"/>
                <w:sz w:val="20"/>
                <w:u w:val="none"/>
              </w:rPr>
              <w:t>38) Bone</w:t>
            </w:r>
          </w:p>
        </w:tc>
        <w:tc>
          <w:tcPr>
            <w:tcW w:type="dxa" w:w="1984"/>
          </w:tcPr>
          <w:p>
            <w:pPr>
              <w:keepNext/>
            </w:pPr>
            <w:r>
              <w:rPr>
                <w:b w:val="0"/>
                <w:i w:val="0"/>
                <w:sz w:val="20"/>
                <w:u w:val="none"/>
              </w:rPr>
              <w:t>R) Dil</w:t>
            </w:r>
          </w:p>
        </w:tc>
      </w:tr>
      <w:tr>
        <w:trPr>
          <w:cantSplit/>
        </w:trPr>
        <w:tc>
          <w:tcPr>
            <w:tcW w:type="dxa" w:w="2835"/>
          </w:tcPr>
          <w:p>
            <w:pPr>
              <w:keepNext/>
              <w:jc w:val="left"/>
            </w:pPr>
            <w:r>
              <w:rPr>
                <w:b w:val="0"/>
                <w:i w:val="0"/>
                <w:sz w:val="20"/>
                <w:u w:val="none"/>
              </w:rPr>
              <w:t>29) Back</w:t>
            </w:r>
          </w:p>
        </w:tc>
        <w:tc>
          <w:tcPr>
            <w:tcW w:type="dxa" w:w="1984"/>
          </w:tcPr>
          <w:p>
            <w:pPr>
              <w:keepNext/>
            </w:pPr>
            <w:r>
              <w:rPr>
                <w:b w:val="0"/>
                <w:i w:val="0"/>
                <w:sz w:val="20"/>
                <w:u w:val="none"/>
              </w:rPr>
              <w:t>I) Kemik</w:t>
            </w:r>
          </w:p>
        </w:tc>
        <w:tc>
          <w:tcPr>
            <w:tcW w:type="dxa" w:w="2835"/>
          </w:tcPr>
          <w:p>
            <w:pPr>
              <w:keepNext/>
            </w:pPr>
            <w:r>
              <w:rPr>
                <w:b w:val="0"/>
                <w:i w:val="0"/>
                <w:sz w:val="20"/>
                <w:u w:val="none"/>
              </w:rPr>
              <w:t>39) Toe</w:t>
            </w:r>
          </w:p>
        </w:tc>
        <w:tc>
          <w:tcPr>
            <w:tcW w:type="dxa" w:w="1984"/>
          </w:tcPr>
          <w:p>
            <w:pPr>
              <w:keepNext/>
            </w:pPr>
            <w:r>
              <w:rPr>
                <w:b w:val="0"/>
                <w:i w:val="0"/>
                <w:sz w:val="20"/>
                <w:u w:val="none"/>
              </w:rPr>
              <w:t>S) Kan</w:t>
            </w:r>
          </w:p>
        </w:tc>
      </w:tr>
      <w:tr>
        <w:trPr>
          <w:cantSplit/>
        </w:trPr>
        <w:tc>
          <w:tcPr>
            <w:tcW w:type="dxa" w:w="2835"/>
          </w:tcPr>
          <w:p>
            <w:pPr>
              <w:keepNext/>
              <w:jc w:val="left"/>
            </w:pPr>
            <w:r>
              <w:rPr>
                <w:b w:val="0"/>
                <w:i w:val="0"/>
                <w:sz w:val="20"/>
                <w:u w:val="none"/>
              </w:rPr>
              <w:t>30) Skin</w:t>
            </w:r>
          </w:p>
        </w:tc>
        <w:tc>
          <w:tcPr>
            <w:tcW w:type="dxa" w:w="1984"/>
          </w:tcPr>
          <w:p>
            <w:pPr>
              <w:keepNext/>
            </w:pPr>
            <w:r>
              <w:rPr>
                <w:b w:val="0"/>
                <w:i w:val="0"/>
                <w:sz w:val="20"/>
                <w:u w:val="none"/>
              </w:rPr>
              <w:t>J) Kol</w:t>
            </w:r>
          </w:p>
        </w:tc>
        <w:tc>
          <w:tcPr>
            <w:tcW w:type="dxa" w:w="2835"/>
          </w:tcPr>
          <w:p>
            <w:pPr>
              <w:keepNext/>
            </w:pPr>
            <w:r>
              <w:rPr>
                <w:b w:val="0"/>
                <w:i w:val="0"/>
                <w:sz w:val="20"/>
                <w:u w:val="none"/>
              </w:rPr>
              <w:t>40) Leg</w:t>
            </w:r>
          </w:p>
        </w:tc>
        <w:tc>
          <w:tcPr>
            <w:tcW w:type="dxa" w:w="1984"/>
          </w:tcPr>
          <w:p>
            <w:pPr>
              <w:keepNext/>
            </w:pPr>
            <w:r>
              <w:rPr>
                <w:b w:val="0"/>
                <w:i w:val="0"/>
                <w:sz w:val="20"/>
                <w:u w:val="none"/>
              </w:rPr>
              <w:t>T) Dirsek</w:t>
            </w:r>
          </w:p>
        </w:tc>
      </w:tr>
      <w:tr>
        <w:trPr>
          <w:cantSplit/>
        </w:trPr>
        <w:tc>
          <w:tcPr>
            <w:tcW w:type="dxa" w:w="2835"/>
          </w:tcPr>
          <w:p>
            <w:pPr>
              <w:keepNext/>
              <w:jc w:val="left"/>
            </w:pPr>
            <w:r>
              <w:rPr>
                <w:b w:val="0"/>
                <w:i w:val="0"/>
                <w:sz w:val="20"/>
                <w:u w:val="none"/>
              </w:rPr>
              <w:t>31) Neck</w:t>
            </w:r>
          </w:p>
        </w:tc>
        <w:tc>
          <w:tcPr>
            <w:tcW w:type="dxa" w:w="1984"/>
          </w:tcPr>
          <w:p>
            <w:pPr>
              <w:keepNext/>
            </w:pPr>
            <w:r>
              <w:rPr>
                <w:b w:val="0"/>
                <w:i w:val="0"/>
                <w:sz w:val="20"/>
                <w:u w:val="none"/>
              </w:rPr>
              <w:t>K) Bacak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32) Tooth / teeth</w:t>
            </w:r>
          </w:p>
        </w:tc>
        <w:tc>
          <w:tcPr>
            <w:tcW w:type="dxa" w:w="1984"/>
          </w:tcPr>
          <w:p>
            <w:pPr>
              <w:keepNext/>
            </w:pPr>
            <w:r>
              <w:rPr>
                <w:b w:val="0"/>
                <w:i w:val="0"/>
                <w:sz w:val="20"/>
                <w:u w:val="none"/>
              </w:rPr>
              <w:t>L) Kulak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33) Ear</w:t>
            </w:r>
          </w:p>
        </w:tc>
        <w:tc>
          <w:tcPr>
            <w:tcW w:type="dxa" w:w="1984"/>
          </w:tcPr>
          <w:p>
            <w:pPr>
              <w:keepNext/>
            </w:pPr>
            <w:r>
              <w:rPr>
                <w:b w:val="0"/>
                <w:i w:val="0"/>
                <w:sz w:val="20"/>
                <w:u w:val="none"/>
              </w:rPr>
              <w:t>M) Beyin</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34) Tongue</w:t>
            </w:r>
          </w:p>
        </w:tc>
        <w:tc>
          <w:tcPr>
            <w:tcW w:type="dxa" w:w="1984"/>
          </w:tcPr>
          <w:p>
            <w:pPr>
              <w:keepNext/>
            </w:pPr>
            <w:r>
              <w:rPr>
                <w:b w:val="0"/>
                <w:i w:val="0"/>
                <w:sz w:val="20"/>
                <w:u w:val="none"/>
              </w:rPr>
              <w:t>N) Diz</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35) Arm</w:t>
            </w:r>
          </w:p>
        </w:tc>
        <w:tc>
          <w:tcPr>
            <w:tcW w:type="dxa" w:w="1984"/>
          </w:tcPr>
          <w:p>
            <w:pPr>
              <w:keepNext/>
            </w:pPr>
            <w:r>
              <w:rPr>
                <w:b w:val="0"/>
                <w:i w:val="0"/>
                <w:sz w:val="20"/>
                <w:u w:val="none"/>
              </w:rPr>
              <w:t>O) Ten, deri</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36) Blood</w:t>
            </w:r>
          </w:p>
        </w:tc>
        <w:tc>
          <w:tcPr>
            <w:tcW w:type="dxa" w:w="1984"/>
          </w:tcPr>
          <w:p>
            <w:pPr>
              <w:keepNext/>
            </w:pPr>
            <w:r>
              <w:rPr>
                <w:b w:val="0"/>
                <w:i w:val="0"/>
                <w:sz w:val="20"/>
                <w:u w:val="none"/>
              </w:rPr>
              <w:t>P) Kaslar</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37) Face</w:t>
            </w:r>
          </w:p>
        </w:tc>
        <w:tc>
          <w:tcPr>
            <w:tcW w:type="dxa" w:w="1984"/>
          </w:tcPr>
          <w:p>
            <w:pPr>
              <w:keepNext/>
            </w:pPr>
            <w:r>
              <w:rPr>
                <w:b w:val="0"/>
                <w:i w:val="0"/>
                <w:sz w:val="20"/>
                <w:u w:val="none"/>
              </w:rPr>
              <w:t>Q) Diş, dişler</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38) Bone</w:t>
            </w:r>
          </w:p>
        </w:tc>
        <w:tc>
          <w:tcPr>
            <w:tcW w:type="dxa" w:w="1984"/>
          </w:tcPr>
          <w:p>
            <w:pPr>
              <w:keepNext/>
            </w:pPr>
            <w:r>
              <w:rPr>
                <w:b w:val="0"/>
                <w:i w:val="0"/>
                <w:sz w:val="20"/>
                <w:u w:val="none"/>
              </w:rPr>
              <w:t>R) Dil</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39) Toe</w:t>
            </w:r>
          </w:p>
        </w:tc>
        <w:tc>
          <w:tcPr>
            <w:tcW w:type="dxa" w:w="1984"/>
          </w:tcPr>
          <w:p>
            <w:pPr>
              <w:keepNext/>
            </w:pPr>
            <w:r>
              <w:rPr>
                <w:b w:val="0"/>
                <w:i w:val="0"/>
                <w:sz w:val="20"/>
                <w:u w:val="none"/>
              </w:rPr>
              <w:t>S) Kan</w:t>
            </w:r>
          </w:p>
        </w:tc>
        <w:tc>
          <w:tcPr>
            <w:tcW w:type="dxa" w:w="2835"/>
          </w:tcPr>
          <w:p>
            <w:pPr>
              <w:keepNext/>
            </w:pPr>
          </w:p>
        </w:tc>
        <w:tc>
          <w:tcPr>
            <w:tcW w:type="dxa" w:w="1984"/>
          </w:tcPr>
          <w:p>
            <w:pPr>
              <w:keepNext/>
            </w:pPr>
          </w:p>
        </w:tc>
      </w:tr>
      <w:tr>
        <w:trPr>
          <w:cantSplit/>
        </w:trPr>
        <w:tc>
          <w:tcPr>
            <w:tcW w:type="dxa" w:w="2835"/>
          </w:tcPr>
          <w:p>
            <w:pPr>
              <w:keepNext w:val="0"/>
              <w:jc w:val="left"/>
            </w:pPr>
            <w:r>
              <w:rPr>
                <w:b w:val="0"/>
                <w:i w:val="0"/>
                <w:sz w:val="20"/>
                <w:u w:val="none"/>
              </w:rPr>
              <w:t>40) Leg</w:t>
            </w:r>
          </w:p>
        </w:tc>
        <w:tc>
          <w:tcPr>
            <w:tcW w:type="dxa" w:w="1984"/>
          </w:tcPr>
          <w:p>
            <w:pPr>
              <w:keepNext w:val="0"/>
            </w:pPr>
            <w:r>
              <w:rPr>
                <w:b w:val="0"/>
                <w:i w:val="0"/>
                <w:sz w:val="20"/>
                <w:u w:val="none"/>
              </w:rPr>
              <w:t>T) Dirsek</w:t>
            </w:r>
          </w:p>
        </w:tc>
        <w:tc>
          <w:tcPr>
            <w:tcW w:type="dxa" w:w="2835"/>
          </w:tcPr>
          <w:p>
            <w:pPr>
              <w:keepNext w:val="0"/>
            </w:pPr>
          </w:p>
        </w:tc>
        <w:tc>
          <w:tcPr>
            <w:tcW w:type="dxa" w:w="1984"/>
          </w:tcPr>
          <w:p>
            <w:pPr>
              <w:keepNext w:val="0"/>
            </w:pPr>
          </w:p>
        </w:tc>
      </w:tr>
    </w:tbl>
    <w:p>
      <w:pPr>
        <w:spacing w:after="0"/>
      </w:pPr>
    </w:p>
    <w:p>
      <w:pPr>
        <w:keepNext/>
        <w:spacing w:before="240" w:after="80"/>
        <w:pBdr>
          <w:bottom w:val="single" w:sz="10" w:color="2E5E8C" w:space="4"/>
        </w:pBdr>
      </w:pPr>
      <w:r>
        <w:rPr>
          <w:b/>
          <w:i w:val="0"/>
          <w:color w:val="2E5E8C"/>
          <w:sz w:val="26"/>
          <w:u w:val="none"/>
        </w:rPr>
        <w:t>UNIT 1 - Keep it Clean</w:t>
      </w:r>
    </w:p>
    <w:p>
      <w:pPr>
        <w:keepNext/>
        <w:spacing w:after="120"/>
      </w:pPr>
      <w:r>
        <w:rPr>
          <w:b w:val="0"/>
          <w:i w:val="0"/>
          <w:color w:val="2E5E8C"/>
          <w:sz w:val="20"/>
          <w:u w:val="none"/>
        </w:rPr>
        <w:t xml:space="preserve">▶ </w:t>
      </w:r>
      <w:r>
        <w:rPr>
          <w:b w:val="0"/>
          <w:i/>
          <w:color w:val="666666"/>
          <w:sz w:val="20"/>
          <w:u w:val="none"/>
        </w:rPr>
        <w:t>Match the words with their meanings. (41 - 60)</w:t>
      </w:r>
    </w:p>
    <w:tbl>
      <w:tblPr>
        <w:tblStyle w:val="TableGrid"/>
        <w:tblW w:type="auto" w:w="0"/>
        <w:jc w:val="center"/>
        <w:tblLayout w:type="fixed"/>
        <w:tblLook w:firstColumn="1" w:firstRow="1" w:lastColumn="0" w:lastRow="0" w:noHBand="0" w:noVBand="1" w:val="04A0"/>
      </w:tblPr>
      <w:tblGrid>
        <w:gridCol w:w="2466"/>
        <w:gridCol w:w="2466"/>
        <w:gridCol w:w="2466"/>
        <w:gridCol w:w="2466"/>
      </w:tblGrid>
      <w:tr>
        <w:trPr>
          <w:cantSplit/>
        </w:trPr>
        <w:tc>
          <w:tcPr>
            <w:tcW w:type="dxa" w:w="2835"/>
            <w:shd w:val="clear" w:fill="E8EEF7"/>
          </w:tcPr>
          <w:p>
            <w:pPr>
              <w:keepNext/>
              <w:jc w:val="center"/>
            </w:pPr>
            <w:r>
              <w:rPr>
                <w:b/>
                <w:i w:val="0"/>
                <w:sz w:val="20"/>
                <w:u w:val="none"/>
              </w:rPr>
              <w:t>English</w:t>
            </w:r>
          </w:p>
        </w:tc>
        <w:tc>
          <w:tcPr>
            <w:tcW w:type="dxa" w:w="1984"/>
            <w:shd w:val="clear" w:fill="E8EEF7"/>
          </w:tcPr>
          <w:p>
            <w:pPr>
              <w:keepNext/>
              <w:jc w:val="center"/>
            </w:pPr>
            <w:r>
              <w:rPr>
                <w:b/>
                <w:i w:val="0"/>
                <w:sz w:val="20"/>
                <w:u w:val="none"/>
              </w:rPr>
              <w:t>Türkçe</w:t>
            </w:r>
          </w:p>
        </w:tc>
        <w:tc>
          <w:tcPr>
            <w:tcW w:type="dxa" w:w="2835"/>
            <w:shd w:val="clear" w:fill="E8EEF7"/>
          </w:tcPr>
          <w:p>
            <w:pPr>
              <w:keepNext/>
              <w:jc w:val="center"/>
            </w:pPr>
            <w:r>
              <w:rPr>
                <w:b/>
                <w:i w:val="0"/>
                <w:sz w:val="20"/>
                <w:u w:val="none"/>
              </w:rPr>
              <w:t>English</w:t>
            </w:r>
          </w:p>
        </w:tc>
        <w:tc>
          <w:tcPr>
            <w:tcW w:type="dxa" w:w="1984"/>
            <w:shd w:val="clear" w:fill="E8EEF7"/>
          </w:tcPr>
          <w:p>
            <w:pPr>
              <w:keepNext/>
              <w:jc w:val="center"/>
            </w:pPr>
            <w:r>
              <w:rPr>
                <w:b/>
                <w:i w:val="0"/>
                <w:sz w:val="20"/>
                <w:u w:val="none"/>
              </w:rPr>
              <w:t>Türkçe</w:t>
            </w:r>
          </w:p>
        </w:tc>
      </w:tr>
      <w:tr>
        <w:trPr>
          <w:cantSplit/>
        </w:trPr>
        <w:tc>
          <w:tcPr>
            <w:tcW w:type="dxa" w:w="2835"/>
          </w:tcPr>
          <w:p>
            <w:pPr>
              <w:keepNext/>
              <w:jc w:val="left"/>
            </w:pPr>
            <w:r>
              <w:rPr>
                <w:b w:val="0"/>
                <w:i w:val="0"/>
                <w:sz w:val="20"/>
                <w:u w:val="none"/>
              </w:rPr>
              <w:t>41) Strong</w:t>
            </w:r>
          </w:p>
        </w:tc>
        <w:tc>
          <w:tcPr>
            <w:tcW w:type="dxa" w:w="1984"/>
          </w:tcPr>
          <w:p>
            <w:pPr>
              <w:keepNext/>
            </w:pPr>
            <w:r>
              <w:rPr>
                <w:b w:val="0"/>
                <w:i w:val="0"/>
                <w:sz w:val="20"/>
                <w:u w:val="none"/>
              </w:rPr>
              <w:t>A) Çürük (diş)</w:t>
            </w:r>
          </w:p>
        </w:tc>
        <w:tc>
          <w:tcPr>
            <w:tcW w:type="dxa" w:w="2835"/>
          </w:tcPr>
          <w:p>
            <w:pPr>
              <w:keepNext/>
            </w:pPr>
            <w:r>
              <w:rPr>
                <w:b w:val="0"/>
                <w:i w:val="0"/>
                <w:sz w:val="20"/>
                <w:u w:val="none"/>
              </w:rPr>
              <w:t>51) Warm</w:t>
            </w:r>
          </w:p>
        </w:tc>
        <w:tc>
          <w:tcPr>
            <w:tcW w:type="dxa" w:w="1984"/>
          </w:tcPr>
          <w:p>
            <w:pPr>
              <w:keepNext/>
            </w:pPr>
            <w:r>
              <w:rPr>
                <w:b w:val="0"/>
                <w:i w:val="0"/>
                <w:sz w:val="20"/>
                <w:u w:val="none"/>
              </w:rPr>
              <w:t>K) Mikrop</w:t>
            </w:r>
          </w:p>
        </w:tc>
      </w:tr>
      <w:tr>
        <w:trPr>
          <w:cantSplit/>
        </w:trPr>
        <w:tc>
          <w:tcPr>
            <w:tcW w:type="dxa" w:w="2835"/>
          </w:tcPr>
          <w:p>
            <w:pPr>
              <w:keepNext/>
              <w:jc w:val="left"/>
            </w:pPr>
            <w:r>
              <w:rPr>
                <w:b w:val="0"/>
                <w:i w:val="0"/>
                <w:sz w:val="20"/>
                <w:u w:val="none"/>
              </w:rPr>
              <w:t>42) Advice</w:t>
            </w:r>
          </w:p>
        </w:tc>
        <w:tc>
          <w:tcPr>
            <w:tcW w:type="dxa" w:w="1984"/>
          </w:tcPr>
          <w:p>
            <w:pPr>
              <w:keepNext/>
            </w:pPr>
            <w:r>
              <w:rPr>
                <w:b w:val="0"/>
                <w:i w:val="0"/>
                <w:sz w:val="20"/>
                <w:u w:val="none"/>
              </w:rPr>
              <w:t>B) Öksürük</w:t>
            </w:r>
          </w:p>
        </w:tc>
        <w:tc>
          <w:tcPr>
            <w:tcW w:type="dxa" w:w="2835"/>
          </w:tcPr>
          <w:p>
            <w:pPr>
              <w:keepNext/>
            </w:pPr>
            <w:r>
              <w:rPr>
                <w:b w:val="0"/>
                <w:i w:val="0"/>
                <w:sz w:val="20"/>
                <w:u w:val="none"/>
              </w:rPr>
              <w:t>52) Pick up</w:t>
            </w:r>
          </w:p>
        </w:tc>
        <w:tc>
          <w:tcPr>
            <w:tcW w:type="dxa" w:w="1984"/>
          </w:tcPr>
          <w:p>
            <w:pPr>
              <w:keepNext/>
            </w:pPr>
            <w:r>
              <w:rPr>
                <w:b w:val="0"/>
                <w:i w:val="0"/>
                <w:sz w:val="20"/>
                <w:u w:val="none"/>
              </w:rPr>
              <w:t>L) Neden olmak</w:t>
            </w:r>
          </w:p>
        </w:tc>
      </w:tr>
      <w:tr>
        <w:trPr>
          <w:cantSplit/>
        </w:trPr>
        <w:tc>
          <w:tcPr>
            <w:tcW w:type="dxa" w:w="2835"/>
          </w:tcPr>
          <w:p>
            <w:pPr>
              <w:keepNext/>
              <w:jc w:val="left"/>
            </w:pPr>
            <w:r>
              <w:rPr>
                <w:b w:val="0"/>
                <w:i w:val="0"/>
                <w:sz w:val="20"/>
                <w:u w:val="none"/>
              </w:rPr>
              <w:t>43) Soap</w:t>
            </w:r>
          </w:p>
        </w:tc>
        <w:tc>
          <w:tcPr>
            <w:tcW w:type="dxa" w:w="1984"/>
          </w:tcPr>
          <w:p>
            <w:pPr>
              <w:keepNext/>
            </w:pPr>
            <w:r>
              <w:rPr>
                <w:b w:val="0"/>
                <w:i w:val="0"/>
                <w:sz w:val="20"/>
                <w:u w:val="none"/>
              </w:rPr>
              <w:t>C) Temiz tutmak</w:t>
            </w:r>
          </w:p>
        </w:tc>
        <w:tc>
          <w:tcPr>
            <w:tcW w:type="dxa" w:w="2835"/>
          </w:tcPr>
          <w:p>
            <w:pPr>
              <w:keepNext/>
            </w:pPr>
            <w:r>
              <w:rPr>
                <w:b w:val="0"/>
                <w:i w:val="0"/>
                <w:sz w:val="20"/>
                <w:u w:val="none"/>
              </w:rPr>
              <w:t>53) Whole body</w:t>
            </w:r>
          </w:p>
        </w:tc>
        <w:tc>
          <w:tcPr>
            <w:tcW w:type="dxa" w:w="1984"/>
          </w:tcPr>
          <w:p>
            <w:pPr>
              <w:keepNext/>
            </w:pPr>
            <w:r>
              <w:rPr>
                <w:b w:val="0"/>
                <w:i w:val="0"/>
                <w:sz w:val="20"/>
                <w:u w:val="none"/>
              </w:rPr>
              <w:t>M) Tüm vücut</w:t>
            </w:r>
          </w:p>
        </w:tc>
      </w:tr>
      <w:tr>
        <w:trPr>
          <w:cantSplit/>
        </w:trPr>
        <w:tc>
          <w:tcPr>
            <w:tcW w:type="dxa" w:w="2835"/>
          </w:tcPr>
          <w:p>
            <w:pPr>
              <w:keepNext/>
              <w:jc w:val="left"/>
            </w:pPr>
            <w:r>
              <w:rPr>
                <w:b w:val="0"/>
                <w:i w:val="0"/>
                <w:sz w:val="20"/>
                <w:u w:val="none"/>
              </w:rPr>
              <w:t>44) Keep clean</w:t>
            </w:r>
          </w:p>
        </w:tc>
        <w:tc>
          <w:tcPr>
            <w:tcW w:type="dxa" w:w="1984"/>
          </w:tcPr>
          <w:p>
            <w:pPr>
              <w:keepNext/>
            </w:pPr>
            <w:r>
              <w:rPr>
                <w:b w:val="0"/>
                <w:i w:val="0"/>
                <w:sz w:val="20"/>
                <w:u w:val="none"/>
              </w:rPr>
              <w:t>D) Minik, küçücük</w:t>
            </w:r>
          </w:p>
        </w:tc>
        <w:tc>
          <w:tcPr>
            <w:tcW w:type="dxa" w:w="2835"/>
          </w:tcPr>
          <w:p>
            <w:pPr>
              <w:keepNext/>
            </w:pPr>
            <w:r>
              <w:rPr>
                <w:b w:val="0"/>
                <w:i w:val="0"/>
                <w:sz w:val="20"/>
                <w:u w:val="none"/>
              </w:rPr>
              <w:t>54) Tiny</w:t>
            </w:r>
          </w:p>
        </w:tc>
        <w:tc>
          <w:tcPr>
            <w:tcW w:type="dxa" w:w="1984"/>
          </w:tcPr>
          <w:p>
            <w:pPr>
              <w:keepNext/>
            </w:pPr>
            <w:r>
              <w:rPr>
                <w:b w:val="0"/>
                <w:i w:val="0"/>
                <w:sz w:val="20"/>
                <w:u w:val="none"/>
              </w:rPr>
              <w:t>N) En azından</w:t>
            </w:r>
          </w:p>
        </w:tc>
      </w:tr>
      <w:tr>
        <w:trPr>
          <w:cantSplit/>
        </w:trPr>
        <w:tc>
          <w:tcPr>
            <w:tcW w:type="dxa" w:w="2835"/>
          </w:tcPr>
          <w:p>
            <w:pPr>
              <w:keepNext/>
              <w:jc w:val="left"/>
            </w:pPr>
            <w:r>
              <w:rPr>
                <w:b w:val="0"/>
                <w:i w:val="0"/>
                <w:sz w:val="20"/>
                <w:u w:val="none"/>
              </w:rPr>
              <w:t>45) Sick (ill)</w:t>
            </w:r>
          </w:p>
        </w:tc>
        <w:tc>
          <w:tcPr>
            <w:tcW w:type="dxa" w:w="1984"/>
          </w:tcPr>
          <w:p>
            <w:pPr>
              <w:keepNext/>
            </w:pPr>
            <w:r>
              <w:rPr>
                <w:b w:val="0"/>
                <w:i w:val="0"/>
                <w:sz w:val="20"/>
                <w:u w:val="none"/>
              </w:rPr>
              <w:t>E) Sabun</w:t>
            </w:r>
          </w:p>
        </w:tc>
        <w:tc>
          <w:tcPr>
            <w:tcW w:type="dxa" w:w="2835"/>
          </w:tcPr>
          <w:p>
            <w:pPr>
              <w:keepNext/>
            </w:pPr>
            <w:r>
              <w:rPr>
                <w:b w:val="0"/>
                <w:i w:val="0"/>
                <w:sz w:val="20"/>
                <w:u w:val="none"/>
              </w:rPr>
              <w:t>55) Germ</w:t>
            </w:r>
          </w:p>
        </w:tc>
        <w:tc>
          <w:tcPr>
            <w:tcW w:type="dxa" w:w="1984"/>
          </w:tcPr>
          <w:p>
            <w:pPr>
              <w:keepNext/>
            </w:pPr>
            <w:r>
              <w:rPr>
                <w:b w:val="0"/>
                <w:i w:val="0"/>
                <w:sz w:val="20"/>
                <w:u w:val="none"/>
              </w:rPr>
              <w:t>O) Öneri, öğüt, tavsiye</w:t>
            </w:r>
          </w:p>
        </w:tc>
      </w:tr>
      <w:tr>
        <w:trPr>
          <w:cantSplit/>
        </w:trPr>
        <w:tc>
          <w:tcPr>
            <w:tcW w:type="dxa" w:w="2835"/>
          </w:tcPr>
          <w:p>
            <w:pPr>
              <w:keepNext/>
              <w:jc w:val="left"/>
            </w:pPr>
            <w:r>
              <w:rPr>
                <w:b w:val="0"/>
                <w:i w:val="0"/>
                <w:sz w:val="20"/>
                <w:u w:val="none"/>
              </w:rPr>
              <w:t>46) Wash away</w:t>
            </w:r>
          </w:p>
        </w:tc>
        <w:tc>
          <w:tcPr>
            <w:tcW w:type="dxa" w:w="1984"/>
          </w:tcPr>
          <w:p>
            <w:pPr>
              <w:keepNext/>
            </w:pPr>
            <w:r>
              <w:rPr>
                <w:b w:val="0"/>
                <w:i w:val="0"/>
                <w:sz w:val="20"/>
                <w:u w:val="none"/>
              </w:rPr>
              <w:t>F) Sağlıklı tutmak / sağlıklı kalmak</w:t>
            </w:r>
          </w:p>
        </w:tc>
        <w:tc>
          <w:tcPr>
            <w:tcW w:type="dxa" w:w="2835"/>
          </w:tcPr>
          <w:p>
            <w:pPr>
              <w:keepNext/>
            </w:pPr>
            <w:r>
              <w:rPr>
                <w:b w:val="0"/>
                <w:i w:val="0"/>
                <w:sz w:val="20"/>
                <w:u w:val="none"/>
              </w:rPr>
              <w:t>56) Important</w:t>
            </w:r>
          </w:p>
        </w:tc>
        <w:tc>
          <w:tcPr>
            <w:tcW w:type="dxa" w:w="1984"/>
          </w:tcPr>
          <w:p>
            <w:pPr>
              <w:keepNext/>
            </w:pPr>
            <w:r>
              <w:rPr>
                <w:b w:val="0"/>
                <w:i w:val="0"/>
                <w:sz w:val="20"/>
                <w:u w:val="none"/>
              </w:rPr>
              <w:t>P) Önemli</w:t>
            </w:r>
          </w:p>
        </w:tc>
      </w:tr>
      <w:tr>
        <w:trPr>
          <w:cantSplit/>
        </w:trPr>
        <w:tc>
          <w:tcPr>
            <w:tcW w:type="dxa" w:w="2835"/>
          </w:tcPr>
          <w:p>
            <w:pPr>
              <w:keepNext/>
              <w:jc w:val="left"/>
            </w:pPr>
            <w:r>
              <w:rPr>
                <w:b w:val="0"/>
                <w:i w:val="0"/>
                <w:sz w:val="20"/>
                <w:u w:val="none"/>
              </w:rPr>
              <w:t>47) Decay</w:t>
            </w:r>
          </w:p>
        </w:tc>
        <w:tc>
          <w:tcPr>
            <w:tcW w:type="dxa" w:w="1984"/>
          </w:tcPr>
          <w:p>
            <w:pPr>
              <w:keepNext/>
            </w:pPr>
            <w:r>
              <w:rPr>
                <w:b w:val="0"/>
                <w:i w:val="0"/>
                <w:sz w:val="20"/>
                <w:u w:val="none"/>
              </w:rPr>
              <w:t>G) Hasta</w:t>
            </w:r>
          </w:p>
        </w:tc>
        <w:tc>
          <w:tcPr>
            <w:tcW w:type="dxa" w:w="2835"/>
          </w:tcPr>
          <w:p>
            <w:pPr>
              <w:keepNext/>
            </w:pPr>
            <w:r>
              <w:rPr>
                <w:b w:val="0"/>
                <w:i w:val="0"/>
                <w:sz w:val="20"/>
                <w:u w:val="none"/>
              </w:rPr>
              <w:t>57) Cause</w:t>
            </w:r>
          </w:p>
        </w:tc>
        <w:tc>
          <w:tcPr>
            <w:tcW w:type="dxa" w:w="1984"/>
          </w:tcPr>
          <w:p>
            <w:pPr>
              <w:keepNext/>
            </w:pPr>
            <w:r>
              <w:rPr>
                <w:b w:val="0"/>
                <w:i w:val="0"/>
                <w:sz w:val="20"/>
                <w:u w:val="none"/>
              </w:rPr>
              <w:t>Q) Almak, toplamak</w:t>
            </w:r>
          </w:p>
        </w:tc>
      </w:tr>
      <w:tr>
        <w:trPr>
          <w:cantSplit/>
        </w:trPr>
        <w:tc>
          <w:tcPr>
            <w:tcW w:type="dxa" w:w="2835"/>
          </w:tcPr>
          <w:p>
            <w:pPr>
              <w:keepNext/>
              <w:jc w:val="left"/>
            </w:pPr>
            <w:r>
              <w:rPr>
                <w:b w:val="0"/>
                <w:i w:val="0"/>
                <w:sz w:val="20"/>
                <w:u w:val="none"/>
              </w:rPr>
              <w:t>48) Cough</w:t>
            </w:r>
          </w:p>
        </w:tc>
        <w:tc>
          <w:tcPr>
            <w:tcW w:type="dxa" w:w="1984"/>
          </w:tcPr>
          <w:p>
            <w:pPr>
              <w:keepNext/>
            </w:pPr>
            <w:r>
              <w:rPr>
                <w:b w:val="0"/>
                <w:i w:val="0"/>
                <w:sz w:val="20"/>
                <w:u w:val="none"/>
              </w:rPr>
              <w:t>H) Yıkayıp temizlemek</w:t>
            </w:r>
          </w:p>
        </w:tc>
        <w:tc>
          <w:tcPr>
            <w:tcW w:type="dxa" w:w="2835"/>
          </w:tcPr>
          <w:p>
            <w:pPr>
              <w:keepNext/>
            </w:pPr>
            <w:r>
              <w:rPr>
                <w:b w:val="0"/>
                <w:i w:val="0"/>
                <w:sz w:val="20"/>
                <w:u w:val="none"/>
              </w:rPr>
              <w:t>58) Second</w:t>
            </w:r>
          </w:p>
        </w:tc>
        <w:tc>
          <w:tcPr>
            <w:tcW w:type="dxa" w:w="1984"/>
          </w:tcPr>
          <w:p>
            <w:pPr>
              <w:keepNext/>
            </w:pPr>
            <w:r>
              <w:rPr>
                <w:b w:val="0"/>
                <w:i w:val="0"/>
                <w:sz w:val="20"/>
                <w:u w:val="none"/>
              </w:rPr>
              <w:t>R) Saniye</w:t>
            </w:r>
          </w:p>
        </w:tc>
      </w:tr>
      <w:tr>
        <w:trPr>
          <w:cantSplit/>
        </w:trPr>
        <w:tc>
          <w:tcPr>
            <w:tcW w:type="dxa" w:w="2835"/>
          </w:tcPr>
          <w:p>
            <w:pPr>
              <w:keepNext/>
              <w:jc w:val="left"/>
            </w:pPr>
            <w:r>
              <w:rPr>
                <w:b w:val="0"/>
                <w:i w:val="0"/>
                <w:sz w:val="20"/>
                <w:u w:val="none"/>
              </w:rPr>
              <w:t>49) At least</w:t>
            </w:r>
          </w:p>
        </w:tc>
        <w:tc>
          <w:tcPr>
            <w:tcW w:type="dxa" w:w="1984"/>
          </w:tcPr>
          <w:p>
            <w:pPr>
              <w:keepNext/>
            </w:pPr>
            <w:r>
              <w:rPr>
                <w:b w:val="0"/>
                <w:i w:val="0"/>
                <w:sz w:val="20"/>
                <w:u w:val="none"/>
              </w:rPr>
              <w:t>I) Günde iki kez</w:t>
            </w:r>
          </w:p>
        </w:tc>
        <w:tc>
          <w:tcPr>
            <w:tcW w:type="dxa" w:w="2835"/>
          </w:tcPr>
          <w:p>
            <w:pPr>
              <w:keepNext/>
            </w:pPr>
            <w:r>
              <w:rPr>
                <w:b w:val="0"/>
                <w:i w:val="0"/>
                <w:sz w:val="20"/>
                <w:u w:val="none"/>
              </w:rPr>
              <w:t>59) Twice a day</w:t>
            </w:r>
          </w:p>
        </w:tc>
        <w:tc>
          <w:tcPr>
            <w:tcW w:type="dxa" w:w="1984"/>
          </w:tcPr>
          <w:p>
            <w:pPr>
              <w:keepNext/>
            </w:pPr>
            <w:r>
              <w:rPr>
                <w:b w:val="0"/>
                <w:i w:val="0"/>
                <w:sz w:val="20"/>
                <w:u w:val="none"/>
              </w:rPr>
              <w:t>S) Ilık</w:t>
            </w:r>
          </w:p>
        </w:tc>
      </w:tr>
      <w:tr>
        <w:trPr>
          <w:cantSplit/>
        </w:trPr>
        <w:tc>
          <w:tcPr>
            <w:tcW w:type="dxa" w:w="2835"/>
          </w:tcPr>
          <w:p>
            <w:pPr>
              <w:keepNext/>
              <w:jc w:val="left"/>
            </w:pPr>
            <w:r>
              <w:rPr>
                <w:b w:val="0"/>
                <w:i w:val="0"/>
                <w:sz w:val="20"/>
                <w:u w:val="none"/>
              </w:rPr>
              <w:t>50) Keep healthy</w:t>
            </w:r>
          </w:p>
        </w:tc>
        <w:tc>
          <w:tcPr>
            <w:tcW w:type="dxa" w:w="1984"/>
          </w:tcPr>
          <w:p>
            <w:pPr>
              <w:keepNext/>
            </w:pPr>
            <w:r>
              <w:rPr>
                <w:b w:val="0"/>
                <w:i w:val="0"/>
                <w:sz w:val="20"/>
                <w:u w:val="none"/>
              </w:rPr>
              <w:t>J) Güçlü</w:t>
            </w:r>
          </w:p>
        </w:tc>
        <w:tc>
          <w:tcPr>
            <w:tcW w:type="dxa" w:w="2835"/>
          </w:tcPr>
          <w:p>
            <w:pPr>
              <w:keepNext/>
            </w:pPr>
            <w:r>
              <w:rPr>
                <w:b w:val="0"/>
                <w:i w:val="0"/>
                <w:sz w:val="20"/>
                <w:u w:val="none"/>
              </w:rPr>
              <w:t>60) Dirty</w:t>
            </w:r>
          </w:p>
        </w:tc>
        <w:tc>
          <w:tcPr>
            <w:tcW w:type="dxa" w:w="1984"/>
          </w:tcPr>
          <w:p>
            <w:pPr>
              <w:keepNext/>
            </w:pPr>
            <w:r>
              <w:rPr>
                <w:b w:val="0"/>
                <w:i w:val="0"/>
                <w:sz w:val="20"/>
                <w:u w:val="none"/>
              </w:rPr>
              <w:t>T) Kirli</w:t>
            </w:r>
          </w:p>
        </w:tc>
      </w:tr>
      <w:tr>
        <w:trPr>
          <w:cantSplit/>
        </w:trPr>
        <w:tc>
          <w:tcPr>
            <w:tcW w:type="dxa" w:w="2835"/>
          </w:tcPr>
          <w:p>
            <w:pPr>
              <w:keepNext/>
              <w:jc w:val="left"/>
            </w:pPr>
            <w:r>
              <w:rPr>
                <w:b w:val="0"/>
                <w:i w:val="0"/>
                <w:sz w:val="20"/>
                <w:u w:val="none"/>
              </w:rPr>
              <w:t>51) Warm</w:t>
            </w:r>
          </w:p>
        </w:tc>
        <w:tc>
          <w:tcPr>
            <w:tcW w:type="dxa" w:w="1984"/>
          </w:tcPr>
          <w:p>
            <w:pPr>
              <w:keepNext/>
            </w:pPr>
            <w:r>
              <w:rPr>
                <w:b w:val="0"/>
                <w:i w:val="0"/>
                <w:sz w:val="20"/>
                <w:u w:val="none"/>
              </w:rPr>
              <w:t>K) Mikrop</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52) Pick up</w:t>
            </w:r>
          </w:p>
        </w:tc>
        <w:tc>
          <w:tcPr>
            <w:tcW w:type="dxa" w:w="1984"/>
          </w:tcPr>
          <w:p>
            <w:pPr>
              <w:keepNext/>
            </w:pPr>
            <w:r>
              <w:rPr>
                <w:b w:val="0"/>
                <w:i w:val="0"/>
                <w:sz w:val="20"/>
                <w:u w:val="none"/>
              </w:rPr>
              <w:t>L) Neden olmak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53) Whole body</w:t>
            </w:r>
          </w:p>
        </w:tc>
        <w:tc>
          <w:tcPr>
            <w:tcW w:type="dxa" w:w="1984"/>
          </w:tcPr>
          <w:p>
            <w:pPr>
              <w:keepNext/>
            </w:pPr>
            <w:r>
              <w:rPr>
                <w:b w:val="0"/>
                <w:i w:val="0"/>
                <w:sz w:val="20"/>
                <w:u w:val="none"/>
              </w:rPr>
              <w:t>M) Tüm vücut</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54) Tiny</w:t>
            </w:r>
          </w:p>
        </w:tc>
        <w:tc>
          <w:tcPr>
            <w:tcW w:type="dxa" w:w="1984"/>
          </w:tcPr>
          <w:p>
            <w:pPr>
              <w:keepNext/>
            </w:pPr>
            <w:r>
              <w:rPr>
                <w:b w:val="0"/>
                <w:i w:val="0"/>
                <w:sz w:val="20"/>
                <w:u w:val="none"/>
              </w:rPr>
              <w:t>N) En azından</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55) Germ</w:t>
            </w:r>
          </w:p>
        </w:tc>
        <w:tc>
          <w:tcPr>
            <w:tcW w:type="dxa" w:w="1984"/>
          </w:tcPr>
          <w:p>
            <w:pPr>
              <w:keepNext/>
            </w:pPr>
            <w:r>
              <w:rPr>
                <w:b w:val="0"/>
                <w:i w:val="0"/>
                <w:sz w:val="20"/>
                <w:u w:val="none"/>
              </w:rPr>
              <w:t>O) Öneri, öğüt, tavsiye</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56) Important</w:t>
            </w:r>
          </w:p>
        </w:tc>
        <w:tc>
          <w:tcPr>
            <w:tcW w:type="dxa" w:w="1984"/>
          </w:tcPr>
          <w:p>
            <w:pPr>
              <w:keepNext/>
            </w:pPr>
            <w:r>
              <w:rPr>
                <w:b w:val="0"/>
                <w:i w:val="0"/>
                <w:sz w:val="20"/>
                <w:u w:val="none"/>
              </w:rPr>
              <w:t>P) Önemli</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57) Cause</w:t>
            </w:r>
          </w:p>
        </w:tc>
        <w:tc>
          <w:tcPr>
            <w:tcW w:type="dxa" w:w="1984"/>
          </w:tcPr>
          <w:p>
            <w:pPr>
              <w:keepNext/>
            </w:pPr>
            <w:r>
              <w:rPr>
                <w:b w:val="0"/>
                <w:i w:val="0"/>
                <w:sz w:val="20"/>
                <w:u w:val="none"/>
              </w:rPr>
              <w:t>Q) Almak, toplamak</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58) Second</w:t>
            </w:r>
          </w:p>
        </w:tc>
        <w:tc>
          <w:tcPr>
            <w:tcW w:type="dxa" w:w="1984"/>
          </w:tcPr>
          <w:p>
            <w:pPr>
              <w:keepNext/>
            </w:pPr>
            <w:r>
              <w:rPr>
                <w:b w:val="0"/>
                <w:i w:val="0"/>
                <w:sz w:val="20"/>
                <w:u w:val="none"/>
              </w:rPr>
              <w:t>R) Saniye</w:t>
            </w:r>
          </w:p>
        </w:tc>
        <w:tc>
          <w:tcPr>
            <w:tcW w:type="dxa" w:w="2835"/>
          </w:tcPr>
          <w:p>
            <w:pPr>
              <w:keepNext/>
            </w:pPr>
          </w:p>
        </w:tc>
        <w:tc>
          <w:tcPr>
            <w:tcW w:type="dxa" w:w="1984"/>
          </w:tcPr>
          <w:p>
            <w:pPr>
              <w:keepNext/>
            </w:pPr>
          </w:p>
        </w:tc>
      </w:tr>
      <w:tr>
        <w:trPr>
          <w:cantSplit/>
        </w:trPr>
        <w:tc>
          <w:tcPr>
            <w:tcW w:type="dxa" w:w="2835"/>
          </w:tcPr>
          <w:p>
            <w:pPr>
              <w:keepNext/>
              <w:jc w:val="left"/>
            </w:pPr>
            <w:r>
              <w:rPr>
                <w:b w:val="0"/>
                <w:i w:val="0"/>
                <w:sz w:val="20"/>
                <w:u w:val="none"/>
              </w:rPr>
              <w:t>59) Twice a day</w:t>
            </w:r>
          </w:p>
        </w:tc>
        <w:tc>
          <w:tcPr>
            <w:tcW w:type="dxa" w:w="1984"/>
          </w:tcPr>
          <w:p>
            <w:pPr>
              <w:keepNext/>
            </w:pPr>
            <w:r>
              <w:rPr>
                <w:b w:val="0"/>
                <w:i w:val="0"/>
                <w:sz w:val="20"/>
                <w:u w:val="none"/>
              </w:rPr>
              <w:t>S) Ilık</w:t>
            </w:r>
          </w:p>
        </w:tc>
        <w:tc>
          <w:tcPr>
            <w:tcW w:type="dxa" w:w="2835"/>
          </w:tcPr>
          <w:p>
            <w:pPr>
              <w:keepNext/>
            </w:pPr>
          </w:p>
        </w:tc>
        <w:tc>
          <w:tcPr>
            <w:tcW w:type="dxa" w:w="1984"/>
          </w:tcPr>
          <w:p>
            <w:pPr>
              <w:keepNext/>
            </w:pPr>
          </w:p>
        </w:tc>
      </w:tr>
      <w:tr>
        <w:trPr>
          <w:cantSplit/>
        </w:trPr>
        <w:tc>
          <w:tcPr>
            <w:tcW w:type="dxa" w:w="2835"/>
          </w:tcPr>
          <w:p>
            <w:pPr>
              <w:keepNext w:val="0"/>
              <w:jc w:val="left"/>
            </w:pPr>
            <w:r>
              <w:rPr>
                <w:b w:val="0"/>
                <w:i w:val="0"/>
                <w:sz w:val="20"/>
                <w:u w:val="none"/>
              </w:rPr>
              <w:t>60) Dirty</w:t>
            </w:r>
          </w:p>
        </w:tc>
        <w:tc>
          <w:tcPr>
            <w:tcW w:type="dxa" w:w="1984"/>
          </w:tcPr>
          <w:p>
            <w:pPr>
              <w:keepNext w:val="0"/>
            </w:pPr>
            <w:r>
              <w:rPr>
                <w:b w:val="0"/>
                <w:i w:val="0"/>
                <w:sz w:val="20"/>
                <w:u w:val="none"/>
              </w:rPr>
              <w:t>T) Kirli</w:t>
            </w:r>
          </w:p>
        </w:tc>
        <w:tc>
          <w:tcPr>
            <w:tcW w:type="dxa" w:w="2835"/>
          </w:tcPr>
          <w:p>
            <w:pPr>
              <w:keepNext w:val="0"/>
            </w:pPr>
          </w:p>
        </w:tc>
        <w:tc>
          <w:tcPr>
            <w:tcW w:type="dxa" w:w="1984"/>
          </w:tcPr>
          <w:p>
            <w:pPr>
              <w:keepNext w:val="0"/>
            </w:pPr>
          </w:p>
        </w:tc>
      </w:tr>
    </w:tbl>
    <w:p>
      <w:pPr>
        <w:spacing w:after="0"/>
      </w:pPr>
    </w:p>
    <w:p>
      <w:pPr>
        <w:keepNext/>
        <w:spacing w:before="240" w:after="80"/>
        <w:pBdr>
          <w:bottom w:val="single" w:sz="10" w:color="2E5E8C" w:space="4"/>
        </w:pBdr>
      </w:pPr>
      <w:r>
        <w:rPr>
          <w:b/>
          <w:i w:val="0"/>
          <w:color w:val="2E5E8C"/>
          <w:sz w:val="26"/>
          <w:u w:val="none"/>
        </w:rPr>
        <w:t>Choose the correct answer. (61 - 91)</w:t>
      </w:r>
    </w:p>
    <w:p>
      <w:pPr>
        <w:keepNext/>
        <w:spacing w:before="80"/>
      </w:pPr>
      <w:r>
        <w:rPr>
          <w:b/>
          <w:i w:val="0"/>
          <w:color w:val="2E5E8C"/>
          <w:u w:val="none"/>
        </w:rPr>
        <w:t xml:space="preserve">61) </w:t>
      </w:r>
      <w:r>
        <w:rPr>
          <w:b w:val="0"/>
          <w:i w:val="0"/>
          <w:u w:val="none"/>
        </w:rPr>
        <w:t>I need a notebook and a ___ to write.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ruler</w:t>
            </w:r>
          </w:p>
        </w:tc>
        <w:tc>
          <w:tcPr>
            <w:tcW w:type="dxa" w:w="2466"/>
          </w:tcPr>
          <w:p>
            <w:pPr>
              <w:keepNext w:val="0"/>
            </w:pPr>
            <w:r>
              <w:rPr>
                <w:b/>
                <w:i w:val="0"/>
                <w:color w:val="2E5E8C"/>
                <w:u w:val="none"/>
              </w:rPr>
              <w:t xml:space="preserve">B) </w:t>
            </w:r>
            <w:r>
              <w:rPr>
                <w:b w:val="0"/>
                <w:i w:val="0"/>
                <w:u w:val="none"/>
              </w:rPr>
              <w:t>pen</w:t>
            </w:r>
          </w:p>
        </w:tc>
        <w:tc>
          <w:tcPr>
            <w:tcW w:type="dxa" w:w="2466"/>
          </w:tcPr>
          <w:p>
            <w:pPr>
              <w:keepNext w:val="0"/>
            </w:pPr>
            <w:r>
              <w:rPr>
                <w:b/>
                <w:i w:val="0"/>
                <w:color w:val="2E5E8C"/>
                <w:u w:val="none"/>
              </w:rPr>
              <w:t xml:space="preserve">C) </w:t>
            </w:r>
            <w:r>
              <w:rPr>
                <w:b w:val="0"/>
                <w:i w:val="0"/>
                <w:u w:val="none"/>
              </w:rPr>
              <w:t>books</w:t>
            </w:r>
          </w:p>
        </w:tc>
        <w:tc>
          <w:tcPr>
            <w:tcW w:type="dxa" w:w="2466"/>
          </w:tcPr>
          <w:p>
            <w:pPr>
              <w:keepNext w:val="0"/>
            </w:pPr>
            <w:r>
              <w:rPr>
                <w:b/>
                <w:i w:val="0"/>
                <w:color w:val="2E5E8C"/>
                <w:u w:val="none"/>
              </w:rPr>
              <w:t xml:space="preserve">D) </w:t>
            </w:r>
            <w:r>
              <w:rPr>
                <w:b w:val="0"/>
                <w:i w:val="0"/>
                <w:u w:val="none"/>
              </w:rPr>
              <w:t>chairs</w:t>
            </w:r>
          </w:p>
        </w:tc>
      </w:tr>
    </w:tbl>
    <w:p>
      <w:pPr>
        <w:keepNext/>
        <w:spacing w:before="80"/>
      </w:pPr>
      <w:r>
        <w:rPr>
          <w:b/>
          <w:i w:val="0"/>
          <w:color w:val="2E5E8C"/>
          <w:u w:val="none"/>
        </w:rPr>
        <w:t xml:space="preserve">62) </w:t>
      </w:r>
      <w:r>
        <w:rPr>
          <w:b w:val="0"/>
          <w:i w:val="0"/>
          <w:u w:val="none"/>
        </w:rPr>
        <w:t>My brother and I always ___ lunch together at school.</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has</w:t>
            </w:r>
          </w:p>
        </w:tc>
        <w:tc>
          <w:tcPr>
            <w:tcW w:type="dxa" w:w="2466"/>
          </w:tcPr>
          <w:p>
            <w:pPr>
              <w:keepNext w:val="0"/>
            </w:pPr>
            <w:r>
              <w:rPr>
                <w:b/>
                <w:i w:val="0"/>
                <w:color w:val="2E5E8C"/>
                <w:u w:val="none"/>
              </w:rPr>
              <w:t xml:space="preserve">B) </w:t>
            </w:r>
            <w:r>
              <w:rPr>
                <w:b w:val="0"/>
                <w:i w:val="0"/>
                <w:u w:val="none"/>
              </w:rPr>
              <w:t>having</w:t>
            </w:r>
          </w:p>
        </w:tc>
        <w:tc>
          <w:tcPr>
            <w:tcW w:type="dxa" w:w="2466"/>
          </w:tcPr>
          <w:p>
            <w:pPr>
              <w:keepNext w:val="0"/>
            </w:pPr>
            <w:r>
              <w:rPr>
                <w:b/>
                <w:i w:val="0"/>
                <w:color w:val="2E5E8C"/>
                <w:u w:val="none"/>
              </w:rPr>
              <w:t xml:space="preserve">C) </w:t>
            </w:r>
            <w:r>
              <w:rPr>
                <w:b w:val="0"/>
                <w:i w:val="0"/>
                <w:u w:val="none"/>
              </w:rPr>
              <w:t>do</w:t>
            </w:r>
          </w:p>
        </w:tc>
        <w:tc>
          <w:tcPr>
            <w:tcW w:type="dxa" w:w="2466"/>
          </w:tcPr>
          <w:p>
            <w:pPr>
              <w:keepNext w:val="0"/>
            </w:pPr>
            <w:r>
              <w:rPr>
                <w:b/>
                <w:i w:val="0"/>
                <w:color w:val="2E5E8C"/>
                <w:u w:val="none"/>
              </w:rPr>
              <w:t xml:space="preserve">D) </w:t>
            </w:r>
            <w:r>
              <w:rPr>
                <w:b w:val="0"/>
                <w:i w:val="0"/>
                <w:u w:val="none"/>
              </w:rPr>
              <w:t>have</w:t>
            </w:r>
          </w:p>
        </w:tc>
      </w:tr>
    </w:tbl>
    <w:p>
      <w:pPr>
        <w:keepNext/>
        <w:spacing w:before="80"/>
      </w:pPr>
      <w:r>
        <w:rPr>
          <w:b/>
          <w:i w:val="0"/>
          <w:color w:val="2E5E8C"/>
          <w:u w:val="none"/>
        </w:rPr>
        <w:t xml:space="preserve">63) </w:t>
      </w:r>
      <w:r>
        <w:rPr>
          <w:b w:val="0"/>
          <w:i w:val="0"/>
          <w:u w:val="none"/>
        </w:rPr>
        <w:t>On Sundays, my parents ___ to the cinema with us.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come</w:t>
            </w:r>
          </w:p>
        </w:tc>
        <w:tc>
          <w:tcPr>
            <w:tcW w:type="dxa" w:w="2466"/>
          </w:tcPr>
          <w:p>
            <w:pPr>
              <w:keepNext w:val="0"/>
            </w:pPr>
            <w:r>
              <w:rPr>
                <w:b/>
                <w:i w:val="0"/>
                <w:color w:val="2E5E8C"/>
                <w:u w:val="none"/>
              </w:rPr>
              <w:t xml:space="preserve">B) </w:t>
            </w:r>
            <w:r>
              <w:rPr>
                <w:b w:val="0"/>
                <w:i w:val="0"/>
                <w:u w:val="none"/>
              </w:rPr>
              <w:t>comes</w:t>
            </w:r>
          </w:p>
        </w:tc>
        <w:tc>
          <w:tcPr>
            <w:tcW w:type="dxa" w:w="2466"/>
          </w:tcPr>
          <w:p>
            <w:pPr>
              <w:keepNext w:val="0"/>
            </w:pPr>
            <w:r>
              <w:rPr>
                <w:b/>
                <w:i w:val="0"/>
                <w:color w:val="2E5E8C"/>
                <w:u w:val="none"/>
              </w:rPr>
              <w:t xml:space="preserve">C) </w:t>
            </w:r>
            <w:r>
              <w:rPr>
                <w:b w:val="0"/>
                <w:i w:val="0"/>
                <w:u w:val="none"/>
              </w:rPr>
              <w:t>don't comes</w:t>
            </w:r>
          </w:p>
        </w:tc>
        <w:tc>
          <w:tcPr>
            <w:tcW w:type="dxa" w:w="2466"/>
          </w:tcPr>
          <w:p>
            <w:pPr>
              <w:keepNext w:val="0"/>
            </w:pPr>
            <w:r>
              <w:rPr>
                <w:b/>
                <w:i w:val="0"/>
                <w:color w:val="2E5E8C"/>
                <w:u w:val="none"/>
              </w:rPr>
              <w:t xml:space="preserve">D) </w:t>
            </w:r>
            <w:r>
              <w:rPr>
                <w:b w:val="0"/>
                <w:i w:val="0"/>
                <w:u w:val="none"/>
              </w:rPr>
              <w:t>doesn't come</w:t>
            </w:r>
          </w:p>
        </w:tc>
      </w:tr>
    </w:tbl>
    <w:p>
      <w:pPr>
        <w:keepNext/>
        <w:spacing w:before="80"/>
      </w:pPr>
      <w:r>
        <w:rPr>
          <w:b/>
          <w:i w:val="0"/>
          <w:color w:val="2E5E8C"/>
          <w:u w:val="none"/>
        </w:rPr>
        <w:t xml:space="preserve">64) </w:t>
      </w:r>
      <w:r>
        <w:rPr>
          <w:b w:val="0"/>
          <w:i w:val="0"/>
          <w:u w:val="none"/>
        </w:rPr>
        <w:t>They really ___ sports, so they ___ to train every day.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enjoys / try</w:t>
            </w:r>
          </w:p>
        </w:tc>
        <w:tc>
          <w:tcPr>
            <w:tcW w:type="dxa" w:w="2466"/>
          </w:tcPr>
          <w:p>
            <w:pPr>
              <w:keepNext w:val="0"/>
            </w:pPr>
            <w:r>
              <w:rPr>
                <w:b/>
                <w:i w:val="0"/>
                <w:color w:val="2E5E8C"/>
                <w:u w:val="none"/>
              </w:rPr>
              <w:t xml:space="preserve">B) </w:t>
            </w:r>
            <w:r>
              <w:rPr>
                <w:b w:val="0"/>
                <w:i w:val="0"/>
                <w:u w:val="none"/>
              </w:rPr>
              <w:t>enjoy / try</w:t>
            </w:r>
          </w:p>
        </w:tc>
        <w:tc>
          <w:tcPr>
            <w:tcW w:type="dxa" w:w="2466"/>
          </w:tcPr>
          <w:p>
            <w:pPr>
              <w:keepNext w:val="0"/>
            </w:pPr>
            <w:r>
              <w:rPr>
                <w:b/>
                <w:i w:val="0"/>
                <w:color w:val="2E5E8C"/>
                <w:u w:val="none"/>
              </w:rPr>
              <w:t xml:space="preserve">C) </w:t>
            </w:r>
            <w:r>
              <w:rPr>
                <w:b w:val="0"/>
                <w:i w:val="0"/>
                <w:u w:val="none"/>
              </w:rPr>
              <w:t>enjoy / tries</w:t>
            </w:r>
          </w:p>
        </w:tc>
        <w:tc>
          <w:tcPr>
            <w:tcW w:type="dxa" w:w="2466"/>
          </w:tcPr>
          <w:p>
            <w:pPr>
              <w:keepNext w:val="0"/>
            </w:pPr>
            <w:r>
              <w:rPr>
                <w:b/>
                <w:i w:val="0"/>
                <w:color w:val="2E5E8C"/>
                <w:u w:val="none"/>
              </w:rPr>
              <w:t xml:space="preserve">D) </w:t>
            </w:r>
            <w:r>
              <w:rPr>
                <w:b w:val="0"/>
                <w:i w:val="0"/>
                <w:u w:val="none"/>
              </w:rPr>
              <w:t>don't enjoy / try</w:t>
            </w:r>
          </w:p>
        </w:tc>
      </w:tr>
    </w:tbl>
    <w:p>
      <w:pPr>
        <w:keepNext/>
        <w:spacing w:before="80"/>
      </w:pPr>
      <w:r>
        <w:rPr>
          <w:b/>
          <w:i w:val="0"/>
          <w:color w:val="2E5E8C"/>
          <w:u w:val="none"/>
        </w:rPr>
        <w:t xml:space="preserve">65) </w:t>
      </w:r>
      <w:r>
        <w:rPr>
          <w:b w:val="0"/>
          <w:i w:val="0"/>
          <w:u w:val="none"/>
        </w:rPr>
        <w:t>I ___ to school by bus but my sister ___ by bike.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go / goes</w:t>
            </w:r>
          </w:p>
        </w:tc>
        <w:tc>
          <w:tcPr>
            <w:tcW w:type="dxa" w:w="2466"/>
          </w:tcPr>
          <w:p>
            <w:pPr>
              <w:keepNext w:val="0"/>
            </w:pPr>
            <w:r>
              <w:rPr>
                <w:b/>
                <w:i w:val="0"/>
                <w:color w:val="2E5E8C"/>
                <w:u w:val="none"/>
              </w:rPr>
              <w:t xml:space="preserve">B) </w:t>
            </w:r>
            <w:r>
              <w:rPr>
                <w:b w:val="0"/>
                <w:i w:val="0"/>
                <w:u w:val="none"/>
              </w:rPr>
              <w:t>goes / goes</w:t>
            </w:r>
          </w:p>
        </w:tc>
        <w:tc>
          <w:tcPr>
            <w:tcW w:type="dxa" w:w="2466"/>
          </w:tcPr>
          <w:p>
            <w:pPr>
              <w:keepNext w:val="0"/>
            </w:pPr>
            <w:r>
              <w:rPr>
                <w:b/>
                <w:i w:val="0"/>
                <w:color w:val="2E5E8C"/>
                <w:u w:val="none"/>
              </w:rPr>
              <w:t xml:space="preserve">C) </w:t>
            </w:r>
            <w:r>
              <w:rPr>
                <w:b w:val="0"/>
                <w:i w:val="0"/>
                <w:u w:val="none"/>
              </w:rPr>
              <w:t>go / go</w:t>
            </w:r>
          </w:p>
        </w:tc>
        <w:tc>
          <w:tcPr>
            <w:tcW w:type="dxa" w:w="2466"/>
          </w:tcPr>
          <w:p>
            <w:pPr>
              <w:keepNext w:val="0"/>
            </w:pPr>
            <w:r>
              <w:rPr>
                <w:b/>
                <w:i w:val="0"/>
                <w:color w:val="2E5E8C"/>
                <w:u w:val="none"/>
              </w:rPr>
              <w:t xml:space="preserve">D) </w:t>
            </w:r>
            <w:r>
              <w:rPr>
                <w:b w:val="0"/>
                <w:i w:val="0"/>
                <w:u w:val="none"/>
              </w:rPr>
              <w:t>goes / go</w:t>
            </w:r>
          </w:p>
        </w:tc>
      </w:tr>
    </w:tbl>
    <w:p>
      <w:pPr>
        <w:keepNext/>
        <w:spacing w:before="80"/>
      </w:pPr>
      <w:r>
        <w:rPr>
          <w:b/>
          <w:i w:val="0"/>
          <w:color w:val="2E5E8C"/>
          <w:u w:val="none"/>
        </w:rPr>
        <w:t xml:space="preserve">66) </w:t>
      </w:r>
      <w:r>
        <w:rPr>
          <w:b w:val="0"/>
          <w:i w:val="0"/>
          <w:u w:val="none"/>
        </w:rPr>
        <w:t>My cousin ___ water every morning.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is drink</w:t>
            </w:r>
          </w:p>
        </w:tc>
        <w:tc>
          <w:tcPr>
            <w:tcW w:type="dxa" w:w="2466"/>
          </w:tcPr>
          <w:p>
            <w:pPr>
              <w:keepNext w:val="0"/>
            </w:pPr>
            <w:r>
              <w:rPr>
                <w:b/>
                <w:i w:val="0"/>
                <w:color w:val="2E5E8C"/>
                <w:u w:val="none"/>
              </w:rPr>
              <w:t xml:space="preserve">B) </w:t>
            </w:r>
            <w:r>
              <w:rPr>
                <w:b w:val="0"/>
                <w:i w:val="0"/>
                <w:u w:val="none"/>
              </w:rPr>
              <w:t>drinks</w:t>
            </w:r>
          </w:p>
        </w:tc>
        <w:tc>
          <w:tcPr>
            <w:tcW w:type="dxa" w:w="2466"/>
          </w:tcPr>
          <w:p>
            <w:pPr>
              <w:keepNext w:val="0"/>
            </w:pPr>
            <w:r>
              <w:rPr>
                <w:b/>
                <w:i w:val="0"/>
                <w:color w:val="2E5E8C"/>
                <w:u w:val="none"/>
              </w:rPr>
              <w:t xml:space="preserve">C) </w:t>
            </w:r>
            <w:r>
              <w:rPr>
                <w:b w:val="0"/>
                <w:i w:val="0"/>
                <w:u w:val="none"/>
              </w:rPr>
              <w:t>drink</w:t>
            </w:r>
          </w:p>
        </w:tc>
        <w:tc>
          <w:tcPr>
            <w:tcW w:type="dxa" w:w="2466"/>
          </w:tcPr>
          <w:p>
            <w:pPr>
              <w:keepNext w:val="0"/>
            </w:pPr>
            <w:r>
              <w:rPr>
                <w:b/>
                <w:i w:val="0"/>
                <w:color w:val="2E5E8C"/>
                <w:u w:val="none"/>
              </w:rPr>
              <w:t xml:space="preserve">D) </w:t>
            </w:r>
            <w:r>
              <w:rPr>
                <w:b w:val="0"/>
                <w:i w:val="0"/>
                <w:u w:val="none"/>
              </w:rPr>
              <w:t>drinking</w:t>
            </w:r>
          </w:p>
        </w:tc>
      </w:tr>
    </w:tbl>
    <w:p>
      <w:pPr>
        <w:keepNext/>
        <w:spacing w:before="80"/>
      </w:pPr>
      <w:r>
        <w:rPr>
          <w:b/>
          <w:i w:val="0"/>
          <w:color w:val="2E5E8C"/>
          <w:u w:val="none"/>
        </w:rPr>
        <w:t xml:space="preserve">67) </w:t>
      </w:r>
      <w:r>
        <w:rPr>
          <w:b w:val="0"/>
          <w:i w:val="0"/>
          <w:u w:val="none"/>
        </w:rPr>
        <w:t>Where ___ John ___?</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has / live</w:t>
            </w:r>
          </w:p>
        </w:tc>
        <w:tc>
          <w:tcPr>
            <w:tcW w:type="dxa" w:w="2466"/>
          </w:tcPr>
          <w:p>
            <w:pPr>
              <w:keepNext w:val="0"/>
            </w:pPr>
            <w:r>
              <w:rPr>
                <w:b/>
                <w:i w:val="0"/>
                <w:color w:val="2E5E8C"/>
                <w:u w:val="none"/>
              </w:rPr>
              <w:t xml:space="preserve">B) </w:t>
            </w:r>
            <w:r>
              <w:rPr>
                <w:b w:val="0"/>
                <w:i w:val="0"/>
                <w:u w:val="none"/>
              </w:rPr>
              <w:t>does / live</w:t>
            </w:r>
          </w:p>
        </w:tc>
        <w:tc>
          <w:tcPr>
            <w:tcW w:type="dxa" w:w="2466"/>
          </w:tcPr>
          <w:p>
            <w:pPr>
              <w:keepNext w:val="0"/>
            </w:pPr>
            <w:r>
              <w:rPr>
                <w:b/>
                <w:i w:val="0"/>
                <w:color w:val="2E5E8C"/>
                <w:u w:val="none"/>
              </w:rPr>
              <w:t xml:space="preserve">C) </w:t>
            </w:r>
            <w:r>
              <w:rPr>
                <w:b w:val="0"/>
                <w:i w:val="0"/>
                <w:u w:val="none"/>
              </w:rPr>
              <w:t>do / lives</w:t>
            </w:r>
          </w:p>
        </w:tc>
        <w:tc>
          <w:tcPr>
            <w:tcW w:type="dxa" w:w="2466"/>
          </w:tcPr>
          <w:p>
            <w:pPr>
              <w:keepNext w:val="0"/>
            </w:pPr>
            <w:r>
              <w:rPr>
                <w:b/>
                <w:i w:val="0"/>
                <w:color w:val="2E5E8C"/>
                <w:u w:val="none"/>
              </w:rPr>
              <w:t xml:space="preserve">D) </w:t>
            </w:r>
            <w:r>
              <w:rPr>
                <w:b w:val="0"/>
                <w:i w:val="0"/>
                <w:u w:val="none"/>
              </w:rPr>
              <w:t>is / lives</w:t>
            </w:r>
          </w:p>
        </w:tc>
      </w:tr>
    </w:tbl>
    <w:p>
      <w:pPr>
        <w:keepNext/>
        <w:spacing w:before="80"/>
      </w:pPr>
      <w:r>
        <w:rPr>
          <w:b/>
          <w:i w:val="0"/>
          <w:color w:val="2E5E8C"/>
          <w:u w:val="none"/>
        </w:rPr>
        <w:t xml:space="preserve">68) </w:t>
      </w:r>
      <w:r>
        <w:rPr>
          <w:b w:val="0"/>
          <w:i w:val="0"/>
          <w:u w:val="none"/>
        </w:rPr>
        <w:t>Emily ___ her face every evening.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wash</w:t>
            </w:r>
          </w:p>
        </w:tc>
        <w:tc>
          <w:tcPr>
            <w:tcW w:type="dxa" w:w="2466"/>
          </w:tcPr>
          <w:p>
            <w:pPr>
              <w:keepNext w:val="0"/>
            </w:pPr>
            <w:r>
              <w:rPr>
                <w:b/>
                <w:i w:val="0"/>
                <w:color w:val="2E5E8C"/>
                <w:u w:val="none"/>
              </w:rPr>
              <w:t xml:space="preserve">B) </w:t>
            </w:r>
            <w:r>
              <w:rPr>
                <w:b w:val="0"/>
                <w:i w:val="0"/>
                <w:u w:val="none"/>
              </w:rPr>
              <w:t>is washing</w:t>
            </w:r>
          </w:p>
        </w:tc>
        <w:tc>
          <w:tcPr>
            <w:tcW w:type="dxa" w:w="2466"/>
          </w:tcPr>
          <w:p>
            <w:pPr>
              <w:keepNext w:val="0"/>
            </w:pPr>
            <w:r>
              <w:rPr>
                <w:b/>
                <w:i w:val="0"/>
                <w:color w:val="2E5E8C"/>
                <w:u w:val="none"/>
              </w:rPr>
              <w:t xml:space="preserve">C) </w:t>
            </w:r>
            <w:r>
              <w:rPr>
                <w:b w:val="0"/>
                <w:i w:val="0"/>
                <w:u w:val="none"/>
              </w:rPr>
              <w:t>washes</w:t>
            </w:r>
          </w:p>
        </w:tc>
        <w:tc>
          <w:tcPr>
            <w:tcW w:type="dxa" w:w="2466"/>
          </w:tcPr>
          <w:p>
            <w:pPr>
              <w:keepNext w:val="0"/>
            </w:pPr>
            <w:r>
              <w:rPr>
                <w:b/>
                <w:i w:val="0"/>
                <w:color w:val="2E5E8C"/>
                <w:u w:val="none"/>
              </w:rPr>
              <w:t xml:space="preserve">D) </w:t>
            </w:r>
            <w:r>
              <w:rPr>
                <w:b w:val="0"/>
                <w:i w:val="0"/>
                <w:u w:val="none"/>
              </w:rPr>
              <w:t>washs</w:t>
            </w:r>
          </w:p>
        </w:tc>
      </w:tr>
    </w:tbl>
    <w:p>
      <w:pPr>
        <w:keepNext/>
        <w:spacing w:before="80"/>
      </w:pPr>
      <w:r>
        <w:rPr>
          <w:b/>
          <w:i w:val="0"/>
          <w:color w:val="2E5E8C"/>
          <w:u w:val="none"/>
        </w:rPr>
        <w:t xml:space="preserve">69) </w:t>
      </w:r>
      <w:r>
        <w:rPr>
          <w:b w:val="0"/>
          <w:i w:val="0"/>
          <w:u w:val="none"/>
        </w:rPr>
        <w:t>He ___ his homework before dinner.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doesn't do</w:t>
            </w:r>
          </w:p>
        </w:tc>
        <w:tc>
          <w:tcPr>
            <w:tcW w:type="dxa" w:w="2466"/>
          </w:tcPr>
          <w:p>
            <w:pPr>
              <w:keepNext w:val="0"/>
            </w:pPr>
            <w:r>
              <w:rPr>
                <w:b/>
                <w:i w:val="0"/>
                <w:color w:val="2E5E8C"/>
                <w:u w:val="none"/>
              </w:rPr>
              <w:t xml:space="preserve">B) </w:t>
            </w:r>
            <w:r>
              <w:rPr>
                <w:b w:val="0"/>
                <w:i w:val="0"/>
                <w:u w:val="none"/>
              </w:rPr>
              <w:t>don't do</w:t>
            </w:r>
          </w:p>
        </w:tc>
        <w:tc>
          <w:tcPr>
            <w:tcW w:type="dxa" w:w="2466"/>
          </w:tcPr>
          <w:p>
            <w:pPr>
              <w:keepNext w:val="0"/>
            </w:pPr>
            <w:r>
              <w:rPr>
                <w:b/>
                <w:i w:val="0"/>
                <w:color w:val="2E5E8C"/>
                <w:u w:val="none"/>
              </w:rPr>
              <w:t xml:space="preserve">C) </w:t>
            </w:r>
            <w:r>
              <w:rPr>
                <w:b w:val="0"/>
                <w:i w:val="0"/>
                <w:u w:val="none"/>
              </w:rPr>
              <w:t>don't does</w:t>
            </w:r>
          </w:p>
        </w:tc>
        <w:tc>
          <w:tcPr>
            <w:tcW w:type="dxa" w:w="2466"/>
          </w:tcPr>
          <w:p>
            <w:pPr>
              <w:keepNext w:val="0"/>
            </w:pPr>
            <w:r>
              <w:rPr>
                <w:b/>
                <w:i w:val="0"/>
                <w:color w:val="2E5E8C"/>
                <w:u w:val="none"/>
              </w:rPr>
              <w:t xml:space="preserve">D) </w:t>
            </w:r>
            <w:r>
              <w:rPr>
                <w:b w:val="0"/>
                <w:i w:val="0"/>
                <w:u w:val="none"/>
              </w:rPr>
              <w:t>doesn't does</w:t>
            </w:r>
          </w:p>
        </w:tc>
      </w:tr>
    </w:tbl>
    <w:p>
      <w:pPr>
        <w:keepNext/>
        <w:spacing w:before="80"/>
      </w:pPr>
      <w:r>
        <w:rPr>
          <w:b/>
          <w:i w:val="0"/>
          <w:color w:val="2E5E8C"/>
          <w:u w:val="none"/>
        </w:rPr>
        <w:t xml:space="preserve">70) </w:t>
      </w:r>
      <w:r>
        <w:rPr>
          <w:b w:val="0"/>
          <w:i w:val="0"/>
          <w:u w:val="none"/>
        </w:rPr>
        <w:t>Anna ___ eats vegetables because she doesn't like them.</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sometimes</w:t>
            </w:r>
          </w:p>
        </w:tc>
        <w:tc>
          <w:tcPr>
            <w:tcW w:type="dxa" w:w="2466"/>
          </w:tcPr>
          <w:p>
            <w:pPr>
              <w:keepNext w:val="0"/>
            </w:pPr>
            <w:r>
              <w:rPr>
                <w:b/>
                <w:i w:val="0"/>
                <w:color w:val="2E5E8C"/>
                <w:u w:val="none"/>
              </w:rPr>
              <w:t xml:space="preserve">B) </w:t>
            </w:r>
            <w:r>
              <w:rPr>
                <w:b w:val="0"/>
                <w:i w:val="0"/>
                <w:u w:val="none"/>
              </w:rPr>
              <w:t>never</w:t>
            </w:r>
          </w:p>
        </w:tc>
        <w:tc>
          <w:tcPr>
            <w:tcW w:type="dxa" w:w="2466"/>
          </w:tcPr>
          <w:p>
            <w:pPr>
              <w:keepNext w:val="0"/>
            </w:pPr>
            <w:r>
              <w:rPr>
                <w:b/>
                <w:i w:val="0"/>
                <w:color w:val="2E5E8C"/>
                <w:u w:val="none"/>
              </w:rPr>
              <w:t xml:space="preserve">C) </w:t>
            </w:r>
            <w:r>
              <w:rPr>
                <w:b w:val="0"/>
                <w:i w:val="0"/>
                <w:u w:val="none"/>
              </w:rPr>
              <w:t>often</w:t>
            </w:r>
          </w:p>
        </w:tc>
        <w:tc>
          <w:tcPr>
            <w:tcW w:type="dxa" w:w="2466"/>
          </w:tcPr>
          <w:p>
            <w:pPr>
              <w:keepNext w:val="0"/>
            </w:pPr>
            <w:r>
              <w:rPr>
                <w:b/>
                <w:i w:val="0"/>
                <w:color w:val="2E5E8C"/>
                <w:u w:val="none"/>
              </w:rPr>
              <w:t xml:space="preserve">D) </w:t>
            </w:r>
            <w:r>
              <w:rPr>
                <w:b w:val="0"/>
                <w:i w:val="0"/>
                <w:u w:val="none"/>
              </w:rPr>
              <w:t>usually</w:t>
            </w:r>
          </w:p>
        </w:tc>
      </w:tr>
    </w:tbl>
    <w:p>
      <w:pPr>
        <w:keepNext/>
        <w:spacing w:before="80"/>
      </w:pPr>
      <w:r>
        <w:rPr>
          <w:b/>
          <w:i w:val="0"/>
          <w:color w:val="2E5E8C"/>
          <w:u w:val="none"/>
        </w:rPr>
        <w:t xml:space="preserve">71) </w:t>
      </w:r>
      <w:r>
        <w:rPr>
          <w:b w:val="0"/>
          <w:i w:val="0"/>
          <w:u w:val="none"/>
        </w:rPr>
        <w:t>Daniel likes football, but he ___ tennis.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doesn't like</w:t>
            </w:r>
          </w:p>
        </w:tc>
        <w:tc>
          <w:tcPr>
            <w:tcW w:type="dxa" w:w="2466"/>
          </w:tcPr>
          <w:p>
            <w:pPr>
              <w:keepNext w:val="0"/>
            </w:pPr>
            <w:r>
              <w:rPr>
                <w:b/>
                <w:i w:val="0"/>
                <w:color w:val="2E5E8C"/>
                <w:u w:val="none"/>
              </w:rPr>
              <w:t xml:space="preserve">B) </w:t>
            </w:r>
            <w:r>
              <w:rPr>
                <w:b w:val="0"/>
                <w:i w:val="0"/>
                <w:u w:val="none"/>
              </w:rPr>
              <w:t>like</w:t>
            </w:r>
          </w:p>
        </w:tc>
        <w:tc>
          <w:tcPr>
            <w:tcW w:type="dxa" w:w="2466"/>
          </w:tcPr>
          <w:p>
            <w:pPr>
              <w:keepNext w:val="0"/>
            </w:pPr>
            <w:r>
              <w:rPr>
                <w:b/>
                <w:i w:val="0"/>
                <w:color w:val="2E5E8C"/>
                <w:u w:val="none"/>
              </w:rPr>
              <w:t xml:space="preserve">C) </w:t>
            </w:r>
            <w:r>
              <w:rPr>
                <w:b w:val="0"/>
                <w:i w:val="0"/>
                <w:u w:val="none"/>
              </w:rPr>
              <w:t>likes</w:t>
            </w:r>
          </w:p>
        </w:tc>
        <w:tc>
          <w:tcPr>
            <w:tcW w:type="dxa" w:w="2466"/>
          </w:tcPr>
          <w:p>
            <w:pPr>
              <w:keepNext w:val="0"/>
            </w:pPr>
            <w:r>
              <w:rPr>
                <w:b/>
                <w:i w:val="0"/>
                <w:color w:val="2E5E8C"/>
                <w:u w:val="none"/>
              </w:rPr>
              <w:t xml:space="preserve">D) </w:t>
            </w:r>
            <w:r>
              <w:rPr>
                <w:b w:val="0"/>
                <w:i w:val="0"/>
                <w:u w:val="none"/>
              </w:rPr>
              <w:t>don't like</w:t>
            </w:r>
          </w:p>
        </w:tc>
      </w:tr>
    </w:tbl>
    <w:p>
      <w:pPr>
        <w:keepNext/>
        <w:spacing w:before="80"/>
      </w:pPr>
      <w:r>
        <w:rPr>
          <w:b/>
          <w:i w:val="0"/>
          <w:color w:val="2E5E8C"/>
          <w:u w:val="none"/>
        </w:rPr>
        <w:t xml:space="preserve">72) </w:t>
      </w:r>
      <w:r>
        <w:rPr>
          <w:b w:val="0"/>
          <w:i w:val="0"/>
          <w:u w:val="none"/>
        </w:rPr>
        <w:t>I ___ five languages.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speaks</w:t>
            </w:r>
          </w:p>
        </w:tc>
        <w:tc>
          <w:tcPr>
            <w:tcW w:type="dxa" w:w="2466"/>
          </w:tcPr>
          <w:p>
            <w:pPr>
              <w:keepNext w:val="0"/>
            </w:pPr>
            <w:r>
              <w:rPr>
                <w:b/>
                <w:i w:val="0"/>
                <w:color w:val="2E5E8C"/>
                <w:u w:val="none"/>
              </w:rPr>
              <w:t xml:space="preserve">B) </w:t>
            </w:r>
            <w:r>
              <w:rPr>
                <w:b w:val="0"/>
                <w:i w:val="0"/>
                <w:u w:val="none"/>
              </w:rPr>
              <w:t>talk</w:t>
            </w:r>
          </w:p>
        </w:tc>
        <w:tc>
          <w:tcPr>
            <w:tcW w:type="dxa" w:w="2466"/>
          </w:tcPr>
          <w:p>
            <w:pPr>
              <w:keepNext w:val="0"/>
            </w:pPr>
            <w:r>
              <w:rPr>
                <w:b/>
                <w:i w:val="0"/>
                <w:color w:val="2E5E8C"/>
                <w:u w:val="none"/>
              </w:rPr>
              <w:t xml:space="preserve">C) </w:t>
            </w:r>
            <w:r>
              <w:rPr>
                <w:b w:val="0"/>
                <w:i w:val="0"/>
                <w:u w:val="none"/>
              </w:rPr>
              <w:t>speak</w:t>
            </w:r>
          </w:p>
        </w:tc>
        <w:tc>
          <w:tcPr>
            <w:tcW w:type="dxa" w:w="2466"/>
          </w:tcPr>
          <w:p>
            <w:pPr>
              <w:keepNext w:val="0"/>
            </w:pPr>
            <w:r>
              <w:rPr>
                <w:b/>
                <w:i w:val="0"/>
                <w:color w:val="2E5E8C"/>
                <w:u w:val="none"/>
              </w:rPr>
              <w:t xml:space="preserve">D) </w:t>
            </w:r>
            <w:r>
              <w:rPr>
                <w:b w:val="0"/>
                <w:i w:val="0"/>
                <w:u w:val="none"/>
              </w:rPr>
              <w:t>talks</w:t>
            </w:r>
          </w:p>
        </w:tc>
      </w:tr>
    </w:tbl>
    <w:p>
      <w:pPr>
        <w:keepNext/>
        <w:spacing w:before="80"/>
      </w:pPr>
      <w:r>
        <w:rPr>
          <w:b/>
          <w:i w:val="0"/>
          <w:color w:val="2E5E8C"/>
          <w:u w:val="none"/>
        </w:rPr>
        <w:t xml:space="preserve">73) </w:t>
      </w:r>
      <w:r>
        <w:rPr>
          <w:b w:val="0"/>
          <w:i w:val="0"/>
          <w:u w:val="none"/>
        </w:rPr>
        <w:t>We ___ walk to school because it is very far.</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always</w:t>
            </w:r>
          </w:p>
        </w:tc>
        <w:tc>
          <w:tcPr>
            <w:tcW w:type="dxa" w:w="2466"/>
          </w:tcPr>
          <w:p>
            <w:pPr>
              <w:keepNext w:val="0"/>
            </w:pPr>
            <w:r>
              <w:rPr>
                <w:b/>
                <w:i w:val="0"/>
                <w:color w:val="2E5E8C"/>
                <w:u w:val="none"/>
              </w:rPr>
              <w:t xml:space="preserve">B) </w:t>
            </w:r>
            <w:r>
              <w:rPr>
                <w:b w:val="0"/>
                <w:i w:val="0"/>
                <w:u w:val="none"/>
              </w:rPr>
              <w:t>often</w:t>
            </w:r>
          </w:p>
        </w:tc>
        <w:tc>
          <w:tcPr>
            <w:tcW w:type="dxa" w:w="2466"/>
          </w:tcPr>
          <w:p>
            <w:pPr>
              <w:keepNext w:val="0"/>
            </w:pPr>
            <w:r>
              <w:rPr>
                <w:b/>
                <w:i w:val="0"/>
                <w:color w:val="2E5E8C"/>
                <w:u w:val="none"/>
              </w:rPr>
              <w:t xml:space="preserve">C) </w:t>
            </w:r>
            <w:r>
              <w:rPr>
                <w:b w:val="0"/>
                <w:i w:val="0"/>
                <w:u w:val="none"/>
              </w:rPr>
              <w:t>never</w:t>
            </w:r>
          </w:p>
        </w:tc>
        <w:tc>
          <w:tcPr>
            <w:tcW w:type="dxa" w:w="2466"/>
          </w:tcPr>
          <w:p>
            <w:pPr>
              <w:keepNext w:val="0"/>
            </w:pPr>
            <w:r>
              <w:rPr>
                <w:b/>
                <w:i w:val="0"/>
                <w:color w:val="2E5E8C"/>
                <w:u w:val="none"/>
              </w:rPr>
              <w:t xml:space="preserve">D) </w:t>
            </w:r>
            <w:r>
              <w:rPr>
                <w:b w:val="0"/>
                <w:i w:val="0"/>
                <w:u w:val="none"/>
              </w:rPr>
              <w:t>usually</w:t>
            </w:r>
          </w:p>
        </w:tc>
      </w:tr>
    </w:tbl>
    <w:p>
      <w:pPr>
        <w:keepNext/>
        <w:spacing w:before="80"/>
      </w:pPr>
      <w:r>
        <w:rPr>
          <w:b/>
          <w:i w:val="0"/>
          <w:color w:val="2E5E8C"/>
          <w:u w:val="none"/>
        </w:rPr>
        <w:t xml:space="preserve">74) </w:t>
      </w:r>
      <w:r>
        <w:rPr>
          <w:b w:val="0"/>
          <w:i w:val="0"/>
          <w:u w:val="none"/>
        </w:rPr>
        <w:t>Tom and Ben ___ TV every evening.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watches</w:t>
            </w:r>
          </w:p>
        </w:tc>
        <w:tc>
          <w:tcPr>
            <w:tcW w:type="dxa" w:w="2466"/>
          </w:tcPr>
          <w:p>
            <w:pPr>
              <w:keepNext w:val="0"/>
            </w:pPr>
            <w:r>
              <w:rPr>
                <w:b/>
                <w:i w:val="0"/>
                <w:color w:val="2E5E8C"/>
                <w:u w:val="none"/>
              </w:rPr>
              <w:t xml:space="preserve">B) </w:t>
            </w:r>
            <w:r>
              <w:rPr>
                <w:b w:val="0"/>
                <w:i w:val="0"/>
                <w:u w:val="none"/>
              </w:rPr>
              <w:t>watching</w:t>
            </w:r>
          </w:p>
        </w:tc>
        <w:tc>
          <w:tcPr>
            <w:tcW w:type="dxa" w:w="2466"/>
          </w:tcPr>
          <w:p>
            <w:pPr>
              <w:keepNext w:val="0"/>
            </w:pPr>
            <w:r>
              <w:rPr>
                <w:b/>
                <w:i w:val="0"/>
                <w:color w:val="2E5E8C"/>
                <w:u w:val="none"/>
              </w:rPr>
              <w:t xml:space="preserve">C) </w:t>
            </w:r>
            <w:r>
              <w:rPr>
                <w:b w:val="0"/>
                <w:i w:val="0"/>
                <w:u w:val="none"/>
              </w:rPr>
              <w:t>watch</w:t>
            </w:r>
          </w:p>
        </w:tc>
        <w:tc>
          <w:tcPr>
            <w:tcW w:type="dxa" w:w="2466"/>
          </w:tcPr>
          <w:p>
            <w:pPr>
              <w:keepNext w:val="0"/>
            </w:pPr>
            <w:r>
              <w:rPr>
                <w:b/>
                <w:i w:val="0"/>
                <w:color w:val="2E5E8C"/>
                <w:u w:val="none"/>
              </w:rPr>
              <w:t xml:space="preserve">D) </w:t>
            </w:r>
            <w:r>
              <w:rPr>
                <w:b w:val="0"/>
                <w:i w:val="0"/>
                <w:u w:val="none"/>
              </w:rPr>
              <w:t>wathchs</w:t>
            </w:r>
          </w:p>
        </w:tc>
      </w:tr>
    </w:tbl>
    <w:p>
      <w:pPr>
        <w:keepNext/>
        <w:spacing w:before="80"/>
      </w:pPr>
      <w:r>
        <w:rPr>
          <w:b/>
          <w:i w:val="0"/>
          <w:color w:val="2E5E8C"/>
          <w:u w:val="none"/>
        </w:rPr>
        <w:t xml:space="preserve">75) </w:t>
      </w:r>
      <w:r>
        <w:rPr>
          <w:b w:val="0"/>
          <w:i w:val="0"/>
          <w:u w:val="none"/>
        </w:rPr>
        <w:t>This suitcase is heavy. I can't carry ___.</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it</w:t>
            </w:r>
          </w:p>
        </w:tc>
        <w:tc>
          <w:tcPr>
            <w:tcW w:type="dxa" w:w="2466"/>
          </w:tcPr>
          <w:p>
            <w:pPr>
              <w:keepNext w:val="0"/>
            </w:pPr>
            <w:r>
              <w:rPr>
                <w:b/>
                <w:i w:val="0"/>
                <w:color w:val="2E5E8C"/>
                <w:u w:val="none"/>
              </w:rPr>
              <w:t xml:space="preserve">B) </w:t>
            </w:r>
            <w:r>
              <w:rPr>
                <w:b w:val="0"/>
                <w:i w:val="0"/>
                <w:u w:val="none"/>
              </w:rPr>
              <w:t>her</w:t>
            </w:r>
          </w:p>
        </w:tc>
        <w:tc>
          <w:tcPr>
            <w:tcW w:type="dxa" w:w="2466"/>
          </w:tcPr>
          <w:p>
            <w:pPr>
              <w:keepNext w:val="0"/>
            </w:pPr>
            <w:r>
              <w:rPr>
                <w:b/>
                <w:i w:val="0"/>
                <w:color w:val="2E5E8C"/>
                <w:u w:val="none"/>
              </w:rPr>
              <w:t xml:space="preserve">C) </w:t>
            </w:r>
            <w:r>
              <w:rPr>
                <w:b w:val="0"/>
                <w:i w:val="0"/>
                <w:u w:val="none"/>
              </w:rPr>
              <w:t>them</w:t>
            </w:r>
          </w:p>
        </w:tc>
        <w:tc>
          <w:tcPr>
            <w:tcW w:type="dxa" w:w="2466"/>
          </w:tcPr>
          <w:p>
            <w:pPr>
              <w:keepNext w:val="0"/>
            </w:pPr>
            <w:r>
              <w:rPr>
                <w:b/>
                <w:i w:val="0"/>
                <w:color w:val="2E5E8C"/>
                <w:u w:val="none"/>
              </w:rPr>
              <w:t xml:space="preserve">D) </w:t>
            </w:r>
            <w:r>
              <w:rPr>
                <w:b w:val="0"/>
                <w:i w:val="0"/>
                <w:u w:val="none"/>
              </w:rPr>
              <w:t>me</w:t>
            </w:r>
          </w:p>
        </w:tc>
      </w:tr>
    </w:tbl>
    <w:p>
      <w:pPr>
        <w:keepNext/>
        <w:spacing w:before="80"/>
      </w:pPr>
      <w:r>
        <w:rPr>
          <w:b/>
          <w:i w:val="0"/>
          <w:color w:val="2E5E8C"/>
          <w:u w:val="none"/>
        </w:rPr>
        <w:t xml:space="preserve">76) </w:t>
      </w:r>
      <w:r>
        <w:rPr>
          <w:b w:val="0"/>
          <w:i w:val="0"/>
          <w:u w:val="none"/>
        </w:rPr>
        <w:t>My dad always tells ___ funny stories. We enjoy them so much.</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them</w:t>
            </w:r>
          </w:p>
        </w:tc>
        <w:tc>
          <w:tcPr>
            <w:tcW w:type="dxa" w:w="2466"/>
          </w:tcPr>
          <w:p>
            <w:pPr>
              <w:keepNext w:val="0"/>
            </w:pPr>
            <w:r>
              <w:rPr>
                <w:b/>
                <w:i w:val="0"/>
                <w:color w:val="2E5E8C"/>
                <w:u w:val="none"/>
              </w:rPr>
              <w:t xml:space="preserve">B) </w:t>
            </w:r>
            <w:r>
              <w:rPr>
                <w:b w:val="0"/>
                <w:i w:val="0"/>
                <w:u w:val="none"/>
              </w:rPr>
              <w:t>you</w:t>
            </w:r>
          </w:p>
        </w:tc>
        <w:tc>
          <w:tcPr>
            <w:tcW w:type="dxa" w:w="2466"/>
          </w:tcPr>
          <w:p>
            <w:pPr>
              <w:keepNext w:val="0"/>
            </w:pPr>
            <w:r>
              <w:rPr>
                <w:b/>
                <w:i w:val="0"/>
                <w:color w:val="2E5E8C"/>
                <w:u w:val="none"/>
              </w:rPr>
              <w:t xml:space="preserve">C) </w:t>
            </w:r>
            <w:r>
              <w:rPr>
                <w:b w:val="0"/>
                <w:i w:val="0"/>
                <w:u w:val="none"/>
              </w:rPr>
              <w:t>her</w:t>
            </w:r>
          </w:p>
        </w:tc>
        <w:tc>
          <w:tcPr>
            <w:tcW w:type="dxa" w:w="2466"/>
          </w:tcPr>
          <w:p>
            <w:pPr>
              <w:keepNext w:val="0"/>
            </w:pPr>
            <w:r>
              <w:rPr>
                <w:b/>
                <w:i w:val="0"/>
                <w:color w:val="2E5E8C"/>
                <w:u w:val="none"/>
              </w:rPr>
              <w:t xml:space="preserve">D) </w:t>
            </w:r>
            <w:r>
              <w:rPr>
                <w:b w:val="0"/>
                <w:i w:val="0"/>
                <w:u w:val="none"/>
              </w:rPr>
              <w:t>us</w:t>
            </w:r>
          </w:p>
        </w:tc>
      </w:tr>
    </w:tbl>
    <w:p>
      <w:pPr>
        <w:keepNext/>
        <w:spacing w:before="80"/>
      </w:pPr>
      <w:r>
        <w:rPr>
          <w:b/>
          <w:i w:val="0"/>
          <w:color w:val="2E5E8C"/>
          <w:u w:val="none"/>
        </w:rPr>
        <w:t xml:space="preserve">77) </w:t>
      </w:r>
      <w:r>
        <w:rPr>
          <w:b w:val="0"/>
          <w:i w:val="0"/>
          <w:u w:val="none"/>
        </w:rPr>
        <w:t>___ I do my homework, I go to bed.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But</w:t>
            </w:r>
          </w:p>
        </w:tc>
        <w:tc>
          <w:tcPr>
            <w:tcW w:type="dxa" w:w="2466"/>
          </w:tcPr>
          <w:p>
            <w:pPr>
              <w:keepNext w:val="0"/>
            </w:pPr>
            <w:r>
              <w:rPr>
                <w:b/>
                <w:i w:val="0"/>
                <w:color w:val="2E5E8C"/>
                <w:u w:val="none"/>
              </w:rPr>
              <w:t xml:space="preserve">B) </w:t>
            </w:r>
            <w:r>
              <w:rPr>
                <w:b w:val="0"/>
                <w:i w:val="0"/>
                <w:u w:val="none"/>
              </w:rPr>
              <w:t>After</w:t>
            </w:r>
          </w:p>
        </w:tc>
        <w:tc>
          <w:tcPr>
            <w:tcW w:type="dxa" w:w="2466"/>
          </w:tcPr>
          <w:p>
            <w:pPr>
              <w:keepNext w:val="0"/>
            </w:pPr>
            <w:r>
              <w:rPr>
                <w:b/>
                <w:i w:val="0"/>
                <w:color w:val="2E5E8C"/>
                <w:u w:val="none"/>
              </w:rPr>
              <w:t xml:space="preserve">C) </w:t>
            </w:r>
            <w:r>
              <w:rPr>
                <w:b w:val="0"/>
                <w:i w:val="0"/>
                <w:u w:val="none"/>
              </w:rPr>
              <w:t>When</w:t>
            </w:r>
          </w:p>
        </w:tc>
        <w:tc>
          <w:tcPr>
            <w:tcW w:type="dxa" w:w="2466"/>
          </w:tcPr>
          <w:p>
            <w:pPr>
              <w:keepNext w:val="0"/>
            </w:pPr>
            <w:r>
              <w:rPr>
                <w:b/>
                <w:i w:val="0"/>
                <w:color w:val="2E5E8C"/>
                <w:u w:val="none"/>
              </w:rPr>
              <w:t xml:space="preserve">D) </w:t>
            </w:r>
            <w:r>
              <w:rPr>
                <w:b w:val="0"/>
                <w:i w:val="0"/>
                <w:u w:val="none"/>
              </w:rPr>
              <w:t>Before</w:t>
            </w:r>
          </w:p>
        </w:tc>
      </w:tr>
    </w:tbl>
    <w:p>
      <w:pPr>
        <w:keepNext/>
        <w:spacing w:before="80"/>
      </w:pPr>
      <w:r>
        <w:rPr>
          <w:b/>
          <w:i w:val="0"/>
          <w:color w:val="2E5E8C"/>
          <w:u w:val="none"/>
        </w:rPr>
        <w:t xml:space="preserve">78) </w:t>
      </w:r>
      <w:r>
        <w:rPr>
          <w:b w:val="0"/>
          <w:i w:val="0"/>
          <w:u w:val="none"/>
        </w:rPr>
        <w:t>My mum ___ me with my homework.</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always helps</w:t>
            </w:r>
          </w:p>
        </w:tc>
        <w:tc>
          <w:tcPr>
            <w:tcW w:type="dxa" w:w="2466"/>
          </w:tcPr>
          <w:p>
            <w:pPr>
              <w:keepNext w:val="0"/>
            </w:pPr>
            <w:r>
              <w:rPr>
                <w:b/>
                <w:i w:val="0"/>
                <w:color w:val="2E5E8C"/>
                <w:u w:val="none"/>
              </w:rPr>
              <w:t xml:space="preserve">B) </w:t>
            </w:r>
            <w:r>
              <w:rPr>
                <w:b w:val="0"/>
                <w:i w:val="0"/>
                <w:u w:val="none"/>
              </w:rPr>
              <w:t>helps always</w:t>
            </w:r>
          </w:p>
        </w:tc>
        <w:tc>
          <w:tcPr>
            <w:tcW w:type="dxa" w:w="2466"/>
          </w:tcPr>
          <w:p>
            <w:pPr>
              <w:keepNext w:val="0"/>
            </w:pPr>
            <w:r>
              <w:rPr>
                <w:b/>
                <w:i w:val="0"/>
                <w:color w:val="2E5E8C"/>
                <w:u w:val="none"/>
              </w:rPr>
              <w:t xml:space="preserve">C) </w:t>
            </w:r>
            <w:r>
              <w:rPr>
                <w:b w:val="0"/>
                <w:i w:val="0"/>
                <w:u w:val="none"/>
              </w:rPr>
              <w:t>always help</w:t>
            </w:r>
          </w:p>
        </w:tc>
        <w:tc>
          <w:tcPr>
            <w:tcW w:type="dxa" w:w="2466"/>
          </w:tcPr>
          <w:p>
            <w:pPr>
              <w:keepNext w:val="0"/>
            </w:pPr>
            <w:r>
              <w:rPr>
                <w:b/>
                <w:i w:val="0"/>
                <w:color w:val="2E5E8C"/>
                <w:u w:val="none"/>
              </w:rPr>
              <w:t xml:space="preserve">D) </w:t>
            </w:r>
            <w:r>
              <w:rPr>
                <w:b w:val="0"/>
                <w:i w:val="0"/>
                <w:u w:val="none"/>
              </w:rPr>
              <w:t>help always</w:t>
            </w:r>
          </w:p>
        </w:tc>
      </w:tr>
    </w:tbl>
    <w:p>
      <w:pPr>
        <w:keepNext/>
        <w:spacing w:before="80"/>
      </w:pPr>
      <w:r>
        <w:rPr>
          <w:b/>
          <w:i w:val="0"/>
          <w:color w:val="2E5E8C"/>
          <w:u w:val="none"/>
        </w:rPr>
        <w:t xml:space="preserve">79) </w:t>
      </w:r>
      <w:r>
        <w:rPr>
          <w:b w:val="0"/>
          <w:i w:val="0"/>
          <w:u w:val="none"/>
        </w:rPr>
        <w:t>A: ___ your sisters play the piano?</w:t>
        <w:br/>
        <w:t>B: No, they ___.</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Do / don't</w:t>
            </w:r>
          </w:p>
        </w:tc>
        <w:tc>
          <w:tcPr>
            <w:tcW w:type="dxa" w:w="2466"/>
          </w:tcPr>
          <w:p>
            <w:pPr>
              <w:keepNext w:val="0"/>
            </w:pPr>
            <w:r>
              <w:rPr>
                <w:b/>
                <w:i w:val="0"/>
                <w:color w:val="2E5E8C"/>
                <w:u w:val="none"/>
              </w:rPr>
              <w:t xml:space="preserve">B) </w:t>
            </w:r>
            <w:r>
              <w:rPr>
                <w:b w:val="0"/>
                <w:i w:val="0"/>
                <w:u w:val="none"/>
              </w:rPr>
              <w:t>Does / don't</w:t>
            </w:r>
          </w:p>
        </w:tc>
        <w:tc>
          <w:tcPr>
            <w:tcW w:type="dxa" w:w="2466"/>
          </w:tcPr>
          <w:p>
            <w:pPr>
              <w:keepNext w:val="0"/>
            </w:pPr>
            <w:r>
              <w:rPr>
                <w:b/>
                <w:i w:val="0"/>
                <w:color w:val="2E5E8C"/>
                <w:u w:val="none"/>
              </w:rPr>
              <w:t xml:space="preserve">C) </w:t>
            </w:r>
            <w:r>
              <w:rPr>
                <w:b w:val="0"/>
                <w:i w:val="0"/>
                <w:u w:val="none"/>
              </w:rPr>
              <w:t>Do / doesn't</w:t>
            </w:r>
          </w:p>
        </w:tc>
        <w:tc>
          <w:tcPr>
            <w:tcW w:type="dxa" w:w="2466"/>
          </w:tcPr>
          <w:p>
            <w:pPr>
              <w:keepNext w:val="0"/>
            </w:pPr>
            <w:r>
              <w:rPr>
                <w:b/>
                <w:i w:val="0"/>
                <w:color w:val="2E5E8C"/>
                <w:u w:val="none"/>
              </w:rPr>
              <w:t xml:space="preserve">D) </w:t>
            </w:r>
            <w:r>
              <w:rPr>
                <w:b w:val="0"/>
                <w:i w:val="0"/>
                <w:u w:val="none"/>
              </w:rPr>
              <w:t>Does / doesn't</w:t>
            </w:r>
          </w:p>
        </w:tc>
      </w:tr>
    </w:tbl>
    <w:p>
      <w:pPr>
        <w:keepNext/>
        <w:spacing w:before="80"/>
      </w:pPr>
      <w:r>
        <w:rPr>
          <w:b/>
          <w:i w:val="0"/>
          <w:color w:val="2E5E8C"/>
          <w:u w:val="none"/>
        </w:rPr>
        <w:t xml:space="preserve">80) </w:t>
      </w:r>
      <w:r>
        <w:rPr>
          <w:b w:val="0"/>
          <w:i w:val="0"/>
          <w:u w:val="none"/>
        </w:rPr>
        <w:t>She is allergic to fish. She ___ eats it.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sometimes</w:t>
            </w:r>
          </w:p>
        </w:tc>
        <w:tc>
          <w:tcPr>
            <w:tcW w:type="dxa" w:w="2466"/>
          </w:tcPr>
          <w:p>
            <w:pPr>
              <w:keepNext w:val="0"/>
            </w:pPr>
            <w:r>
              <w:rPr>
                <w:b/>
                <w:i w:val="0"/>
                <w:color w:val="2E5E8C"/>
                <w:u w:val="none"/>
              </w:rPr>
              <w:t xml:space="preserve">B) </w:t>
            </w:r>
            <w:r>
              <w:rPr>
                <w:b w:val="0"/>
                <w:i w:val="0"/>
                <w:u w:val="none"/>
              </w:rPr>
              <w:t>never</w:t>
            </w:r>
          </w:p>
        </w:tc>
        <w:tc>
          <w:tcPr>
            <w:tcW w:type="dxa" w:w="2466"/>
          </w:tcPr>
          <w:p>
            <w:pPr>
              <w:keepNext w:val="0"/>
            </w:pPr>
            <w:r>
              <w:rPr>
                <w:b/>
                <w:i w:val="0"/>
                <w:color w:val="2E5E8C"/>
                <w:u w:val="none"/>
              </w:rPr>
              <w:t xml:space="preserve">C) </w:t>
            </w:r>
            <w:r>
              <w:rPr>
                <w:b w:val="0"/>
                <w:i w:val="0"/>
                <w:u w:val="none"/>
              </w:rPr>
              <w:t>usually</w:t>
            </w:r>
          </w:p>
        </w:tc>
        <w:tc>
          <w:tcPr>
            <w:tcW w:type="dxa" w:w="2466"/>
          </w:tcPr>
          <w:p>
            <w:pPr>
              <w:keepNext w:val="0"/>
            </w:pPr>
            <w:r>
              <w:rPr>
                <w:b/>
                <w:i w:val="0"/>
                <w:color w:val="2E5E8C"/>
                <w:u w:val="none"/>
              </w:rPr>
              <w:t xml:space="preserve">D) </w:t>
            </w:r>
            <w:r>
              <w:rPr>
                <w:b w:val="0"/>
                <w:i w:val="0"/>
                <w:u w:val="none"/>
              </w:rPr>
              <w:t>often</w:t>
            </w:r>
          </w:p>
        </w:tc>
      </w:tr>
    </w:tbl>
    <w:p>
      <w:pPr>
        <w:keepNext/>
        <w:spacing w:before="80"/>
      </w:pPr>
      <w:r>
        <w:rPr>
          <w:b/>
          <w:i w:val="0"/>
          <w:color w:val="2E5E8C"/>
          <w:u w:val="none"/>
        </w:rPr>
        <w:t xml:space="preserve">81) </w:t>
      </w:r>
      <w:r>
        <w:rPr>
          <w:b w:val="0"/>
          <w:i w:val="0"/>
          <w:u w:val="none"/>
        </w:rPr>
        <w:t>My cousin ___ drinks milk. She ___ like it.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do / don't</w:t>
            </w:r>
          </w:p>
        </w:tc>
        <w:tc>
          <w:tcPr>
            <w:tcW w:type="dxa" w:w="2466"/>
          </w:tcPr>
          <w:p>
            <w:pPr>
              <w:keepNext w:val="0"/>
            </w:pPr>
            <w:r>
              <w:rPr>
                <w:b/>
                <w:i w:val="0"/>
                <w:color w:val="2E5E8C"/>
                <w:u w:val="none"/>
              </w:rPr>
              <w:t xml:space="preserve">B) </w:t>
            </w:r>
            <w:r>
              <w:rPr>
                <w:b w:val="0"/>
                <w:i w:val="0"/>
                <w:u w:val="none"/>
              </w:rPr>
              <w:t>never / doesn't</w:t>
            </w:r>
          </w:p>
        </w:tc>
        <w:tc>
          <w:tcPr>
            <w:tcW w:type="dxa" w:w="2466"/>
          </w:tcPr>
          <w:p>
            <w:pPr>
              <w:keepNext w:val="0"/>
            </w:pPr>
            <w:r>
              <w:rPr>
                <w:b/>
                <w:i w:val="0"/>
                <w:color w:val="2E5E8C"/>
                <w:u w:val="none"/>
              </w:rPr>
              <w:t xml:space="preserve">C) </w:t>
            </w:r>
            <w:r>
              <w:rPr>
                <w:b w:val="0"/>
                <w:i w:val="0"/>
                <w:u w:val="none"/>
              </w:rPr>
              <w:t>am / never</w:t>
            </w:r>
          </w:p>
        </w:tc>
        <w:tc>
          <w:tcPr>
            <w:tcW w:type="dxa" w:w="2466"/>
          </w:tcPr>
          <w:p>
            <w:pPr>
              <w:keepNext w:val="0"/>
            </w:pPr>
            <w:r>
              <w:rPr>
                <w:b/>
                <w:i w:val="0"/>
                <w:color w:val="2E5E8C"/>
                <w:u w:val="none"/>
              </w:rPr>
              <w:t xml:space="preserve">D) </w:t>
            </w:r>
            <w:r>
              <w:rPr>
                <w:b w:val="0"/>
                <w:i w:val="0"/>
                <w:u w:val="none"/>
              </w:rPr>
              <w:t>never / don't</w:t>
            </w:r>
          </w:p>
        </w:tc>
      </w:tr>
    </w:tbl>
    <w:p>
      <w:pPr>
        <w:keepNext/>
        <w:spacing w:before="80"/>
      </w:pPr>
      <w:r>
        <w:rPr>
          <w:b/>
          <w:i w:val="0"/>
          <w:color w:val="2E5E8C"/>
          <w:u w:val="none"/>
        </w:rPr>
        <w:t xml:space="preserve">82) </w:t>
      </w:r>
      <w:r>
        <w:rPr>
          <w:b w:val="0"/>
          <w:i w:val="0"/>
          <w:u w:val="none"/>
        </w:rPr>
        <w:t>___ your uncle work in a shop?</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Do</w:t>
            </w:r>
          </w:p>
        </w:tc>
        <w:tc>
          <w:tcPr>
            <w:tcW w:type="dxa" w:w="2466"/>
          </w:tcPr>
          <w:p>
            <w:pPr>
              <w:keepNext w:val="0"/>
            </w:pPr>
            <w:r>
              <w:rPr>
                <w:b/>
                <w:i w:val="0"/>
                <w:color w:val="2E5E8C"/>
                <w:u w:val="none"/>
              </w:rPr>
              <w:t xml:space="preserve">B) </w:t>
            </w:r>
            <w:r>
              <w:rPr>
                <w:b w:val="0"/>
                <w:i w:val="0"/>
                <w:u w:val="none"/>
              </w:rPr>
              <w:t>Does</w:t>
            </w:r>
          </w:p>
        </w:tc>
        <w:tc>
          <w:tcPr>
            <w:tcW w:type="dxa" w:w="2466"/>
          </w:tcPr>
          <w:p>
            <w:pPr>
              <w:keepNext w:val="0"/>
            </w:pPr>
            <w:r>
              <w:rPr>
                <w:b/>
                <w:i w:val="0"/>
                <w:color w:val="2E5E8C"/>
                <w:u w:val="none"/>
              </w:rPr>
              <w:t xml:space="preserve">C) </w:t>
            </w:r>
            <w:r>
              <w:rPr>
                <w:b w:val="0"/>
                <w:i w:val="0"/>
                <w:u w:val="none"/>
              </w:rPr>
              <w:t>Is</w:t>
            </w:r>
          </w:p>
        </w:tc>
        <w:tc>
          <w:tcPr>
            <w:tcW w:type="dxa" w:w="2466"/>
          </w:tcPr>
          <w:p>
            <w:pPr>
              <w:keepNext w:val="0"/>
            </w:pPr>
            <w:r>
              <w:rPr>
                <w:b/>
                <w:i w:val="0"/>
                <w:color w:val="2E5E8C"/>
                <w:u w:val="none"/>
              </w:rPr>
              <w:t xml:space="preserve">D) </w:t>
            </w:r>
            <w:r>
              <w:rPr>
                <w:b w:val="0"/>
                <w:i w:val="0"/>
                <w:u w:val="none"/>
              </w:rPr>
              <w:t>Has</w:t>
            </w:r>
          </w:p>
        </w:tc>
      </w:tr>
    </w:tbl>
    <w:p>
      <w:pPr>
        <w:keepNext/>
        <w:spacing w:before="80"/>
      </w:pPr>
      <w:r>
        <w:rPr>
          <w:b/>
          <w:i w:val="0"/>
          <w:color w:val="2E5E8C"/>
          <w:u w:val="none"/>
        </w:rPr>
        <w:t xml:space="preserve">83) </w:t>
      </w:r>
      <w:r>
        <w:rPr>
          <w:b w:val="0"/>
          <w:i w:val="0"/>
          <w:u w:val="none"/>
        </w:rPr>
        <w:t>My grandma always ___ me cookies.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giving</w:t>
            </w:r>
          </w:p>
        </w:tc>
        <w:tc>
          <w:tcPr>
            <w:tcW w:type="dxa" w:w="2466"/>
          </w:tcPr>
          <w:p>
            <w:pPr>
              <w:keepNext w:val="0"/>
            </w:pPr>
            <w:r>
              <w:rPr>
                <w:b/>
                <w:i w:val="0"/>
                <w:color w:val="2E5E8C"/>
                <w:u w:val="none"/>
              </w:rPr>
              <w:t xml:space="preserve">B) </w:t>
            </w:r>
            <w:r>
              <w:rPr>
                <w:b w:val="0"/>
                <w:i w:val="0"/>
                <w:u w:val="none"/>
              </w:rPr>
              <w:t>gives</w:t>
            </w:r>
          </w:p>
        </w:tc>
        <w:tc>
          <w:tcPr>
            <w:tcW w:type="dxa" w:w="2466"/>
          </w:tcPr>
          <w:p>
            <w:pPr>
              <w:keepNext w:val="0"/>
            </w:pPr>
            <w:r>
              <w:rPr>
                <w:b/>
                <w:i w:val="0"/>
                <w:color w:val="2E5E8C"/>
                <w:u w:val="none"/>
              </w:rPr>
              <w:t xml:space="preserve">C) </w:t>
            </w:r>
            <w:r>
              <w:rPr>
                <w:b w:val="0"/>
                <w:i w:val="0"/>
                <w:u w:val="none"/>
              </w:rPr>
              <w:t>is give</w:t>
            </w:r>
          </w:p>
        </w:tc>
        <w:tc>
          <w:tcPr>
            <w:tcW w:type="dxa" w:w="2466"/>
          </w:tcPr>
          <w:p>
            <w:pPr>
              <w:keepNext w:val="0"/>
            </w:pPr>
            <w:r>
              <w:rPr>
                <w:b/>
                <w:i w:val="0"/>
                <w:color w:val="2E5E8C"/>
                <w:u w:val="none"/>
              </w:rPr>
              <w:t xml:space="preserve">D) </w:t>
            </w:r>
            <w:r>
              <w:rPr>
                <w:b w:val="0"/>
                <w:i w:val="0"/>
                <w:u w:val="none"/>
              </w:rPr>
              <w:t>give</w:t>
            </w:r>
          </w:p>
        </w:tc>
      </w:tr>
    </w:tbl>
    <w:p>
      <w:pPr>
        <w:keepNext/>
        <w:spacing w:before="80"/>
      </w:pPr>
      <w:r>
        <w:rPr>
          <w:b/>
          <w:i w:val="0"/>
          <w:color w:val="2E5E8C"/>
          <w:u w:val="none"/>
        </w:rPr>
        <w:t xml:space="preserve">84) </w:t>
      </w:r>
      <w:r>
        <w:rPr>
          <w:b w:val="0"/>
          <w:i w:val="0"/>
          <w:u w:val="none"/>
        </w:rPr>
        <w:t>___ your friends like swimming?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Are</w:t>
            </w:r>
          </w:p>
        </w:tc>
        <w:tc>
          <w:tcPr>
            <w:tcW w:type="dxa" w:w="2466"/>
          </w:tcPr>
          <w:p>
            <w:pPr>
              <w:keepNext w:val="0"/>
            </w:pPr>
            <w:r>
              <w:rPr>
                <w:b/>
                <w:i w:val="0"/>
                <w:color w:val="2E5E8C"/>
                <w:u w:val="none"/>
              </w:rPr>
              <w:t xml:space="preserve">B) </w:t>
            </w:r>
            <w:r>
              <w:rPr>
                <w:b w:val="0"/>
                <w:i w:val="0"/>
                <w:u w:val="none"/>
              </w:rPr>
              <w:t>Does</w:t>
            </w:r>
          </w:p>
        </w:tc>
        <w:tc>
          <w:tcPr>
            <w:tcW w:type="dxa" w:w="2466"/>
          </w:tcPr>
          <w:p>
            <w:pPr>
              <w:keepNext w:val="0"/>
            </w:pPr>
            <w:r>
              <w:rPr>
                <w:b/>
                <w:i w:val="0"/>
                <w:color w:val="2E5E8C"/>
                <w:u w:val="none"/>
              </w:rPr>
              <w:t xml:space="preserve">C) </w:t>
            </w:r>
            <w:r>
              <w:rPr>
                <w:b w:val="0"/>
                <w:i w:val="0"/>
                <w:u w:val="none"/>
              </w:rPr>
              <w:t>Do</w:t>
            </w:r>
          </w:p>
        </w:tc>
        <w:tc>
          <w:tcPr>
            <w:tcW w:type="dxa" w:w="2466"/>
          </w:tcPr>
          <w:p>
            <w:pPr>
              <w:keepNext w:val="0"/>
            </w:pPr>
            <w:r>
              <w:rPr>
                <w:b/>
                <w:i w:val="0"/>
                <w:color w:val="2E5E8C"/>
                <w:u w:val="none"/>
              </w:rPr>
              <w:t xml:space="preserve">D) </w:t>
            </w:r>
            <w:r>
              <w:rPr>
                <w:b w:val="0"/>
                <w:i w:val="0"/>
                <w:u w:val="none"/>
              </w:rPr>
              <w:t>Is</w:t>
            </w:r>
          </w:p>
        </w:tc>
      </w:tr>
    </w:tbl>
    <w:p>
      <w:pPr>
        <w:keepNext/>
        <w:spacing w:before="80"/>
      </w:pPr>
      <w:r>
        <w:rPr>
          <w:b/>
          <w:i w:val="0"/>
          <w:color w:val="2E5E8C"/>
          <w:u w:val="none"/>
        </w:rPr>
        <w:t xml:space="preserve">85) </w:t>
      </w:r>
      <w:r>
        <w:rPr>
          <w:b w:val="0"/>
          <w:i w:val="0"/>
          <w:u w:val="none"/>
        </w:rPr>
        <w:t>A: ___ you play this game every day?</w:t>
        <w:br/>
        <w:t>B: No, I ___ it every weekend.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Does / play</w:t>
            </w:r>
          </w:p>
        </w:tc>
        <w:tc>
          <w:tcPr>
            <w:tcW w:type="dxa" w:w="2466"/>
          </w:tcPr>
          <w:p>
            <w:pPr>
              <w:keepNext w:val="0"/>
            </w:pPr>
            <w:r>
              <w:rPr>
                <w:b/>
                <w:i w:val="0"/>
                <w:color w:val="2E5E8C"/>
                <w:u w:val="none"/>
              </w:rPr>
              <w:t xml:space="preserve">B) </w:t>
            </w:r>
            <w:r>
              <w:rPr>
                <w:b w:val="0"/>
                <w:i w:val="0"/>
                <w:u w:val="none"/>
              </w:rPr>
              <w:t>Do / play</w:t>
            </w:r>
          </w:p>
        </w:tc>
        <w:tc>
          <w:tcPr>
            <w:tcW w:type="dxa" w:w="2466"/>
          </w:tcPr>
          <w:p>
            <w:pPr>
              <w:keepNext w:val="0"/>
            </w:pPr>
            <w:r>
              <w:rPr>
                <w:b/>
                <w:i w:val="0"/>
                <w:color w:val="2E5E8C"/>
                <w:u w:val="none"/>
              </w:rPr>
              <w:t xml:space="preserve">C) </w:t>
            </w:r>
            <w:r>
              <w:rPr>
                <w:b w:val="0"/>
                <w:i w:val="0"/>
                <w:u w:val="none"/>
              </w:rPr>
              <w:t>Do / plays</w:t>
            </w:r>
          </w:p>
        </w:tc>
        <w:tc>
          <w:tcPr>
            <w:tcW w:type="dxa" w:w="2466"/>
          </w:tcPr>
          <w:p>
            <w:pPr>
              <w:keepNext w:val="0"/>
            </w:pPr>
            <w:r>
              <w:rPr>
                <w:b/>
                <w:i w:val="0"/>
                <w:color w:val="2E5E8C"/>
                <w:u w:val="none"/>
              </w:rPr>
              <w:t xml:space="preserve">D) </w:t>
            </w:r>
            <w:r>
              <w:rPr>
                <w:b w:val="0"/>
                <w:i w:val="0"/>
                <w:u w:val="none"/>
              </w:rPr>
              <w:t>Does / plays</w:t>
            </w:r>
          </w:p>
        </w:tc>
      </w:tr>
    </w:tbl>
    <w:p>
      <w:pPr>
        <w:keepNext/>
        <w:spacing w:before="80"/>
      </w:pPr>
      <w:r>
        <w:rPr>
          <w:b/>
          <w:i w:val="0"/>
          <w:color w:val="2E5E8C"/>
          <w:u w:val="none"/>
        </w:rPr>
        <w:t xml:space="preserve">86) </w:t>
      </w:r>
      <w:r>
        <w:rPr>
          <w:b w:val="0"/>
          <w:i w:val="0"/>
          <w:u w:val="none"/>
        </w:rPr>
        <w:t>My cousin ___ her uniform before breakfast.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wear</w:t>
            </w:r>
          </w:p>
        </w:tc>
        <w:tc>
          <w:tcPr>
            <w:tcW w:type="dxa" w:w="2466"/>
          </w:tcPr>
          <w:p>
            <w:pPr>
              <w:keepNext w:val="0"/>
            </w:pPr>
            <w:r>
              <w:rPr>
                <w:b/>
                <w:i w:val="0"/>
                <w:color w:val="2E5E8C"/>
                <w:u w:val="none"/>
              </w:rPr>
              <w:t xml:space="preserve">B) </w:t>
            </w:r>
            <w:r>
              <w:rPr>
                <w:b w:val="0"/>
                <w:i w:val="0"/>
                <w:u w:val="none"/>
              </w:rPr>
              <w:t>puts on</w:t>
            </w:r>
          </w:p>
        </w:tc>
        <w:tc>
          <w:tcPr>
            <w:tcW w:type="dxa" w:w="2466"/>
          </w:tcPr>
          <w:p>
            <w:pPr>
              <w:keepNext w:val="0"/>
            </w:pPr>
            <w:r>
              <w:rPr>
                <w:b/>
                <w:i w:val="0"/>
                <w:color w:val="2E5E8C"/>
                <w:u w:val="none"/>
              </w:rPr>
              <w:t xml:space="preserve">C) </w:t>
            </w:r>
            <w:r>
              <w:rPr>
                <w:b w:val="0"/>
                <w:i w:val="0"/>
                <w:u w:val="none"/>
              </w:rPr>
              <w:t>does</w:t>
            </w:r>
          </w:p>
        </w:tc>
        <w:tc>
          <w:tcPr>
            <w:tcW w:type="dxa" w:w="2466"/>
          </w:tcPr>
          <w:p>
            <w:pPr>
              <w:keepNext w:val="0"/>
            </w:pPr>
            <w:r>
              <w:rPr>
                <w:b/>
                <w:i w:val="0"/>
                <w:color w:val="2E5E8C"/>
                <w:u w:val="none"/>
              </w:rPr>
              <w:t xml:space="preserve">D) </w:t>
            </w:r>
            <w:r>
              <w:rPr>
                <w:b w:val="0"/>
                <w:i w:val="0"/>
                <w:u w:val="none"/>
              </w:rPr>
              <w:t>gets dressed</w:t>
            </w:r>
          </w:p>
        </w:tc>
      </w:tr>
    </w:tbl>
    <w:p>
      <w:pPr>
        <w:keepNext/>
        <w:spacing w:before="80"/>
      </w:pPr>
      <w:r>
        <w:rPr>
          <w:b/>
          <w:i w:val="0"/>
          <w:color w:val="2E5E8C"/>
          <w:u w:val="none"/>
        </w:rPr>
        <w:t xml:space="preserve">87) </w:t>
      </w:r>
      <w:r>
        <w:rPr>
          <w:b w:val="0"/>
          <w:i w:val="0"/>
          <w:u w:val="none"/>
        </w:rPr>
        <w:t>I ___ my dog before I go to school.</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feed</w:t>
            </w:r>
          </w:p>
        </w:tc>
        <w:tc>
          <w:tcPr>
            <w:tcW w:type="dxa" w:w="2466"/>
          </w:tcPr>
          <w:p>
            <w:pPr>
              <w:keepNext w:val="0"/>
            </w:pPr>
            <w:r>
              <w:rPr>
                <w:b/>
                <w:i w:val="0"/>
                <w:color w:val="2E5E8C"/>
                <w:u w:val="none"/>
              </w:rPr>
              <w:t xml:space="preserve">B) </w:t>
            </w:r>
            <w:r>
              <w:rPr>
                <w:b w:val="0"/>
                <w:i w:val="0"/>
                <w:u w:val="none"/>
              </w:rPr>
              <w:t>feeds</w:t>
            </w:r>
          </w:p>
        </w:tc>
        <w:tc>
          <w:tcPr>
            <w:tcW w:type="dxa" w:w="2466"/>
          </w:tcPr>
          <w:p>
            <w:pPr>
              <w:keepNext w:val="0"/>
            </w:pPr>
            <w:r>
              <w:rPr>
                <w:b/>
                <w:i w:val="0"/>
                <w:color w:val="2E5E8C"/>
                <w:u w:val="none"/>
              </w:rPr>
              <w:t xml:space="preserve">C) </w:t>
            </w:r>
            <w:r>
              <w:rPr>
                <w:b w:val="0"/>
                <w:i w:val="0"/>
                <w:u w:val="none"/>
              </w:rPr>
              <w:t>eating</w:t>
            </w:r>
          </w:p>
        </w:tc>
        <w:tc>
          <w:tcPr>
            <w:tcW w:type="dxa" w:w="2466"/>
          </w:tcPr>
          <w:p>
            <w:pPr>
              <w:keepNext w:val="0"/>
            </w:pPr>
            <w:r>
              <w:rPr>
                <w:b/>
                <w:i w:val="0"/>
                <w:color w:val="2E5E8C"/>
                <w:u w:val="none"/>
              </w:rPr>
              <w:t xml:space="preserve">D) </w:t>
            </w:r>
            <w:r>
              <w:rPr>
                <w:b w:val="0"/>
                <w:i w:val="0"/>
                <w:u w:val="none"/>
              </w:rPr>
              <w:t>eats</w:t>
            </w:r>
          </w:p>
        </w:tc>
      </w:tr>
    </w:tbl>
    <w:p>
      <w:pPr>
        <w:keepNext/>
        <w:spacing w:before="80"/>
      </w:pPr>
      <w:r>
        <w:rPr>
          <w:b/>
          <w:i w:val="0"/>
          <w:color w:val="2E5E8C"/>
          <w:u w:val="none"/>
        </w:rPr>
        <w:t xml:space="preserve">88) </w:t>
      </w:r>
      <w:r>
        <w:rPr>
          <w:b w:val="0"/>
          <w:i w:val="0"/>
          <w:u w:val="none"/>
        </w:rPr>
        <w:t>What time ___ your brother ___ up?</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does / wake</w:t>
            </w:r>
          </w:p>
        </w:tc>
        <w:tc>
          <w:tcPr>
            <w:tcW w:type="dxa" w:w="2466"/>
          </w:tcPr>
          <w:p>
            <w:pPr>
              <w:keepNext w:val="0"/>
            </w:pPr>
            <w:r>
              <w:rPr>
                <w:b/>
                <w:i w:val="0"/>
                <w:color w:val="2E5E8C"/>
                <w:u w:val="none"/>
              </w:rPr>
              <w:t xml:space="preserve">B) </w:t>
            </w:r>
            <w:r>
              <w:rPr>
                <w:b w:val="0"/>
                <w:i w:val="0"/>
                <w:u w:val="none"/>
              </w:rPr>
              <w:t>do / wakes</w:t>
            </w:r>
          </w:p>
        </w:tc>
        <w:tc>
          <w:tcPr>
            <w:tcW w:type="dxa" w:w="2466"/>
          </w:tcPr>
          <w:p>
            <w:pPr>
              <w:keepNext w:val="0"/>
            </w:pPr>
            <w:r>
              <w:rPr>
                <w:b/>
                <w:i w:val="0"/>
                <w:color w:val="2E5E8C"/>
                <w:u w:val="none"/>
              </w:rPr>
              <w:t xml:space="preserve">C) </w:t>
            </w:r>
            <w:r>
              <w:rPr>
                <w:b w:val="0"/>
                <w:i w:val="0"/>
                <w:u w:val="none"/>
              </w:rPr>
              <w:t>do / wake</w:t>
            </w:r>
          </w:p>
        </w:tc>
        <w:tc>
          <w:tcPr>
            <w:tcW w:type="dxa" w:w="2466"/>
          </w:tcPr>
          <w:p>
            <w:pPr>
              <w:keepNext w:val="0"/>
            </w:pPr>
            <w:r>
              <w:rPr>
                <w:b/>
                <w:i w:val="0"/>
                <w:color w:val="2E5E8C"/>
                <w:u w:val="none"/>
              </w:rPr>
              <w:t xml:space="preserve">D) </w:t>
            </w:r>
            <w:r>
              <w:rPr>
                <w:b w:val="0"/>
                <w:i w:val="0"/>
                <w:u w:val="none"/>
              </w:rPr>
              <w:t>does / wakes</w:t>
            </w:r>
          </w:p>
        </w:tc>
      </w:tr>
    </w:tbl>
    <w:p>
      <w:pPr>
        <w:keepNext/>
        <w:spacing w:before="80"/>
      </w:pPr>
      <w:r>
        <w:rPr>
          <w:b/>
          <w:i w:val="0"/>
          <w:color w:val="2E5E8C"/>
          <w:u w:val="none"/>
        </w:rPr>
        <w:t xml:space="preserve">89) </w:t>
      </w:r>
      <w:r>
        <w:rPr>
          <w:b w:val="0"/>
          <w:i w:val="0"/>
          <w:u w:val="none"/>
        </w:rPr>
        <w:t>A: ___ your teacher play football?</w:t>
        <w:br/>
        <w:t>B: No, he ___.</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Do / don't</w:t>
            </w:r>
          </w:p>
        </w:tc>
        <w:tc>
          <w:tcPr>
            <w:tcW w:type="dxa" w:w="2466"/>
          </w:tcPr>
          <w:p>
            <w:pPr>
              <w:keepNext w:val="0"/>
            </w:pPr>
            <w:r>
              <w:rPr>
                <w:b/>
                <w:i w:val="0"/>
                <w:color w:val="2E5E8C"/>
                <w:u w:val="none"/>
              </w:rPr>
              <w:t xml:space="preserve">B) </w:t>
            </w:r>
            <w:r>
              <w:rPr>
                <w:b w:val="0"/>
                <w:i w:val="0"/>
                <w:u w:val="none"/>
              </w:rPr>
              <w:t>Do / doesn't</w:t>
            </w:r>
          </w:p>
        </w:tc>
        <w:tc>
          <w:tcPr>
            <w:tcW w:type="dxa" w:w="2466"/>
          </w:tcPr>
          <w:p>
            <w:pPr>
              <w:keepNext w:val="0"/>
            </w:pPr>
            <w:r>
              <w:rPr>
                <w:b/>
                <w:i w:val="0"/>
                <w:color w:val="2E5E8C"/>
                <w:u w:val="none"/>
              </w:rPr>
              <w:t xml:space="preserve">C) </w:t>
            </w:r>
            <w:r>
              <w:rPr>
                <w:b w:val="0"/>
                <w:i w:val="0"/>
                <w:u w:val="none"/>
              </w:rPr>
              <w:t>Does / don't</w:t>
            </w:r>
          </w:p>
        </w:tc>
        <w:tc>
          <w:tcPr>
            <w:tcW w:type="dxa" w:w="2466"/>
          </w:tcPr>
          <w:p>
            <w:pPr>
              <w:keepNext w:val="0"/>
            </w:pPr>
            <w:r>
              <w:rPr>
                <w:b/>
                <w:i w:val="0"/>
                <w:color w:val="2E5E8C"/>
                <w:u w:val="none"/>
              </w:rPr>
              <w:t xml:space="preserve">D) </w:t>
            </w:r>
            <w:r>
              <w:rPr>
                <w:b w:val="0"/>
                <w:i w:val="0"/>
                <w:u w:val="none"/>
              </w:rPr>
              <w:t>Does / doesn't</w:t>
            </w:r>
          </w:p>
        </w:tc>
      </w:tr>
    </w:tbl>
    <w:p>
      <w:pPr>
        <w:keepNext/>
        <w:spacing w:before="80"/>
      </w:pPr>
      <w:r>
        <w:rPr>
          <w:b/>
          <w:i w:val="0"/>
          <w:color w:val="2E5E8C"/>
          <w:u w:val="none"/>
        </w:rPr>
        <w:t xml:space="preserve">90) </w:t>
      </w:r>
      <w:r>
        <w:rPr>
          <w:b w:val="0"/>
          <w:i w:val="0"/>
          <w:u w:val="none"/>
        </w:rPr>
        <w:t>She gets up at eight o'clock in the ___.</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morning</w:t>
            </w:r>
          </w:p>
        </w:tc>
        <w:tc>
          <w:tcPr>
            <w:tcW w:type="dxa" w:w="2466"/>
          </w:tcPr>
          <w:p>
            <w:pPr>
              <w:keepNext w:val="0"/>
            </w:pPr>
            <w:r>
              <w:rPr>
                <w:b/>
                <w:i w:val="0"/>
                <w:color w:val="2E5E8C"/>
                <w:u w:val="none"/>
              </w:rPr>
              <w:t xml:space="preserve">B) </w:t>
            </w:r>
            <w:r>
              <w:rPr>
                <w:b w:val="0"/>
                <w:i w:val="0"/>
                <w:u w:val="none"/>
              </w:rPr>
              <w:t>evening</w:t>
            </w:r>
          </w:p>
        </w:tc>
        <w:tc>
          <w:tcPr>
            <w:tcW w:type="dxa" w:w="2466"/>
          </w:tcPr>
          <w:p>
            <w:pPr>
              <w:keepNext w:val="0"/>
            </w:pPr>
            <w:r>
              <w:rPr>
                <w:b/>
                <w:i w:val="0"/>
                <w:color w:val="2E5E8C"/>
                <w:u w:val="none"/>
              </w:rPr>
              <w:t xml:space="preserve">C) </w:t>
            </w:r>
            <w:r>
              <w:rPr>
                <w:b w:val="0"/>
                <w:i w:val="0"/>
                <w:u w:val="none"/>
              </w:rPr>
              <w:t>afternoon</w:t>
            </w:r>
          </w:p>
        </w:tc>
        <w:tc>
          <w:tcPr>
            <w:tcW w:type="dxa" w:w="2466"/>
          </w:tcPr>
          <w:p>
            <w:pPr>
              <w:keepNext w:val="0"/>
            </w:pPr>
            <w:r>
              <w:rPr>
                <w:b/>
                <w:i w:val="0"/>
                <w:color w:val="2E5E8C"/>
                <w:u w:val="none"/>
              </w:rPr>
              <w:t xml:space="preserve">D) </w:t>
            </w:r>
            <w:r>
              <w:rPr>
                <w:b w:val="0"/>
                <w:i w:val="0"/>
                <w:u w:val="none"/>
              </w:rPr>
              <w:t>night</w:t>
            </w:r>
          </w:p>
        </w:tc>
      </w:tr>
    </w:tbl>
    <w:p>
      <w:pPr>
        <w:keepNext/>
        <w:spacing w:before="80"/>
      </w:pPr>
      <w:r>
        <w:rPr>
          <w:b/>
          <w:i w:val="0"/>
          <w:color w:val="2E5E8C"/>
          <w:u w:val="none"/>
        </w:rPr>
        <w:t xml:space="preserve">91) </w:t>
      </w:r>
      <w:r>
        <w:rPr>
          <w:b w:val="0"/>
          <w:i w:val="0"/>
          <w:u w:val="none"/>
        </w:rPr>
        <w:t>A: Hey, Mia. Do you want to come with us today?</w:t>
        <w:br/>
        <w:t>B: ___, I have to study.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Happy</w:t>
            </w:r>
          </w:p>
        </w:tc>
        <w:tc>
          <w:tcPr>
            <w:tcW w:type="dxa" w:w="2466"/>
          </w:tcPr>
          <w:p>
            <w:pPr>
              <w:keepNext w:val="0"/>
            </w:pPr>
            <w:r>
              <w:rPr>
                <w:b/>
                <w:i w:val="0"/>
                <w:color w:val="2E5E8C"/>
                <w:u w:val="none"/>
              </w:rPr>
              <w:t xml:space="preserve">B) </w:t>
            </w:r>
            <w:r>
              <w:rPr>
                <w:b w:val="0"/>
                <w:i w:val="0"/>
                <w:u w:val="none"/>
              </w:rPr>
              <w:t>Sorry</w:t>
            </w:r>
          </w:p>
        </w:tc>
        <w:tc>
          <w:tcPr>
            <w:tcW w:type="dxa" w:w="2466"/>
          </w:tcPr>
          <w:p>
            <w:pPr>
              <w:keepNext w:val="0"/>
            </w:pPr>
            <w:r>
              <w:rPr>
                <w:b/>
                <w:i w:val="0"/>
                <w:color w:val="2E5E8C"/>
                <w:u w:val="none"/>
              </w:rPr>
              <w:t xml:space="preserve">C) </w:t>
            </w:r>
            <w:r>
              <w:rPr>
                <w:b w:val="0"/>
                <w:i w:val="0"/>
                <w:u w:val="none"/>
              </w:rPr>
              <w:t>Yummy</w:t>
            </w:r>
          </w:p>
        </w:tc>
        <w:tc>
          <w:tcPr>
            <w:tcW w:type="dxa" w:w="2466"/>
          </w:tcPr>
          <w:p>
            <w:pPr>
              <w:keepNext w:val="0"/>
            </w:pPr>
            <w:r>
              <w:rPr>
                <w:b/>
                <w:i w:val="0"/>
                <w:color w:val="2E5E8C"/>
                <w:u w:val="none"/>
              </w:rPr>
              <w:t xml:space="preserve">D) </w:t>
            </w:r>
            <w:r>
              <w:rPr>
                <w:b w:val="0"/>
                <w:i w:val="0"/>
                <w:u w:val="none"/>
              </w:rPr>
              <w:t>Horray</w:t>
            </w:r>
          </w:p>
        </w:tc>
      </w:tr>
    </w:tbl>
    <w:p>
      <w:pPr>
        <w:keepNext/>
        <w:spacing w:after="120"/>
      </w:pPr>
      <w:r>
        <w:rPr>
          <w:b w:val="0"/>
          <w:i w:val="0"/>
          <w:color w:val="2E5E8C"/>
          <w:sz w:val="20"/>
          <w:u w:val="none"/>
        </w:rPr>
        <w:t xml:space="preserve">▶ </w:t>
      </w:r>
      <w:r>
        <w:rPr>
          <w:b w:val="0"/>
          <w:i/>
          <w:color w:val="666666"/>
          <w:sz w:val="20"/>
          <w:u w:val="none"/>
        </w:rPr>
        <w:t>Look at the table and write T for True or F for False (92-96).</w:t>
      </w:r>
    </w:p>
    <w:tbl>
      <w:tblPr>
        <w:tblStyle w:val="TableGrid"/>
        <w:tblW w:type="auto" w:w="0"/>
        <w:jc w:val="center"/>
        <w:tblLayout w:type="fixed"/>
        <w:tblLook w:firstColumn="1" w:firstRow="1" w:lastColumn="0" w:lastRow="0" w:noHBand="0" w:noVBand="1" w:val="04A0"/>
      </w:tblPr>
      <w:tblGrid>
        <w:gridCol w:w="2466"/>
        <w:gridCol w:w="2466"/>
        <w:gridCol w:w="2466"/>
        <w:gridCol w:w="2466"/>
      </w:tblGrid>
      <w:tr>
        <w:trPr>
          <w:cantSplit/>
        </w:trPr>
        <w:tc>
          <w:tcPr>
            <w:tcW w:type="dxa" w:w="1361"/>
            <w:shd w:val="clear" w:fill="E8EEF7"/>
          </w:tcPr>
          <w:p>
            <w:pPr>
              <w:keepNext/>
              <w:jc w:val="center"/>
            </w:pPr>
          </w:p>
        </w:tc>
        <w:tc>
          <w:tcPr>
            <w:tcW w:type="dxa" w:w="2778"/>
            <w:shd w:val="clear" w:fill="E8EEF7"/>
          </w:tcPr>
          <w:p>
            <w:pPr>
              <w:keepNext/>
              <w:jc w:val="center"/>
            </w:pPr>
            <w:r>
              <w:rPr>
                <w:b/>
                <w:i w:val="0"/>
                <w:sz w:val="18"/>
                <w:u w:val="none"/>
              </w:rPr>
              <w:t>Monday</w:t>
            </w:r>
          </w:p>
        </w:tc>
        <w:tc>
          <w:tcPr>
            <w:tcW w:type="dxa" w:w="2778"/>
            <w:shd w:val="clear" w:fill="E8EEF7"/>
          </w:tcPr>
          <w:p>
            <w:pPr>
              <w:keepNext/>
              <w:jc w:val="center"/>
            </w:pPr>
            <w:r>
              <w:rPr>
                <w:b/>
                <w:i w:val="0"/>
                <w:sz w:val="18"/>
                <w:u w:val="none"/>
              </w:rPr>
              <w:t>Thursday</w:t>
            </w:r>
          </w:p>
        </w:tc>
        <w:tc>
          <w:tcPr>
            <w:tcW w:type="dxa" w:w="2778"/>
            <w:shd w:val="clear" w:fill="E8EEF7"/>
          </w:tcPr>
          <w:p>
            <w:pPr>
              <w:keepNext/>
              <w:jc w:val="center"/>
            </w:pPr>
            <w:r>
              <w:rPr>
                <w:b/>
                <w:i w:val="0"/>
                <w:sz w:val="18"/>
                <w:u w:val="none"/>
              </w:rPr>
              <w:t>Friday</w:t>
            </w:r>
          </w:p>
        </w:tc>
      </w:tr>
      <w:tr>
        <w:trPr>
          <w:cantSplit/>
        </w:trPr>
        <w:tc>
          <w:tcPr>
            <w:tcW w:type="dxa" w:w="1361"/>
          </w:tcPr>
          <w:p>
            <w:pPr>
              <w:keepNext/>
              <w:jc w:val="center"/>
            </w:pPr>
            <w:r>
              <w:rPr>
                <w:b w:val="0"/>
                <w:i w:val="0"/>
                <w:sz w:val="18"/>
                <w:u w:val="none"/>
              </w:rPr>
              <w:t>Lisa</w:t>
            </w:r>
          </w:p>
        </w:tc>
        <w:tc>
          <w:tcPr>
            <w:tcW w:type="dxa" w:w="2778"/>
          </w:tcPr>
          <w:p>
            <w:pPr>
              <w:keepNext/>
            </w:pPr>
            <w:r>
              <w:rPr>
                <w:b w:val="0"/>
                <w:i w:val="0"/>
                <w:sz w:val="18"/>
                <w:u w:val="none"/>
              </w:rPr>
              <w:t>play volleyball at school</w:t>
              <w:br/>
              <w:t>4.00 - 5.00 P.M</w:t>
            </w:r>
          </w:p>
        </w:tc>
        <w:tc>
          <w:tcPr>
            <w:tcW w:type="dxa" w:w="2778"/>
          </w:tcPr>
          <w:p>
            <w:pPr>
              <w:keepNext/>
            </w:pPr>
            <w:r>
              <w:rPr>
                <w:b w:val="0"/>
                <w:i w:val="0"/>
                <w:sz w:val="18"/>
                <w:u w:val="none"/>
              </w:rPr>
              <w:t>at school</w:t>
              <w:br/>
              <w:t>8.00 - 12.00 A.M</w:t>
            </w:r>
          </w:p>
        </w:tc>
        <w:tc>
          <w:tcPr>
            <w:tcW w:type="dxa" w:w="2778"/>
          </w:tcPr>
          <w:p>
            <w:pPr>
              <w:keepNext/>
            </w:pPr>
            <w:r>
              <w:rPr>
                <w:b w:val="0"/>
                <w:i w:val="0"/>
                <w:sz w:val="18"/>
                <w:u w:val="none"/>
              </w:rPr>
              <w:t>play volleyball</w:t>
              <w:br/>
              <w:t>5.30 - 6.30 P.M</w:t>
            </w:r>
          </w:p>
        </w:tc>
      </w:tr>
      <w:tr>
        <w:trPr>
          <w:cantSplit/>
        </w:trPr>
        <w:tc>
          <w:tcPr>
            <w:tcW w:type="dxa" w:w="1361"/>
          </w:tcPr>
          <w:p>
            <w:pPr>
              <w:keepNext w:val="0"/>
              <w:jc w:val="center"/>
            </w:pPr>
            <w:r>
              <w:rPr>
                <w:b w:val="0"/>
                <w:i w:val="0"/>
                <w:sz w:val="18"/>
                <w:u w:val="none"/>
              </w:rPr>
              <w:t>Emma</w:t>
            </w:r>
          </w:p>
        </w:tc>
        <w:tc>
          <w:tcPr>
            <w:tcW w:type="dxa" w:w="2778"/>
          </w:tcPr>
          <w:p>
            <w:pPr>
              <w:keepNext w:val="0"/>
            </w:pPr>
            <w:r>
              <w:rPr>
                <w:b w:val="0"/>
                <w:i w:val="0"/>
                <w:sz w:val="18"/>
                <w:u w:val="none"/>
              </w:rPr>
              <w:t>play tennis</w:t>
              <w:br/>
              <w:t>6.00 - 8.00 P.M</w:t>
            </w:r>
          </w:p>
        </w:tc>
        <w:tc>
          <w:tcPr>
            <w:tcW w:type="dxa" w:w="2778"/>
          </w:tcPr>
          <w:p>
            <w:pPr>
              <w:keepNext w:val="0"/>
            </w:pPr>
            <w:r>
              <w:rPr>
                <w:b w:val="0"/>
                <w:i w:val="0"/>
                <w:sz w:val="18"/>
                <w:u w:val="none"/>
              </w:rPr>
              <w:t>dance at school</w:t>
              <w:br/>
              <w:t>5.00 - 6.30 P.M</w:t>
            </w:r>
          </w:p>
        </w:tc>
        <w:tc>
          <w:tcPr>
            <w:tcW w:type="dxa" w:w="2778"/>
          </w:tcPr>
          <w:p>
            <w:pPr>
              <w:keepNext w:val="0"/>
            </w:pPr>
            <w:r>
              <w:rPr>
                <w:b w:val="0"/>
                <w:i w:val="0"/>
                <w:sz w:val="18"/>
                <w:u w:val="none"/>
              </w:rPr>
              <w:t>at school</w:t>
              <w:br/>
              <w:t>8.00 - 12.00 A.M</w:t>
            </w:r>
          </w:p>
        </w:tc>
      </w:tr>
    </w:tbl>
    <w:p>
      <w:pPr>
        <w:spacing w:after="0"/>
      </w:pPr>
    </w:p>
    <w:p>
      <w:pPr>
        <w:keepNext/>
        <w:spacing w:before="80"/>
      </w:pPr>
      <w:r>
        <w:rPr>
          <w:b/>
          <w:i w:val="0"/>
          <w:color w:val="2E5E8C"/>
          <w:u w:val="none"/>
        </w:rPr>
        <w:t xml:space="preserve">92) </w:t>
      </w:r>
      <w:r>
        <w:rPr>
          <w:b w:val="0"/>
          <w:i w:val="0"/>
          <w:u w:val="none"/>
        </w:rPr>
        <w:t>Lisa plays volleyball on Monday and Friday.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933"/>
        <w:gridCol w:w="4933"/>
      </w:tblGrid>
      <w:tr>
        <w:trPr>
          <w:cantSplit/>
        </w:trPr>
        <w:tc>
          <w:tcPr>
            <w:tcW w:type="dxa" w:w="4933"/>
          </w:tcPr>
          <w:p>
            <w:pPr>
              <w:keepNext w:val="0"/>
            </w:pPr>
            <w:r>
              <w:rPr>
                <w:b/>
                <w:i w:val="0"/>
                <w:color w:val="2E5E8C"/>
                <w:u w:val="none"/>
              </w:rPr>
              <w:t xml:space="preserve">A) </w:t>
            </w:r>
            <w:r>
              <w:rPr>
                <w:b w:val="0"/>
                <w:i w:val="0"/>
                <w:u w:val="none"/>
              </w:rPr>
              <w:t>True</w:t>
            </w:r>
          </w:p>
        </w:tc>
        <w:tc>
          <w:tcPr>
            <w:tcW w:type="dxa" w:w="4933"/>
          </w:tcPr>
          <w:p>
            <w:pPr>
              <w:keepNext w:val="0"/>
            </w:pPr>
            <w:r>
              <w:rPr>
                <w:b/>
                <w:i w:val="0"/>
                <w:color w:val="2E5E8C"/>
                <w:u w:val="none"/>
              </w:rPr>
              <w:t xml:space="preserve">B) </w:t>
            </w:r>
            <w:r>
              <w:rPr>
                <w:b w:val="0"/>
                <w:i w:val="0"/>
                <w:u w:val="none"/>
              </w:rPr>
              <w:t>False</w:t>
            </w:r>
          </w:p>
        </w:tc>
      </w:tr>
    </w:tbl>
    <w:p>
      <w:pPr>
        <w:keepNext/>
        <w:spacing w:before="80"/>
      </w:pPr>
      <w:r>
        <w:rPr>
          <w:b/>
          <w:i w:val="0"/>
          <w:color w:val="2E5E8C"/>
          <w:u w:val="none"/>
        </w:rPr>
        <w:t xml:space="preserve">93) </w:t>
      </w:r>
      <w:r>
        <w:rPr>
          <w:b w:val="0"/>
          <w:i w:val="0"/>
          <w:u w:val="none"/>
        </w:rPr>
        <w:t>Emma has a dance class at 5.00 on Tuesday.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933"/>
        <w:gridCol w:w="4933"/>
      </w:tblGrid>
      <w:tr>
        <w:trPr>
          <w:cantSplit/>
        </w:trPr>
        <w:tc>
          <w:tcPr>
            <w:tcW w:type="dxa" w:w="4933"/>
          </w:tcPr>
          <w:p>
            <w:pPr>
              <w:keepNext w:val="0"/>
            </w:pPr>
            <w:r>
              <w:rPr>
                <w:b/>
                <w:i w:val="0"/>
                <w:color w:val="2E5E8C"/>
                <w:u w:val="none"/>
              </w:rPr>
              <w:t xml:space="preserve">A) </w:t>
            </w:r>
            <w:r>
              <w:rPr>
                <w:b w:val="0"/>
                <w:i w:val="0"/>
                <w:u w:val="none"/>
              </w:rPr>
              <w:t>True</w:t>
            </w:r>
          </w:p>
        </w:tc>
        <w:tc>
          <w:tcPr>
            <w:tcW w:type="dxa" w:w="4933"/>
          </w:tcPr>
          <w:p>
            <w:pPr>
              <w:keepNext w:val="0"/>
            </w:pPr>
            <w:r>
              <w:rPr>
                <w:b/>
                <w:i w:val="0"/>
                <w:color w:val="2E5E8C"/>
                <w:u w:val="none"/>
              </w:rPr>
              <w:t xml:space="preserve">B) </w:t>
            </w:r>
            <w:r>
              <w:rPr>
                <w:b w:val="0"/>
                <w:i w:val="0"/>
                <w:u w:val="none"/>
              </w:rPr>
              <w:t>False</w:t>
            </w:r>
          </w:p>
        </w:tc>
      </w:tr>
    </w:tbl>
    <w:p>
      <w:pPr>
        <w:keepNext/>
        <w:spacing w:before="80"/>
      </w:pPr>
      <w:r>
        <w:rPr>
          <w:b/>
          <w:i w:val="0"/>
          <w:color w:val="2E5E8C"/>
          <w:u w:val="none"/>
        </w:rPr>
        <w:t xml:space="preserve">94) </w:t>
      </w:r>
      <w:r>
        <w:rPr>
          <w:b w:val="0"/>
          <w:i w:val="0"/>
          <w:u w:val="none"/>
        </w:rPr>
        <w:t>Both girls are free on Thursday evening.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933"/>
        <w:gridCol w:w="4933"/>
      </w:tblGrid>
      <w:tr>
        <w:trPr>
          <w:cantSplit/>
        </w:trPr>
        <w:tc>
          <w:tcPr>
            <w:tcW w:type="dxa" w:w="4933"/>
          </w:tcPr>
          <w:p>
            <w:pPr>
              <w:keepNext w:val="0"/>
            </w:pPr>
            <w:r>
              <w:rPr>
                <w:b/>
                <w:i w:val="0"/>
                <w:color w:val="2E5E8C"/>
                <w:u w:val="none"/>
              </w:rPr>
              <w:t xml:space="preserve">A) </w:t>
            </w:r>
            <w:r>
              <w:rPr>
                <w:b w:val="0"/>
                <w:i w:val="0"/>
                <w:u w:val="none"/>
              </w:rPr>
              <w:t>True</w:t>
            </w:r>
          </w:p>
        </w:tc>
        <w:tc>
          <w:tcPr>
            <w:tcW w:type="dxa" w:w="4933"/>
          </w:tcPr>
          <w:p>
            <w:pPr>
              <w:keepNext w:val="0"/>
            </w:pPr>
            <w:r>
              <w:rPr>
                <w:b/>
                <w:i w:val="0"/>
                <w:color w:val="2E5E8C"/>
                <w:u w:val="none"/>
              </w:rPr>
              <w:t xml:space="preserve">B) </w:t>
            </w:r>
            <w:r>
              <w:rPr>
                <w:b w:val="0"/>
                <w:i w:val="0"/>
                <w:u w:val="none"/>
              </w:rPr>
              <w:t>False</w:t>
            </w:r>
          </w:p>
        </w:tc>
      </w:tr>
    </w:tbl>
    <w:p>
      <w:pPr>
        <w:keepNext/>
        <w:spacing w:before="80"/>
      </w:pPr>
      <w:r>
        <w:rPr>
          <w:b/>
          <w:i w:val="0"/>
          <w:color w:val="2E5E8C"/>
          <w:u w:val="none"/>
        </w:rPr>
        <w:t xml:space="preserve">95) </w:t>
      </w:r>
      <w:r>
        <w:rPr>
          <w:b w:val="0"/>
          <w:i w:val="0"/>
          <w:u w:val="none"/>
        </w:rPr>
        <w:t>They are at home at 6.00 on Thursday.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933"/>
        <w:gridCol w:w="4933"/>
      </w:tblGrid>
      <w:tr>
        <w:trPr>
          <w:cantSplit/>
        </w:trPr>
        <w:tc>
          <w:tcPr>
            <w:tcW w:type="dxa" w:w="4933"/>
          </w:tcPr>
          <w:p>
            <w:pPr>
              <w:keepNext w:val="0"/>
            </w:pPr>
            <w:r>
              <w:rPr>
                <w:b/>
                <w:i w:val="0"/>
                <w:color w:val="2E5E8C"/>
                <w:u w:val="none"/>
              </w:rPr>
              <w:t xml:space="preserve">A) </w:t>
            </w:r>
            <w:r>
              <w:rPr>
                <w:b w:val="0"/>
                <w:i w:val="0"/>
                <w:u w:val="none"/>
              </w:rPr>
              <w:t>True</w:t>
            </w:r>
          </w:p>
        </w:tc>
        <w:tc>
          <w:tcPr>
            <w:tcW w:type="dxa" w:w="4933"/>
          </w:tcPr>
          <w:p>
            <w:pPr>
              <w:keepNext w:val="0"/>
            </w:pPr>
            <w:r>
              <w:rPr>
                <w:b/>
                <w:i w:val="0"/>
                <w:color w:val="2E5E8C"/>
                <w:u w:val="none"/>
              </w:rPr>
              <w:t xml:space="preserve">B) </w:t>
            </w:r>
            <w:r>
              <w:rPr>
                <w:b w:val="0"/>
                <w:i w:val="0"/>
                <w:u w:val="none"/>
              </w:rPr>
              <w:t>False</w:t>
            </w:r>
          </w:p>
        </w:tc>
      </w:tr>
    </w:tbl>
    <w:p>
      <w:pPr>
        <w:keepNext/>
        <w:spacing w:before="80"/>
      </w:pPr>
      <w:r>
        <w:rPr>
          <w:b/>
          <w:i w:val="0"/>
          <w:color w:val="2E5E8C"/>
          <w:u w:val="none"/>
        </w:rPr>
        <w:t xml:space="preserve">96) </w:t>
      </w:r>
      <w:r>
        <w:rPr>
          <w:b w:val="0"/>
          <w:i w:val="0"/>
          <w:u w:val="none"/>
        </w:rPr>
        <w:t>Emma plays tennis at 7.00 on Monday.</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4933"/>
        <w:gridCol w:w="4933"/>
      </w:tblGrid>
      <w:tr>
        <w:trPr>
          <w:cantSplit/>
        </w:trPr>
        <w:tc>
          <w:tcPr>
            <w:tcW w:type="dxa" w:w="4933"/>
          </w:tcPr>
          <w:p>
            <w:pPr>
              <w:keepNext w:val="0"/>
            </w:pPr>
            <w:r>
              <w:rPr>
                <w:b/>
                <w:i w:val="0"/>
                <w:color w:val="2E5E8C"/>
                <w:u w:val="none"/>
              </w:rPr>
              <w:t xml:space="preserve">A) </w:t>
            </w:r>
            <w:r>
              <w:rPr>
                <w:b w:val="0"/>
                <w:i w:val="0"/>
                <w:u w:val="none"/>
              </w:rPr>
              <w:t>True</w:t>
            </w:r>
          </w:p>
        </w:tc>
        <w:tc>
          <w:tcPr>
            <w:tcW w:type="dxa" w:w="4933"/>
          </w:tcPr>
          <w:p>
            <w:pPr>
              <w:keepNext w:val="0"/>
            </w:pPr>
            <w:r>
              <w:rPr>
                <w:b/>
                <w:i w:val="0"/>
                <w:color w:val="2E5E8C"/>
                <w:u w:val="none"/>
              </w:rPr>
              <w:t xml:space="preserve">B) </w:t>
            </w:r>
            <w:r>
              <w:rPr>
                <w:b w:val="0"/>
                <w:i w:val="0"/>
                <w:u w:val="none"/>
              </w:rPr>
              <w:t>False</w:t>
            </w:r>
          </w:p>
        </w:tc>
      </w:tr>
    </w:tbl>
    <w:p>
      <w:pPr>
        <w:keepNext/>
        <w:spacing w:before="240" w:after="80"/>
        <w:pBdr>
          <w:bottom w:val="single" w:sz="10" w:color="2E5E8C" w:space="4"/>
        </w:pBdr>
      </w:pPr>
      <w:r>
        <w:rPr>
          <w:b/>
          <w:i w:val="0"/>
          <w:color w:val="2E5E8C"/>
          <w:sz w:val="26"/>
          <w:u w:val="none"/>
        </w:rPr>
        <w:t>Choose the correct answer. (97 - 111)</w:t>
      </w:r>
    </w:p>
    <w:p>
      <w:pPr>
        <w:keepNext/>
        <w:spacing w:before="80"/>
      </w:pPr>
      <w:r>
        <w:rPr>
          <w:b/>
          <w:i w:val="0"/>
          <w:color w:val="2E5E8C"/>
          <w:u w:val="none"/>
        </w:rPr>
        <w:t xml:space="preserve">97) </w:t>
      </w:r>
      <w:r>
        <w:rPr>
          <w:b w:val="0"/>
          <w:i w:val="0"/>
          <w:u w:val="none"/>
        </w:rPr>
        <w:t>My sister ___ TV with my parents every evening.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do watch</w:t>
            </w:r>
          </w:p>
        </w:tc>
        <w:tc>
          <w:tcPr>
            <w:tcW w:type="dxa" w:w="2466"/>
          </w:tcPr>
          <w:p>
            <w:pPr>
              <w:keepNext w:val="0"/>
            </w:pPr>
            <w:r>
              <w:rPr>
                <w:b/>
                <w:i w:val="0"/>
                <w:color w:val="2E5E8C"/>
                <w:u w:val="none"/>
              </w:rPr>
              <w:t xml:space="preserve">B) </w:t>
            </w:r>
            <w:r>
              <w:rPr>
                <w:b w:val="0"/>
                <w:i w:val="0"/>
                <w:u w:val="none"/>
              </w:rPr>
              <w:t>watches</w:t>
            </w:r>
          </w:p>
        </w:tc>
        <w:tc>
          <w:tcPr>
            <w:tcW w:type="dxa" w:w="2466"/>
          </w:tcPr>
          <w:p>
            <w:pPr>
              <w:keepNext w:val="0"/>
            </w:pPr>
            <w:r>
              <w:rPr>
                <w:b/>
                <w:i w:val="0"/>
                <w:color w:val="2E5E8C"/>
                <w:u w:val="none"/>
              </w:rPr>
              <w:t xml:space="preserve">C) </w:t>
            </w:r>
            <w:r>
              <w:rPr>
                <w:b w:val="0"/>
                <w:i w:val="0"/>
                <w:u w:val="none"/>
              </w:rPr>
              <w:t>does watch</w:t>
            </w:r>
          </w:p>
        </w:tc>
        <w:tc>
          <w:tcPr>
            <w:tcW w:type="dxa" w:w="2466"/>
          </w:tcPr>
          <w:p>
            <w:pPr>
              <w:keepNext w:val="0"/>
            </w:pPr>
            <w:r>
              <w:rPr>
                <w:b/>
                <w:i w:val="0"/>
                <w:color w:val="2E5E8C"/>
                <w:u w:val="none"/>
              </w:rPr>
              <w:t xml:space="preserve">D) </w:t>
            </w:r>
            <w:r>
              <w:rPr>
                <w:b w:val="0"/>
                <w:i w:val="0"/>
                <w:u w:val="none"/>
              </w:rPr>
              <w:t>watch</w:t>
            </w:r>
          </w:p>
        </w:tc>
      </w:tr>
    </w:tbl>
    <w:p>
      <w:pPr>
        <w:keepNext/>
        <w:spacing w:before="80"/>
      </w:pPr>
      <w:r>
        <w:rPr>
          <w:b/>
          <w:i w:val="0"/>
          <w:color w:val="2E5E8C"/>
          <w:u w:val="none"/>
        </w:rPr>
        <w:t xml:space="preserve">98) </w:t>
      </w:r>
      <w:r>
        <w:rPr>
          <w:b w:val="0"/>
          <w:i w:val="0"/>
          <w:u w:val="none"/>
        </w:rPr>
        <w:t>A: ___ do you go to school?</w:t>
        <w:br/>
        <w:t>B: I go to school ___.</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How / by car</w:t>
            </w:r>
          </w:p>
        </w:tc>
        <w:tc>
          <w:tcPr>
            <w:tcW w:type="dxa" w:w="2466"/>
          </w:tcPr>
          <w:p>
            <w:pPr>
              <w:keepNext w:val="0"/>
            </w:pPr>
            <w:r>
              <w:rPr>
                <w:b/>
                <w:i w:val="0"/>
                <w:color w:val="2E5E8C"/>
                <w:u w:val="none"/>
              </w:rPr>
              <w:t xml:space="preserve">B) </w:t>
            </w:r>
            <w:r>
              <w:rPr>
                <w:b w:val="0"/>
                <w:i w:val="0"/>
                <w:u w:val="none"/>
              </w:rPr>
              <w:t>Where / in the morning</w:t>
            </w:r>
          </w:p>
        </w:tc>
        <w:tc>
          <w:tcPr>
            <w:tcW w:type="dxa" w:w="2466"/>
          </w:tcPr>
          <w:p>
            <w:pPr>
              <w:keepNext w:val="0"/>
            </w:pPr>
            <w:r>
              <w:rPr>
                <w:b/>
                <w:i w:val="0"/>
                <w:color w:val="2E5E8C"/>
                <w:u w:val="none"/>
              </w:rPr>
              <w:t xml:space="preserve">C) </w:t>
            </w:r>
            <w:r>
              <w:rPr>
                <w:b w:val="0"/>
                <w:i w:val="0"/>
                <w:u w:val="none"/>
              </w:rPr>
              <w:t>How many / by bus</w:t>
            </w:r>
          </w:p>
        </w:tc>
        <w:tc>
          <w:tcPr>
            <w:tcW w:type="dxa" w:w="2466"/>
          </w:tcPr>
          <w:p>
            <w:pPr>
              <w:keepNext w:val="0"/>
            </w:pPr>
            <w:r>
              <w:rPr>
                <w:b/>
                <w:i w:val="0"/>
                <w:color w:val="2E5E8C"/>
                <w:u w:val="none"/>
              </w:rPr>
              <w:t xml:space="preserve">D) </w:t>
            </w:r>
            <w:r>
              <w:rPr>
                <w:b w:val="0"/>
                <w:i w:val="0"/>
                <w:u w:val="none"/>
              </w:rPr>
              <w:t>Which / 7 o'clock</w:t>
            </w:r>
          </w:p>
        </w:tc>
      </w:tr>
    </w:tbl>
    <w:p>
      <w:pPr>
        <w:keepNext/>
        <w:spacing w:before="80"/>
      </w:pPr>
      <w:r>
        <w:rPr>
          <w:b/>
          <w:i w:val="0"/>
          <w:color w:val="2E5E8C"/>
          <w:u w:val="none"/>
        </w:rPr>
        <w:t xml:space="preserve">99) </w:t>
      </w:r>
      <w:r>
        <w:rPr>
          <w:b w:val="0"/>
          <w:i w:val="0"/>
          <w:u w:val="none"/>
        </w:rPr>
        <w:t>I wash my hands and face and then I ___ in the morning.</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go to sleep</w:t>
            </w:r>
          </w:p>
        </w:tc>
        <w:tc>
          <w:tcPr>
            <w:tcW w:type="dxa" w:w="2466"/>
          </w:tcPr>
          <w:p>
            <w:pPr>
              <w:keepNext w:val="0"/>
            </w:pPr>
            <w:r>
              <w:rPr>
                <w:b/>
                <w:i w:val="0"/>
                <w:color w:val="2E5E8C"/>
                <w:u w:val="none"/>
              </w:rPr>
              <w:t xml:space="preserve">B) </w:t>
            </w:r>
            <w:r>
              <w:rPr>
                <w:b w:val="0"/>
                <w:i w:val="0"/>
                <w:u w:val="none"/>
              </w:rPr>
              <w:t>get dressed</w:t>
            </w:r>
          </w:p>
        </w:tc>
        <w:tc>
          <w:tcPr>
            <w:tcW w:type="dxa" w:w="2466"/>
          </w:tcPr>
          <w:p>
            <w:pPr>
              <w:keepNext w:val="0"/>
            </w:pPr>
            <w:r>
              <w:rPr>
                <w:b/>
                <w:i w:val="0"/>
                <w:color w:val="2E5E8C"/>
                <w:u w:val="none"/>
              </w:rPr>
              <w:t xml:space="preserve">C) </w:t>
            </w:r>
            <w:r>
              <w:rPr>
                <w:b w:val="0"/>
                <w:i w:val="0"/>
                <w:u w:val="none"/>
              </w:rPr>
              <w:t>have a shower</w:t>
            </w:r>
          </w:p>
        </w:tc>
        <w:tc>
          <w:tcPr>
            <w:tcW w:type="dxa" w:w="2466"/>
          </w:tcPr>
          <w:p>
            <w:pPr>
              <w:keepNext w:val="0"/>
            </w:pPr>
            <w:r>
              <w:rPr>
                <w:b/>
                <w:i w:val="0"/>
                <w:color w:val="2E5E8C"/>
                <w:u w:val="none"/>
              </w:rPr>
              <w:t xml:space="preserve">D) </w:t>
            </w:r>
            <w:r>
              <w:rPr>
                <w:b w:val="0"/>
                <w:i w:val="0"/>
                <w:u w:val="none"/>
              </w:rPr>
              <w:t>get back home</w:t>
            </w:r>
          </w:p>
        </w:tc>
      </w:tr>
    </w:tbl>
    <w:p>
      <w:pPr>
        <w:keepNext/>
        <w:spacing w:before="80"/>
      </w:pPr>
      <w:r>
        <w:rPr>
          <w:b/>
          <w:i w:val="0"/>
          <w:color w:val="2E5E8C"/>
          <w:u w:val="none"/>
        </w:rPr>
        <w:t xml:space="preserve">100) </w:t>
      </w:r>
      <w:r>
        <w:rPr>
          <w:b w:val="0"/>
          <w:i w:val="0"/>
          <w:u w:val="none"/>
        </w:rPr>
        <w:t>A: What time do your lessons finish?</w:t>
        <w:br/>
        <w:t>B: ___.</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At four o'clock</w:t>
            </w:r>
          </w:p>
        </w:tc>
        <w:tc>
          <w:tcPr>
            <w:tcW w:type="dxa" w:w="2466"/>
          </w:tcPr>
          <w:p>
            <w:pPr>
              <w:keepNext w:val="0"/>
            </w:pPr>
            <w:r>
              <w:rPr>
                <w:b/>
                <w:i w:val="0"/>
                <w:color w:val="2E5E8C"/>
                <w:u w:val="none"/>
              </w:rPr>
              <w:t xml:space="preserve">B) </w:t>
            </w:r>
            <w:r>
              <w:rPr>
                <w:b w:val="0"/>
                <w:i w:val="0"/>
                <w:u w:val="none"/>
              </w:rPr>
              <w:t>On Sunday</w:t>
            </w:r>
          </w:p>
        </w:tc>
        <w:tc>
          <w:tcPr>
            <w:tcW w:type="dxa" w:w="2466"/>
          </w:tcPr>
          <w:p>
            <w:pPr>
              <w:keepNext w:val="0"/>
            </w:pPr>
            <w:r>
              <w:rPr>
                <w:b/>
                <w:i w:val="0"/>
                <w:color w:val="2E5E8C"/>
                <w:u w:val="none"/>
              </w:rPr>
              <w:t xml:space="preserve">C) </w:t>
            </w:r>
            <w:r>
              <w:rPr>
                <w:b w:val="0"/>
                <w:i w:val="0"/>
                <w:u w:val="none"/>
              </w:rPr>
              <w:t>In the morning</w:t>
            </w:r>
          </w:p>
        </w:tc>
        <w:tc>
          <w:tcPr>
            <w:tcW w:type="dxa" w:w="2466"/>
          </w:tcPr>
          <w:p>
            <w:pPr>
              <w:keepNext w:val="0"/>
            </w:pPr>
            <w:r>
              <w:rPr>
                <w:b/>
                <w:i w:val="0"/>
                <w:color w:val="2E5E8C"/>
                <w:u w:val="none"/>
              </w:rPr>
              <w:t xml:space="preserve">D) </w:t>
            </w:r>
            <w:r>
              <w:rPr>
                <w:b w:val="0"/>
                <w:i w:val="0"/>
                <w:u w:val="none"/>
              </w:rPr>
              <w:t>At home</w:t>
            </w:r>
          </w:p>
        </w:tc>
      </w:tr>
    </w:tbl>
    <w:p>
      <w:pPr>
        <w:keepNext/>
        <w:spacing w:before="80"/>
      </w:pPr>
      <w:r>
        <w:rPr>
          <w:b/>
          <w:i w:val="0"/>
          <w:color w:val="2E5E8C"/>
          <w:u w:val="none"/>
        </w:rPr>
        <w:t xml:space="preserve">101) </w:t>
      </w:r>
      <w:r>
        <w:rPr>
          <w:b w:val="0"/>
          <w:i w:val="0"/>
          <w:u w:val="none"/>
        </w:rPr>
        <w:t>Maria has lunch ___ noon.</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at</w:t>
            </w:r>
          </w:p>
        </w:tc>
        <w:tc>
          <w:tcPr>
            <w:tcW w:type="dxa" w:w="2466"/>
          </w:tcPr>
          <w:p>
            <w:pPr>
              <w:keepNext w:val="0"/>
            </w:pPr>
            <w:r>
              <w:rPr>
                <w:b/>
                <w:i w:val="0"/>
                <w:color w:val="2E5E8C"/>
                <w:u w:val="none"/>
              </w:rPr>
              <w:t xml:space="preserve">B) </w:t>
            </w:r>
            <w:r>
              <w:rPr>
                <w:b w:val="0"/>
                <w:i w:val="0"/>
                <w:u w:val="none"/>
              </w:rPr>
              <w:t>in</w:t>
            </w:r>
          </w:p>
        </w:tc>
        <w:tc>
          <w:tcPr>
            <w:tcW w:type="dxa" w:w="2466"/>
          </w:tcPr>
          <w:p>
            <w:pPr>
              <w:keepNext w:val="0"/>
            </w:pPr>
            <w:r>
              <w:rPr>
                <w:b/>
                <w:i w:val="0"/>
                <w:color w:val="2E5E8C"/>
                <w:u w:val="none"/>
              </w:rPr>
              <w:t xml:space="preserve">C) </w:t>
            </w:r>
            <w:r>
              <w:rPr>
                <w:b w:val="0"/>
                <w:i w:val="0"/>
                <w:u w:val="none"/>
              </w:rPr>
              <w:t>from</w:t>
            </w:r>
          </w:p>
        </w:tc>
        <w:tc>
          <w:tcPr>
            <w:tcW w:type="dxa" w:w="2466"/>
          </w:tcPr>
          <w:p>
            <w:pPr>
              <w:keepNext w:val="0"/>
            </w:pPr>
            <w:r>
              <w:rPr>
                <w:b/>
                <w:i w:val="0"/>
                <w:color w:val="2E5E8C"/>
                <w:u w:val="none"/>
              </w:rPr>
              <w:t xml:space="preserve">D) </w:t>
            </w:r>
            <w:r>
              <w:rPr>
                <w:b w:val="0"/>
                <w:i w:val="0"/>
                <w:u w:val="none"/>
              </w:rPr>
              <w:t>on</w:t>
            </w:r>
          </w:p>
        </w:tc>
      </w:tr>
    </w:tbl>
    <w:p>
      <w:pPr>
        <w:keepNext/>
        <w:spacing w:before="80"/>
      </w:pPr>
      <w:r>
        <w:rPr>
          <w:b/>
          <w:i w:val="0"/>
          <w:color w:val="2E5E8C"/>
          <w:u w:val="none"/>
        </w:rPr>
        <w:t xml:space="preserve">102) </w:t>
      </w:r>
      <w:r>
        <w:rPr>
          <w:b w:val="0"/>
          <w:i w:val="0"/>
          <w:u w:val="none"/>
        </w:rPr>
        <w:t>Chris and his friends play football ___ the weekend.</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at</w:t>
            </w:r>
          </w:p>
        </w:tc>
        <w:tc>
          <w:tcPr>
            <w:tcW w:type="dxa" w:w="2466"/>
          </w:tcPr>
          <w:p>
            <w:pPr>
              <w:keepNext w:val="0"/>
            </w:pPr>
            <w:r>
              <w:rPr>
                <w:b/>
                <w:i w:val="0"/>
                <w:color w:val="2E5E8C"/>
                <w:u w:val="none"/>
              </w:rPr>
              <w:t xml:space="preserve">B) </w:t>
            </w:r>
            <w:r>
              <w:rPr>
                <w:b w:val="0"/>
                <w:i w:val="0"/>
                <w:u w:val="none"/>
              </w:rPr>
              <w:t>on</w:t>
            </w:r>
          </w:p>
        </w:tc>
        <w:tc>
          <w:tcPr>
            <w:tcW w:type="dxa" w:w="2466"/>
          </w:tcPr>
          <w:p>
            <w:pPr>
              <w:keepNext w:val="0"/>
            </w:pPr>
            <w:r>
              <w:rPr>
                <w:b/>
                <w:i w:val="0"/>
                <w:color w:val="2E5E8C"/>
                <w:u w:val="none"/>
              </w:rPr>
              <w:t xml:space="preserve">C) </w:t>
            </w:r>
            <w:r>
              <w:rPr>
                <w:b w:val="0"/>
                <w:i w:val="0"/>
                <w:u w:val="none"/>
              </w:rPr>
              <w:t>in</w:t>
            </w:r>
          </w:p>
        </w:tc>
        <w:tc>
          <w:tcPr>
            <w:tcW w:type="dxa" w:w="2466"/>
          </w:tcPr>
          <w:p>
            <w:pPr>
              <w:keepNext w:val="0"/>
            </w:pPr>
            <w:r>
              <w:rPr>
                <w:b/>
                <w:i w:val="0"/>
                <w:color w:val="2E5E8C"/>
                <w:u w:val="none"/>
              </w:rPr>
              <w:t xml:space="preserve">D) </w:t>
            </w:r>
            <w:r>
              <w:rPr>
                <w:b w:val="0"/>
                <w:i w:val="0"/>
                <w:u w:val="none"/>
              </w:rPr>
              <w:t>for</w:t>
            </w:r>
          </w:p>
        </w:tc>
      </w:tr>
    </w:tbl>
    <w:p>
      <w:pPr>
        <w:keepNext/>
        <w:spacing w:before="80"/>
      </w:pPr>
      <w:r>
        <w:rPr>
          <w:b/>
          <w:i w:val="0"/>
          <w:color w:val="2E5E8C"/>
          <w:u w:val="none"/>
        </w:rPr>
        <w:t xml:space="preserve">103) </w:t>
      </w:r>
      <w:r>
        <w:rPr>
          <w:b w:val="0"/>
          <w:i w:val="0"/>
          <w:u w:val="none"/>
        </w:rPr>
        <w:t>I spend my holidays ___ Miami.</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in</w:t>
            </w:r>
          </w:p>
        </w:tc>
        <w:tc>
          <w:tcPr>
            <w:tcW w:type="dxa" w:w="2466"/>
          </w:tcPr>
          <w:p>
            <w:pPr>
              <w:keepNext w:val="0"/>
            </w:pPr>
            <w:r>
              <w:rPr>
                <w:b/>
                <w:i w:val="0"/>
                <w:color w:val="2E5E8C"/>
                <w:u w:val="none"/>
              </w:rPr>
              <w:t xml:space="preserve">B) </w:t>
            </w:r>
            <w:r>
              <w:rPr>
                <w:b w:val="0"/>
                <w:i w:val="0"/>
                <w:u w:val="none"/>
              </w:rPr>
              <w:t>of</w:t>
            </w:r>
          </w:p>
        </w:tc>
        <w:tc>
          <w:tcPr>
            <w:tcW w:type="dxa" w:w="2466"/>
          </w:tcPr>
          <w:p>
            <w:pPr>
              <w:keepNext w:val="0"/>
            </w:pPr>
            <w:r>
              <w:rPr>
                <w:b/>
                <w:i w:val="0"/>
                <w:color w:val="2E5E8C"/>
                <w:u w:val="none"/>
              </w:rPr>
              <w:t xml:space="preserve">C) </w:t>
            </w:r>
            <w:r>
              <w:rPr>
                <w:b w:val="0"/>
                <w:i w:val="0"/>
                <w:u w:val="none"/>
              </w:rPr>
              <w:t>on</w:t>
            </w:r>
          </w:p>
        </w:tc>
        <w:tc>
          <w:tcPr>
            <w:tcW w:type="dxa" w:w="2466"/>
          </w:tcPr>
          <w:p>
            <w:pPr>
              <w:keepNext w:val="0"/>
            </w:pPr>
            <w:r>
              <w:rPr>
                <w:b/>
                <w:i w:val="0"/>
                <w:color w:val="2E5E8C"/>
                <w:u w:val="none"/>
              </w:rPr>
              <w:t xml:space="preserve">D) </w:t>
            </w:r>
            <w:r>
              <w:rPr>
                <w:b w:val="0"/>
                <w:i w:val="0"/>
                <w:u w:val="none"/>
              </w:rPr>
              <w:t>at</w:t>
            </w:r>
          </w:p>
        </w:tc>
      </w:tr>
    </w:tbl>
    <w:p>
      <w:pPr>
        <w:keepNext/>
        <w:spacing w:before="80"/>
      </w:pPr>
      <w:r>
        <w:rPr>
          <w:b/>
          <w:i w:val="0"/>
          <w:color w:val="2E5E8C"/>
          <w:u w:val="none"/>
        </w:rPr>
        <w:t xml:space="preserve">104) </w:t>
      </w:r>
      <w:r>
        <w:rPr>
          <w:b w:val="0"/>
          <w:i w:val="0"/>
          <w:u w:val="none"/>
        </w:rPr>
        <w:t>We always have a dinner together ___ Christmas Eve.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on</w:t>
            </w:r>
          </w:p>
        </w:tc>
        <w:tc>
          <w:tcPr>
            <w:tcW w:type="dxa" w:w="2466"/>
          </w:tcPr>
          <w:p>
            <w:pPr>
              <w:keepNext w:val="0"/>
            </w:pPr>
            <w:r>
              <w:rPr>
                <w:b/>
                <w:i w:val="0"/>
                <w:color w:val="2E5E8C"/>
                <w:u w:val="none"/>
              </w:rPr>
              <w:t xml:space="preserve">B) </w:t>
            </w:r>
            <w:r>
              <w:rPr>
                <w:b w:val="0"/>
                <w:i w:val="0"/>
                <w:u w:val="none"/>
              </w:rPr>
              <w:t>in</w:t>
            </w:r>
          </w:p>
        </w:tc>
        <w:tc>
          <w:tcPr>
            <w:tcW w:type="dxa" w:w="2466"/>
          </w:tcPr>
          <w:p>
            <w:pPr>
              <w:keepNext w:val="0"/>
            </w:pPr>
            <w:r>
              <w:rPr>
                <w:b/>
                <w:i w:val="0"/>
                <w:color w:val="2E5E8C"/>
                <w:u w:val="none"/>
              </w:rPr>
              <w:t xml:space="preserve">C) </w:t>
            </w:r>
            <w:r>
              <w:rPr>
                <w:b w:val="0"/>
                <w:i w:val="0"/>
                <w:u w:val="none"/>
              </w:rPr>
              <w:t>at</w:t>
            </w:r>
          </w:p>
        </w:tc>
        <w:tc>
          <w:tcPr>
            <w:tcW w:type="dxa" w:w="2466"/>
          </w:tcPr>
          <w:p>
            <w:pPr>
              <w:keepNext w:val="0"/>
            </w:pPr>
            <w:r>
              <w:rPr>
                <w:b/>
                <w:i w:val="0"/>
                <w:color w:val="2E5E8C"/>
                <w:u w:val="none"/>
              </w:rPr>
              <w:t xml:space="preserve">D) </w:t>
            </w:r>
            <w:r>
              <w:rPr>
                <w:b w:val="0"/>
                <w:i w:val="0"/>
                <w:u w:val="none"/>
              </w:rPr>
              <w:t>for</w:t>
            </w:r>
          </w:p>
        </w:tc>
      </w:tr>
    </w:tbl>
    <w:p>
      <w:pPr>
        <w:keepNext/>
        <w:spacing w:before="80"/>
      </w:pPr>
      <w:r>
        <w:rPr>
          <w:b/>
          <w:i w:val="0"/>
          <w:color w:val="2E5E8C"/>
          <w:u w:val="none"/>
        </w:rPr>
        <w:t xml:space="preserve">105) </w:t>
      </w:r>
      <w:r>
        <w:rPr>
          <w:b w:val="0"/>
          <w:i w:val="0"/>
          <w:u w:val="none"/>
        </w:rPr>
        <w:t>These pencils are Peter's. Can you give ___ to ___?</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them / him</w:t>
            </w:r>
          </w:p>
        </w:tc>
        <w:tc>
          <w:tcPr>
            <w:tcW w:type="dxa" w:w="2466"/>
          </w:tcPr>
          <w:p>
            <w:pPr>
              <w:keepNext w:val="0"/>
            </w:pPr>
            <w:r>
              <w:rPr>
                <w:b/>
                <w:i w:val="0"/>
                <w:color w:val="2E5E8C"/>
                <w:u w:val="none"/>
              </w:rPr>
              <w:t xml:space="preserve">B) </w:t>
            </w:r>
            <w:r>
              <w:rPr>
                <w:b w:val="0"/>
                <w:i w:val="0"/>
                <w:u w:val="none"/>
              </w:rPr>
              <w:t>it / them</w:t>
            </w:r>
          </w:p>
        </w:tc>
        <w:tc>
          <w:tcPr>
            <w:tcW w:type="dxa" w:w="2466"/>
          </w:tcPr>
          <w:p>
            <w:pPr>
              <w:keepNext w:val="0"/>
            </w:pPr>
            <w:r>
              <w:rPr>
                <w:b/>
                <w:i w:val="0"/>
                <w:color w:val="2E5E8C"/>
                <w:u w:val="none"/>
              </w:rPr>
              <w:t xml:space="preserve">C) </w:t>
            </w:r>
            <w:r>
              <w:rPr>
                <w:b w:val="0"/>
                <w:i w:val="0"/>
                <w:u w:val="none"/>
              </w:rPr>
              <w:t>her / them</w:t>
            </w:r>
          </w:p>
        </w:tc>
        <w:tc>
          <w:tcPr>
            <w:tcW w:type="dxa" w:w="2466"/>
          </w:tcPr>
          <w:p>
            <w:pPr>
              <w:keepNext w:val="0"/>
            </w:pPr>
            <w:r>
              <w:rPr>
                <w:b/>
                <w:i w:val="0"/>
                <w:color w:val="2E5E8C"/>
                <w:u w:val="none"/>
              </w:rPr>
              <w:t xml:space="preserve">D) </w:t>
            </w:r>
            <w:r>
              <w:rPr>
                <w:b w:val="0"/>
                <w:i w:val="0"/>
                <w:u w:val="none"/>
              </w:rPr>
              <w:t>they / him</w:t>
            </w:r>
          </w:p>
        </w:tc>
      </w:tr>
    </w:tbl>
    <w:p>
      <w:pPr>
        <w:keepNext/>
        <w:spacing w:before="80"/>
      </w:pPr>
      <w:r>
        <w:rPr>
          <w:b/>
          <w:i w:val="0"/>
          <w:color w:val="2E5E8C"/>
          <w:u w:val="none"/>
        </w:rPr>
        <w:t xml:space="preserve">106) </w:t>
      </w:r>
      <w:r>
        <w:rPr>
          <w:b w:val="0"/>
          <w:i w:val="0"/>
          <w:u w:val="none"/>
        </w:rPr>
        <w:t>I usually brush my teeth ___ I wake up.</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before</w:t>
            </w:r>
          </w:p>
        </w:tc>
        <w:tc>
          <w:tcPr>
            <w:tcW w:type="dxa" w:w="2466"/>
          </w:tcPr>
          <w:p>
            <w:pPr>
              <w:keepNext w:val="0"/>
            </w:pPr>
            <w:r>
              <w:rPr>
                <w:b/>
                <w:i w:val="0"/>
                <w:color w:val="2E5E8C"/>
                <w:u w:val="none"/>
              </w:rPr>
              <w:t xml:space="preserve">B) </w:t>
            </w:r>
            <w:r>
              <w:rPr>
                <w:b w:val="0"/>
                <w:i w:val="0"/>
                <w:u w:val="none"/>
              </w:rPr>
              <w:t>after</w:t>
            </w:r>
          </w:p>
        </w:tc>
        <w:tc>
          <w:tcPr>
            <w:tcW w:type="dxa" w:w="2466"/>
          </w:tcPr>
          <w:p>
            <w:pPr>
              <w:keepNext w:val="0"/>
            </w:pPr>
            <w:r>
              <w:rPr>
                <w:b/>
                <w:i w:val="0"/>
                <w:color w:val="2E5E8C"/>
                <w:u w:val="none"/>
              </w:rPr>
              <w:t xml:space="preserve">C) </w:t>
            </w:r>
            <w:r>
              <w:rPr>
                <w:b w:val="0"/>
                <w:i w:val="0"/>
                <w:u w:val="none"/>
              </w:rPr>
              <w:t>then</w:t>
            </w:r>
          </w:p>
        </w:tc>
        <w:tc>
          <w:tcPr>
            <w:tcW w:type="dxa" w:w="2466"/>
          </w:tcPr>
          <w:p>
            <w:pPr>
              <w:keepNext w:val="0"/>
            </w:pPr>
            <w:r>
              <w:rPr>
                <w:b/>
                <w:i w:val="0"/>
                <w:color w:val="2E5E8C"/>
                <w:u w:val="none"/>
              </w:rPr>
              <w:t xml:space="preserve">D) </w:t>
            </w:r>
            <w:r>
              <w:rPr>
                <w:b w:val="0"/>
                <w:i w:val="0"/>
                <w:u w:val="none"/>
              </w:rPr>
              <w:t>when</w:t>
            </w:r>
          </w:p>
        </w:tc>
      </w:tr>
    </w:tbl>
    <w:p>
      <w:pPr>
        <w:keepNext/>
        <w:spacing w:before="80"/>
      </w:pPr>
      <w:r>
        <w:rPr>
          <w:b/>
          <w:i w:val="0"/>
          <w:color w:val="2E5E8C"/>
          <w:u w:val="none"/>
        </w:rPr>
        <w:t xml:space="preserve">107) </w:t>
      </w:r>
      <w:r>
        <w:rPr>
          <w:b w:val="0"/>
          <w:i w:val="0"/>
          <w:u w:val="none"/>
        </w:rPr>
        <w:t>I like tea ___ my sister likes juice.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but</w:t>
            </w:r>
          </w:p>
        </w:tc>
        <w:tc>
          <w:tcPr>
            <w:tcW w:type="dxa" w:w="2466"/>
          </w:tcPr>
          <w:p>
            <w:pPr>
              <w:keepNext w:val="0"/>
            </w:pPr>
            <w:r>
              <w:rPr>
                <w:b/>
                <w:i w:val="0"/>
                <w:color w:val="2E5E8C"/>
                <w:u w:val="none"/>
              </w:rPr>
              <w:t xml:space="preserve">B) </w:t>
            </w:r>
            <w:r>
              <w:rPr>
                <w:b w:val="0"/>
                <w:i w:val="0"/>
                <w:u w:val="none"/>
              </w:rPr>
              <w:t>and</w:t>
            </w:r>
          </w:p>
        </w:tc>
        <w:tc>
          <w:tcPr>
            <w:tcW w:type="dxa" w:w="2466"/>
          </w:tcPr>
          <w:p>
            <w:pPr>
              <w:keepNext w:val="0"/>
            </w:pPr>
            <w:r>
              <w:rPr>
                <w:b/>
                <w:i w:val="0"/>
                <w:color w:val="2E5E8C"/>
                <w:u w:val="none"/>
              </w:rPr>
              <w:t xml:space="preserve">C) </w:t>
            </w:r>
            <w:r>
              <w:rPr>
                <w:b w:val="0"/>
                <w:i w:val="0"/>
                <w:u w:val="none"/>
              </w:rPr>
              <w:t>when</w:t>
            </w:r>
          </w:p>
        </w:tc>
        <w:tc>
          <w:tcPr>
            <w:tcW w:type="dxa" w:w="2466"/>
          </w:tcPr>
          <w:p>
            <w:pPr>
              <w:keepNext w:val="0"/>
            </w:pPr>
            <w:r>
              <w:rPr>
                <w:b/>
                <w:i w:val="0"/>
                <w:color w:val="2E5E8C"/>
                <w:u w:val="none"/>
              </w:rPr>
              <w:t xml:space="preserve">D) </w:t>
            </w:r>
            <w:r>
              <w:rPr>
                <w:b w:val="0"/>
                <w:i w:val="0"/>
                <w:u w:val="none"/>
              </w:rPr>
              <w:t>or</w:t>
            </w:r>
          </w:p>
        </w:tc>
      </w:tr>
    </w:tbl>
    <w:p>
      <w:pPr>
        <w:keepNext/>
        <w:spacing w:before="80"/>
      </w:pPr>
      <w:r>
        <w:rPr>
          <w:b/>
          <w:i w:val="0"/>
          <w:color w:val="2E5E8C"/>
          <w:u w:val="none"/>
        </w:rPr>
        <w:t xml:space="preserve">108) </w:t>
      </w:r>
      <w:r>
        <w:rPr>
          <w:b w:val="0"/>
          <w:i w:val="0"/>
          <w:u w:val="none"/>
        </w:rPr>
        <w:t>Would you like pizza ___ pasta?</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but</w:t>
            </w:r>
          </w:p>
        </w:tc>
        <w:tc>
          <w:tcPr>
            <w:tcW w:type="dxa" w:w="2466"/>
          </w:tcPr>
          <w:p>
            <w:pPr>
              <w:keepNext w:val="0"/>
            </w:pPr>
            <w:r>
              <w:rPr>
                <w:b/>
                <w:i w:val="0"/>
                <w:color w:val="2E5E8C"/>
                <w:u w:val="none"/>
              </w:rPr>
              <w:t xml:space="preserve">B) </w:t>
            </w:r>
            <w:r>
              <w:rPr>
                <w:b w:val="0"/>
                <w:i w:val="0"/>
                <w:u w:val="none"/>
              </w:rPr>
              <w:t>or</w:t>
            </w:r>
          </w:p>
        </w:tc>
        <w:tc>
          <w:tcPr>
            <w:tcW w:type="dxa" w:w="2466"/>
          </w:tcPr>
          <w:p>
            <w:pPr>
              <w:keepNext w:val="0"/>
            </w:pPr>
            <w:r>
              <w:rPr>
                <w:b/>
                <w:i w:val="0"/>
                <w:color w:val="2E5E8C"/>
                <w:u w:val="none"/>
              </w:rPr>
              <w:t xml:space="preserve">C) </w:t>
            </w:r>
            <w:r>
              <w:rPr>
                <w:b w:val="0"/>
                <w:i w:val="0"/>
                <w:u w:val="none"/>
              </w:rPr>
              <w:t>when</w:t>
            </w:r>
          </w:p>
        </w:tc>
        <w:tc>
          <w:tcPr>
            <w:tcW w:type="dxa" w:w="2466"/>
          </w:tcPr>
          <w:p>
            <w:pPr>
              <w:keepNext w:val="0"/>
            </w:pPr>
            <w:r>
              <w:rPr>
                <w:b/>
                <w:i w:val="0"/>
                <w:color w:val="2E5E8C"/>
                <w:u w:val="none"/>
              </w:rPr>
              <w:t xml:space="preserve">D) </w:t>
            </w:r>
            <w:r>
              <w:rPr>
                <w:b w:val="0"/>
                <w:i w:val="0"/>
                <w:u w:val="none"/>
              </w:rPr>
              <w:t>and</w:t>
            </w:r>
          </w:p>
        </w:tc>
      </w:tr>
    </w:tbl>
    <w:p>
      <w:pPr>
        <w:keepNext/>
        <w:spacing w:before="80"/>
      </w:pPr>
      <w:r>
        <w:rPr>
          <w:b/>
          <w:i w:val="0"/>
          <w:color w:val="2E5E8C"/>
          <w:u w:val="none"/>
        </w:rPr>
        <w:t xml:space="preserve">109) </w:t>
      </w:r>
      <w:r>
        <w:rPr>
          <w:b w:val="0"/>
          <w:i w:val="0"/>
          <w:u w:val="none"/>
        </w:rPr>
        <w:t>Every morning I get dressed ___ then I leave home.</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and</w:t>
            </w:r>
          </w:p>
        </w:tc>
        <w:tc>
          <w:tcPr>
            <w:tcW w:type="dxa" w:w="2466"/>
          </w:tcPr>
          <w:p>
            <w:pPr>
              <w:keepNext w:val="0"/>
            </w:pPr>
            <w:r>
              <w:rPr>
                <w:b/>
                <w:i w:val="0"/>
                <w:color w:val="2E5E8C"/>
                <w:u w:val="none"/>
              </w:rPr>
              <w:t xml:space="preserve">B) </w:t>
            </w:r>
            <w:r>
              <w:rPr>
                <w:b w:val="0"/>
                <w:i w:val="0"/>
                <w:u w:val="none"/>
              </w:rPr>
              <w:t>at</w:t>
            </w:r>
          </w:p>
        </w:tc>
        <w:tc>
          <w:tcPr>
            <w:tcW w:type="dxa" w:w="2466"/>
          </w:tcPr>
          <w:p>
            <w:pPr>
              <w:keepNext w:val="0"/>
            </w:pPr>
            <w:r>
              <w:rPr>
                <w:b/>
                <w:i w:val="0"/>
                <w:color w:val="2E5E8C"/>
                <w:u w:val="none"/>
              </w:rPr>
              <w:t xml:space="preserve">C) </w:t>
            </w:r>
            <w:r>
              <w:rPr>
                <w:b w:val="0"/>
                <w:i w:val="0"/>
                <w:u w:val="none"/>
              </w:rPr>
              <w:t>but</w:t>
            </w:r>
          </w:p>
        </w:tc>
        <w:tc>
          <w:tcPr>
            <w:tcW w:type="dxa" w:w="2466"/>
          </w:tcPr>
          <w:p>
            <w:pPr>
              <w:keepNext w:val="0"/>
            </w:pPr>
            <w:r>
              <w:rPr>
                <w:b/>
                <w:i w:val="0"/>
                <w:color w:val="2E5E8C"/>
                <w:u w:val="none"/>
              </w:rPr>
              <w:t xml:space="preserve">D) </w:t>
            </w:r>
            <w:r>
              <w:rPr>
                <w:b w:val="0"/>
                <w:i w:val="0"/>
                <w:u w:val="none"/>
              </w:rPr>
              <w:t>or</w:t>
            </w:r>
          </w:p>
        </w:tc>
      </w:tr>
    </w:tbl>
    <w:p>
      <w:pPr>
        <w:keepNext/>
        <w:spacing w:before="80"/>
      </w:pPr>
      <w:r>
        <w:rPr>
          <w:b/>
          <w:i w:val="0"/>
          <w:color w:val="2E5E8C"/>
          <w:u w:val="none"/>
        </w:rPr>
        <w:t xml:space="preserve">110) </w:t>
      </w:r>
      <w:r>
        <w:rPr>
          <w:b w:val="0"/>
          <w:i w:val="0"/>
          <w:u w:val="none"/>
        </w:rPr>
        <w:t>They don't like fish ___ meat.</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but</w:t>
            </w:r>
          </w:p>
        </w:tc>
        <w:tc>
          <w:tcPr>
            <w:tcW w:type="dxa" w:w="2466"/>
          </w:tcPr>
          <w:p>
            <w:pPr>
              <w:keepNext w:val="0"/>
            </w:pPr>
            <w:r>
              <w:rPr>
                <w:b/>
                <w:i w:val="0"/>
                <w:color w:val="2E5E8C"/>
                <w:u w:val="none"/>
              </w:rPr>
              <w:t xml:space="preserve">B) </w:t>
            </w:r>
            <w:r>
              <w:rPr>
                <w:b w:val="0"/>
                <w:i w:val="0"/>
                <w:u w:val="none"/>
              </w:rPr>
              <w:t>or</w:t>
            </w:r>
          </w:p>
        </w:tc>
        <w:tc>
          <w:tcPr>
            <w:tcW w:type="dxa" w:w="2466"/>
          </w:tcPr>
          <w:p>
            <w:pPr>
              <w:keepNext w:val="0"/>
            </w:pPr>
            <w:r>
              <w:rPr>
                <w:b/>
                <w:i w:val="0"/>
                <w:color w:val="2E5E8C"/>
                <w:u w:val="none"/>
              </w:rPr>
              <w:t xml:space="preserve">C) </w:t>
            </w:r>
            <w:r>
              <w:rPr>
                <w:b w:val="0"/>
                <w:i w:val="0"/>
                <w:u w:val="none"/>
              </w:rPr>
              <w:t>and</w:t>
            </w:r>
          </w:p>
        </w:tc>
        <w:tc>
          <w:tcPr>
            <w:tcW w:type="dxa" w:w="2466"/>
          </w:tcPr>
          <w:p>
            <w:pPr>
              <w:keepNext w:val="0"/>
            </w:pPr>
            <w:r>
              <w:rPr>
                <w:b/>
                <w:i w:val="0"/>
                <w:color w:val="2E5E8C"/>
                <w:u w:val="none"/>
              </w:rPr>
              <w:t xml:space="preserve">D) </w:t>
            </w:r>
            <w:r>
              <w:rPr>
                <w:b w:val="0"/>
                <w:i w:val="0"/>
                <w:u w:val="none"/>
              </w:rPr>
              <w:t>then</w:t>
            </w:r>
          </w:p>
        </w:tc>
      </w:tr>
    </w:tbl>
    <w:p>
      <w:pPr>
        <w:keepNext/>
        <w:spacing w:before="80"/>
      </w:pPr>
      <w:r>
        <w:rPr>
          <w:b/>
          <w:i w:val="0"/>
          <w:color w:val="2E5E8C"/>
          <w:u w:val="none"/>
        </w:rPr>
        <w:t xml:space="preserve">111) </w:t>
      </w:r>
      <w:r>
        <w:rPr>
          <w:b w:val="0"/>
          <w:i w:val="0"/>
          <w:u w:val="none"/>
        </w:rPr>
        <w:t>Bart and Lisa stay ___ home on Sundays.</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at</w:t>
            </w:r>
          </w:p>
        </w:tc>
        <w:tc>
          <w:tcPr>
            <w:tcW w:type="dxa" w:w="2466"/>
          </w:tcPr>
          <w:p>
            <w:pPr>
              <w:keepNext w:val="0"/>
            </w:pPr>
            <w:r>
              <w:rPr>
                <w:b/>
                <w:i w:val="0"/>
                <w:color w:val="2E5E8C"/>
                <w:u w:val="none"/>
              </w:rPr>
              <w:t xml:space="preserve">B) </w:t>
            </w:r>
            <w:r>
              <w:rPr>
                <w:b w:val="0"/>
                <w:i w:val="0"/>
                <w:u w:val="none"/>
              </w:rPr>
              <w:t>to</w:t>
            </w:r>
          </w:p>
        </w:tc>
        <w:tc>
          <w:tcPr>
            <w:tcW w:type="dxa" w:w="2466"/>
          </w:tcPr>
          <w:p>
            <w:pPr>
              <w:keepNext w:val="0"/>
            </w:pPr>
            <w:r>
              <w:rPr>
                <w:b/>
                <w:i w:val="0"/>
                <w:color w:val="2E5E8C"/>
                <w:u w:val="none"/>
              </w:rPr>
              <w:t xml:space="preserve">C) </w:t>
            </w:r>
            <w:r>
              <w:rPr>
                <w:b w:val="0"/>
                <w:i w:val="0"/>
                <w:u w:val="none"/>
              </w:rPr>
              <w:t>from</w:t>
            </w:r>
          </w:p>
        </w:tc>
        <w:tc>
          <w:tcPr>
            <w:tcW w:type="dxa" w:w="2466"/>
          </w:tcPr>
          <w:p>
            <w:pPr>
              <w:keepNext w:val="0"/>
            </w:pPr>
            <w:r>
              <w:rPr>
                <w:b/>
                <w:i w:val="0"/>
                <w:color w:val="2E5E8C"/>
                <w:u w:val="none"/>
              </w:rPr>
              <w:t xml:space="preserve">D) </w:t>
            </w:r>
            <w:r>
              <w:rPr>
                <w:b w:val="0"/>
                <w:i w:val="0"/>
                <w:u w:val="none"/>
              </w:rPr>
              <w:t>then</w:t>
            </w:r>
          </w:p>
        </w:tc>
      </w:tr>
    </w:tbl>
    <w:p>
      <w:pPr>
        <w:keepNext/>
        <w:spacing w:before="240" w:after="80"/>
        <w:pBdr>
          <w:bottom w:val="single" w:sz="10" w:color="2E5E8C" w:space="4"/>
        </w:pBdr>
      </w:pPr>
      <w:r>
        <w:rPr>
          <w:b/>
          <w:i w:val="0"/>
          <w:color w:val="2E5E8C"/>
          <w:sz w:val="26"/>
          <w:u w:val="none"/>
        </w:rPr>
        <w:t>Look at the time and choose the correct answer. (112 - 119)</w:t>
      </w:r>
    </w:p>
    <w:p>
      <w:r>
        <w:drawing>
          <wp:inline xmlns:a="http://schemas.openxmlformats.org/drawingml/2006/main" xmlns:pic="http://schemas.openxmlformats.org/drawingml/2006/picture">
            <wp:extent cx="1512000" cy="151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512000" cy="1512000"/>
                    </a:xfrm>
                    <a:prstGeom prst="rect"/>
                  </pic:spPr>
                </pic:pic>
              </a:graphicData>
            </a:graphic>
          </wp:inline>
        </w:drawing>
      </w:r>
    </w:p>
    <w:p>
      <w:pPr>
        <w:keepNext/>
        <w:spacing w:before="80"/>
      </w:pPr>
      <w:r>
        <w:rPr>
          <w:b/>
          <w:i w:val="0"/>
          <w:color w:val="2E5E8C"/>
          <w:u w:val="none"/>
        </w:rPr>
        <w:t xml:space="preserve">112) </w:t>
      </w:r>
    </w:p>
    <w:p>
      <w:pPr>
        <w:spacing w:after="40"/>
        <w:ind w:left="340"/>
      </w:pPr>
      <w:r>
        <w:rPr>
          <w:b/>
          <w:i w:val="0"/>
          <w:color w:val="2E5E8C"/>
          <w:u w:val="none"/>
        </w:rPr>
        <w:t xml:space="preserve">A) </w:t>
      </w:r>
      <w:r>
        <w:rPr>
          <w:b w:val="0"/>
          <w:i w:val="0"/>
          <w:u w:val="none"/>
        </w:rPr>
        <w:t>It's five forty.</w:t>
      </w:r>
    </w:p>
    <w:p>
      <w:pPr>
        <w:spacing w:after="40"/>
        <w:ind w:left="340"/>
      </w:pPr>
      <w:r>
        <w:rPr>
          <w:b/>
          <w:i w:val="0"/>
          <w:color w:val="2E5E8C"/>
          <w:u w:val="none"/>
        </w:rPr>
        <w:t xml:space="preserve">B) </w:t>
      </w:r>
      <w:r>
        <w:rPr>
          <w:b w:val="0"/>
          <w:i w:val="0"/>
          <w:u w:val="none"/>
        </w:rPr>
        <w:t>It's four forty.</w:t>
      </w:r>
    </w:p>
    <w:p>
      <w:pPr>
        <w:spacing w:after="40"/>
        <w:ind w:left="340"/>
      </w:pPr>
      <w:r>
        <w:rPr>
          <w:b/>
          <w:i w:val="0"/>
          <w:color w:val="2E5E8C"/>
          <w:u w:val="none"/>
        </w:rPr>
        <w:t xml:space="preserve">C) </w:t>
      </w:r>
      <w:r>
        <w:rPr>
          <w:b w:val="0"/>
          <w:i w:val="0"/>
          <w:u w:val="none"/>
        </w:rPr>
        <w:t>It's quarter to four.</w:t>
      </w:r>
    </w:p>
    <w:p>
      <w:pPr>
        <w:spacing w:after="40"/>
        <w:ind w:left="340"/>
      </w:pPr>
      <w:r>
        <w:rPr>
          <w:b/>
          <w:i w:val="0"/>
          <w:color w:val="2E5E8C"/>
          <w:u w:val="none"/>
        </w:rPr>
        <w:t xml:space="preserve">D) </w:t>
      </w:r>
      <w:r>
        <w:rPr>
          <w:b w:val="0"/>
          <w:i w:val="0"/>
          <w:u w:val="none"/>
        </w:rPr>
        <w:t>It's twenty to four.</w:t>
      </w:r>
    </w:p>
    <w:p>
      <w:r>
        <w:drawing>
          <wp:inline xmlns:a="http://schemas.openxmlformats.org/drawingml/2006/main" xmlns:pic="http://schemas.openxmlformats.org/drawingml/2006/picture">
            <wp:extent cx="1512000" cy="1512000"/>
            <wp:docPr id="2" name="Picture 2"/>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512000" cy="1512000"/>
                    </a:xfrm>
                    <a:prstGeom prst="rect"/>
                  </pic:spPr>
                </pic:pic>
              </a:graphicData>
            </a:graphic>
          </wp:inline>
        </w:drawing>
      </w:r>
    </w:p>
    <w:p>
      <w:pPr>
        <w:keepNext/>
        <w:spacing w:before="80"/>
      </w:pPr>
      <w:r>
        <w:rPr>
          <w:b/>
          <w:i w:val="0"/>
          <w:color w:val="2E5E8C"/>
          <w:u w:val="none"/>
        </w:rPr>
        <w:t xml:space="preserve">113) </w:t>
      </w:r>
    </w:p>
    <w:p>
      <w:pPr>
        <w:spacing w:after="40"/>
        <w:ind w:left="340"/>
      </w:pPr>
      <w:r>
        <w:rPr>
          <w:b/>
          <w:i w:val="0"/>
          <w:color w:val="2E5E8C"/>
          <w:u w:val="none"/>
        </w:rPr>
        <w:t xml:space="preserve">A) </w:t>
      </w:r>
      <w:r>
        <w:rPr>
          <w:b w:val="0"/>
          <w:i w:val="0"/>
          <w:u w:val="none"/>
        </w:rPr>
        <w:t>It's five ten.</w:t>
      </w:r>
    </w:p>
    <w:p>
      <w:pPr>
        <w:spacing w:after="40"/>
        <w:ind w:left="340"/>
      </w:pPr>
      <w:r>
        <w:rPr>
          <w:b/>
          <w:i w:val="0"/>
          <w:color w:val="2E5E8C"/>
          <w:u w:val="none"/>
        </w:rPr>
        <w:t xml:space="preserve">B) </w:t>
      </w:r>
      <w:r>
        <w:rPr>
          <w:b w:val="0"/>
          <w:i w:val="0"/>
          <w:u w:val="none"/>
        </w:rPr>
        <w:t>It's ten past five.</w:t>
      </w:r>
    </w:p>
    <w:p>
      <w:pPr>
        <w:spacing w:after="40"/>
        <w:ind w:left="340"/>
      </w:pPr>
      <w:r>
        <w:rPr>
          <w:b/>
          <w:i w:val="0"/>
          <w:color w:val="2E5E8C"/>
          <w:u w:val="none"/>
        </w:rPr>
        <w:t xml:space="preserve">C) </w:t>
      </w:r>
      <w:r>
        <w:rPr>
          <w:b w:val="0"/>
          <w:i w:val="0"/>
          <w:u w:val="none"/>
        </w:rPr>
        <w:t>It's two twenty-five.</w:t>
      </w:r>
    </w:p>
    <w:p>
      <w:pPr>
        <w:spacing w:after="40"/>
        <w:ind w:left="340"/>
      </w:pPr>
      <w:r>
        <w:rPr>
          <w:b/>
          <w:i w:val="0"/>
          <w:color w:val="2E5E8C"/>
          <w:u w:val="none"/>
        </w:rPr>
        <w:t xml:space="preserve">D) </w:t>
      </w:r>
      <w:r>
        <w:rPr>
          <w:b w:val="0"/>
          <w:i w:val="0"/>
          <w:u w:val="none"/>
        </w:rPr>
        <w:t>It's twenty-five past one.</w:t>
      </w:r>
    </w:p>
    <w:p>
      <w:r>
        <w:drawing>
          <wp:inline xmlns:a="http://schemas.openxmlformats.org/drawingml/2006/main" xmlns:pic="http://schemas.openxmlformats.org/drawingml/2006/picture">
            <wp:extent cx="1512000" cy="1512000"/>
            <wp:docPr id="3" name="Picture 3"/>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512000" cy="1512000"/>
                    </a:xfrm>
                    <a:prstGeom prst="rect"/>
                  </pic:spPr>
                </pic:pic>
              </a:graphicData>
            </a:graphic>
          </wp:inline>
        </w:drawing>
      </w:r>
    </w:p>
    <w:p>
      <w:pPr>
        <w:keepNext/>
        <w:spacing w:before="80"/>
      </w:pPr>
      <w:r>
        <w:rPr>
          <w:b/>
          <w:i w:val="0"/>
          <w:color w:val="2E5E8C"/>
          <w:u w:val="none"/>
        </w:rPr>
        <w:t xml:space="preserve">114) </w:t>
      </w:r>
    </w:p>
    <w:p>
      <w:pPr>
        <w:spacing w:after="40"/>
        <w:ind w:left="340"/>
      </w:pPr>
      <w:r>
        <w:rPr>
          <w:b/>
          <w:i w:val="0"/>
          <w:color w:val="2E5E8C"/>
          <w:u w:val="none"/>
        </w:rPr>
        <w:t xml:space="preserve">A) </w:t>
      </w:r>
      <w:r>
        <w:rPr>
          <w:b w:val="0"/>
          <w:i w:val="0"/>
          <w:u w:val="none"/>
        </w:rPr>
        <w:t>It's one past twelve.</w:t>
      </w:r>
    </w:p>
    <w:p>
      <w:pPr>
        <w:spacing w:after="40"/>
        <w:ind w:left="340"/>
      </w:pPr>
      <w:r>
        <w:rPr>
          <w:b/>
          <w:i w:val="0"/>
          <w:color w:val="2E5E8C"/>
          <w:u w:val="none"/>
        </w:rPr>
        <w:t xml:space="preserve">B) </w:t>
      </w:r>
      <w:r>
        <w:rPr>
          <w:b w:val="0"/>
          <w:i w:val="0"/>
          <w:u w:val="none"/>
        </w:rPr>
        <w:t>It's twelve one.</w:t>
      </w:r>
    </w:p>
    <w:p>
      <w:pPr>
        <w:spacing w:after="40"/>
        <w:ind w:left="340"/>
      </w:pPr>
      <w:r>
        <w:rPr>
          <w:b/>
          <w:i w:val="0"/>
          <w:color w:val="2E5E8C"/>
          <w:u w:val="none"/>
        </w:rPr>
        <w:t xml:space="preserve">C) </w:t>
      </w:r>
      <w:r>
        <w:rPr>
          <w:b w:val="0"/>
          <w:i w:val="0"/>
          <w:u w:val="none"/>
        </w:rPr>
        <w:t>It's twelve past five.</w:t>
      </w:r>
    </w:p>
    <w:p>
      <w:pPr>
        <w:spacing w:after="40"/>
        <w:ind w:left="340"/>
      </w:pPr>
      <w:r>
        <w:rPr>
          <w:b/>
          <w:i w:val="0"/>
          <w:color w:val="2E5E8C"/>
          <w:u w:val="none"/>
        </w:rPr>
        <w:t xml:space="preserve">D) </w:t>
      </w:r>
      <w:r>
        <w:rPr>
          <w:b w:val="0"/>
          <w:i w:val="0"/>
          <w:u w:val="none"/>
        </w:rPr>
        <w:t>It's five past twelve.</w:t>
      </w:r>
    </w:p>
    <w:p>
      <w:r>
        <w:drawing>
          <wp:inline xmlns:a="http://schemas.openxmlformats.org/drawingml/2006/main" xmlns:pic="http://schemas.openxmlformats.org/drawingml/2006/picture">
            <wp:extent cx="1512000" cy="1512000"/>
            <wp:docPr id="4" name="Picture 4"/>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512000" cy="1512000"/>
                    </a:xfrm>
                    <a:prstGeom prst="rect"/>
                  </pic:spPr>
                </pic:pic>
              </a:graphicData>
            </a:graphic>
          </wp:inline>
        </w:drawing>
      </w:r>
    </w:p>
    <w:p>
      <w:pPr>
        <w:keepNext/>
        <w:spacing w:before="80"/>
      </w:pPr>
      <w:r>
        <w:rPr>
          <w:b/>
          <w:i w:val="0"/>
          <w:color w:val="2E5E8C"/>
          <w:u w:val="none"/>
        </w:rPr>
        <w:t xml:space="preserve">115) </w:t>
      </w:r>
    </w:p>
    <w:p>
      <w:pPr>
        <w:spacing w:after="40"/>
        <w:ind w:left="340"/>
      </w:pPr>
      <w:r>
        <w:rPr>
          <w:b/>
          <w:i w:val="0"/>
          <w:color w:val="2E5E8C"/>
          <w:u w:val="none"/>
        </w:rPr>
        <w:t xml:space="preserve">A) </w:t>
      </w:r>
      <w:r>
        <w:rPr>
          <w:b w:val="0"/>
          <w:i w:val="0"/>
          <w:u w:val="none"/>
        </w:rPr>
        <w:t>It's eleven three.</w:t>
      </w:r>
    </w:p>
    <w:p>
      <w:pPr>
        <w:spacing w:after="40"/>
        <w:ind w:left="340"/>
      </w:pPr>
      <w:r>
        <w:rPr>
          <w:b/>
          <w:i w:val="0"/>
          <w:color w:val="2E5E8C"/>
          <w:u w:val="none"/>
        </w:rPr>
        <w:t xml:space="preserve">B) </w:t>
      </w:r>
      <w:r>
        <w:rPr>
          <w:b w:val="0"/>
          <w:i w:val="0"/>
          <w:u w:val="none"/>
        </w:rPr>
        <w:t>It's three past eleven.</w:t>
      </w:r>
    </w:p>
    <w:p>
      <w:pPr>
        <w:spacing w:after="40"/>
        <w:ind w:left="340"/>
      </w:pPr>
      <w:r>
        <w:rPr>
          <w:b/>
          <w:i w:val="0"/>
          <w:color w:val="2E5E8C"/>
          <w:u w:val="none"/>
        </w:rPr>
        <w:t xml:space="preserve">C) </w:t>
      </w:r>
      <w:r>
        <w:rPr>
          <w:b w:val="0"/>
          <w:i w:val="0"/>
          <w:u w:val="none"/>
        </w:rPr>
        <w:t>It's quarter past eleven.</w:t>
      </w:r>
    </w:p>
    <w:p>
      <w:pPr>
        <w:spacing w:after="40"/>
        <w:ind w:left="340"/>
      </w:pPr>
      <w:r>
        <w:rPr>
          <w:b/>
          <w:i w:val="0"/>
          <w:color w:val="2E5E8C"/>
          <w:u w:val="none"/>
        </w:rPr>
        <w:t xml:space="preserve">D) </w:t>
      </w:r>
      <w:r>
        <w:rPr>
          <w:b w:val="0"/>
          <w:i w:val="0"/>
          <w:u w:val="none"/>
        </w:rPr>
        <w:t>It's eleven past fifteen.</w:t>
      </w:r>
    </w:p>
    <w:p>
      <w:r>
        <w:drawing>
          <wp:inline xmlns:a="http://schemas.openxmlformats.org/drawingml/2006/main" xmlns:pic="http://schemas.openxmlformats.org/drawingml/2006/picture">
            <wp:extent cx="1512000" cy="1512000"/>
            <wp:docPr id="5" name="Picture 5"/>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512000" cy="1512000"/>
                    </a:xfrm>
                    <a:prstGeom prst="rect"/>
                  </pic:spPr>
                </pic:pic>
              </a:graphicData>
            </a:graphic>
          </wp:inline>
        </w:drawing>
      </w:r>
    </w:p>
    <w:p>
      <w:pPr>
        <w:keepNext/>
        <w:spacing w:before="80"/>
      </w:pPr>
      <w:r>
        <w:rPr>
          <w:b/>
          <w:i w:val="0"/>
          <w:color w:val="2E5E8C"/>
          <w:u w:val="none"/>
        </w:rPr>
        <w:t xml:space="preserve">116) </w:t>
      </w:r>
    </w:p>
    <w:p>
      <w:pPr>
        <w:spacing w:after="40"/>
        <w:ind w:left="340"/>
      </w:pPr>
      <w:r>
        <w:rPr>
          <w:b/>
          <w:i w:val="0"/>
          <w:color w:val="2E5E8C"/>
          <w:u w:val="none"/>
        </w:rPr>
        <w:t xml:space="preserve">A) </w:t>
      </w:r>
      <w:r>
        <w:rPr>
          <w:b w:val="0"/>
          <w:i w:val="0"/>
          <w:u w:val="none"/>
        </w:rPr>
        <w:t>It's quarter past ten.</w:t>
      </w:r>
    </w:p>
    <w:p>
      <w:pPr>
        <w:spacing w:after="40"/>
        <w:ind w:left="340"/>
      </w:pPr>
      <w:r>
        <w:rPr>
          <w:b/>
          <w:i w:val="0"/>
          <w:color w:val="2E5E8C"/>
          <w:u w:val="none"/>
        </w:rPr>
        <w:t xml:space="preserve">B) </w:t>
      </w:r>
      <w:r>
        <w:rPr>
          <w:b w:val="0"/>
          <w:i w:val="0"/>
          <w:u w:val="none"/>
        </w:rPr>
        <w:t>It's half past nine.</w:t>
      </w:r>
    </w:p>
    <w:p>
      <w:pPr>
        <w:spacing w:after="40"/>
        <w:ind w:left="340"/>
      </w:pPr>
      <w:r>
        <w:rPr>
          <w:b/>
          <w:i w:val="0"/>
          <w:color w:val="2E5E8C"/>
          <w:u w:val="none"/>
        </w:rPr>
        <w:t xml:space="preserve">C) </w:t>
      </w:r>
      <w:r>
        <w:rPr>
          <w:b w:val="0"/>
          <w:i w:val="0"/>
          <w:u w:val="none"/>
        </w:rPr>
        <w:t>It's quarter to nine.</w:t>
      </w:r>
    </w:p>
    <w:p>
      <w:pPr>
        <w:spacing w:after="40"/>
        <w:ind w:left="340"/>
      </w:pPr>
      <w:r>
        <w:rPr>
          <w:b/>
          <w:i w:val="0"/>
          <w:color w:val="2E5E8C"/>
          <w:u w:val="none"/>
        </w:rPr>
        <w:t xml:space="preserve">D) </w:t>
      </w:r>
      <w:r>
        <w:rPr>
          <w:b w:val="0"/>
          <w:i w:val="0"/>
          <w:u w:val="none"/>
        </w:rPr>
        <w:t>It's forty-five past nine.</w:t>
      </w:r>
    </w:p>
    <w:p>
      <w:r>
        <w:drawing>
          <wp:inline xmlns:a="http://schemas.openxmlformats.org/drawingml/2006/main" xmlns:pic="http://schemas.openxmlformats.org/drawingml/2006/picture">
            <wp:extent cx="1512000" cy="1512000"/>
            <wp:docPr id="6" name="Picture 6"/>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1512000" cy="1512000"/>
                    </a:xfrm>
                    <a:prstGeom prst="rect"/>
                  </pic:spPr>
                </pic:pic>
              </a:graphicData>
            </a:graphic>
          </wp:inline>
        </w:drawing>
      </w:r>
    </w:p>
    <w:p>
      <w:pPr>
        <w:keepNext/>
        <w:spacing w:before="80"/>
      </w:pPr>
      <w:r>
        <w:rPr>
          <w:b/>
          <w:i w:val="0"/>
          <w:color w:val="2E5E8C"/>
          <w:u w:val="none"/>
        </w:rPr>
        <w:t xml:space="preserve">117) </w:t>
      </w:r>
    </w:p>
    <w:p>
      <w:pPr>
        <w:spacing w:after="40"/>
        <w:ind w:left="340"/>
      </w:pPr>
      <w:r>
        <w:rPr>
          <w:b/>
          <w:i w:val="0"/>
          <w:color w:val="2E5E8C"/>
          <w:u w:val="none"/>
        </w:rPr>
        <w:t xml:space="preserve">A) </w:t>
      </w:r>
      <w:r>
        <w:rPr>
          <w:b w:val="0"/>
          <w:i w:val="0"/>
          <w:u w:val="none"/>
        </w:rPr>
        <w:t>It's eleven fifty-five.</w:t>
      </w:r>
    </w:p>
    <w:p>
      <w:pPr>
        <w:spacing w:after="40"/>
        <w:ind w:left="340"/>
      </w:pPr>
      <w:r>
        <w:rPr>
          <w:b/>
          <w:i w:val="0"/>
          <w:color w:val="2E5E8C"/>
          <w:u w:val="none"/>
        </w:rPr>
        <w:t xml:space="preserve">B) </w:t>
      </w:r>
      <w:r>
        <w:rPr>
          <w:b w:val="0"/>
          <w:i w:val="0"/>
          <w:u w:val="none"/>
        </w:rPr>
        <w:t>It's five past eleven.</w:t>
      </w:r>
    </w:p>
    <w:p>
      <w:pPr>
        <w:spacing w:after="40"/>
        <w:ind w:left="340"/>
      </w:pPr>
      <w:r>
        <w:rPr>
          <w:b/>
          <w:i w:val="0"/>
          <w:color w:val="2E5E8C"/>
          <w:u w:val="none"/>
        </w:rPr>
        <w:t xml:space="preserve">C) </w:t>
      </w:r>
      <w:r>
        <w:rPr>
          <w:b w:val="0"/>
          <w:i w:val="0"/>
          <w:u w:val="none"/>
        </w:rPr>
        <w:t>It's twelve to five.</w:t>
      </w:r>
    </w:p>
    <w:p>
      <w:pPr>
        <w:spacing w:after="40"/>
        <w:ind w:left="340"/>
      </w:pPr>
      <w:r>
        <w:rPr>
          <w:b/>
          <w:i w:val="0"/>
          <w:color w:val="2E5E8C"/>
          <w:u w:val="none"/>
        </w:rPr>
        <w:t xml:space="preserve">D) </w:t>
      </w:r>
      <w:r>
        <w:rPr>
          <w:b w:val="0"/>
          <w:i w:val="0"/>
          <w:u w:val="none"/>
        </w:rPr>
        <w:t>It's fifty-five eleven.</w:t>
      </w:r>
    </w:p>
    <w:p>
      <w:r>
        <w:drawing>
          <wp:inline xmlns:a="http://schemas.openxmlformats.org/drawingml/2006/main" xmlns:pic="http://schemas.openxmlformats.org/drawingml/2006/picture">
            <wp:extent cx="1512000" cy="1512000"/>
            <wp:docPr id="7" name="Picture 7"/>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512000" cy="1512000"/>
                    </a:xfrm>
                    <a:prstGeom prst="rect"/>
                  </pic:spPr>
                </pic:pic>
              </a:graphicData>
            </a:graphic>
          </wp:inline>
        </w:drawing>
      </w:r>
    </w:p>
    <w:p>
      <w:pPr>
        <w:keepNext/>
        <w:spacing w:before="80"/>
      </w:pPr>
      <w:r>
        <w:rPr>
          <w:b/>
          <w:i w:val="0"/>
          <w:color w:val="2E5E8C"/>
          <w:u w:val="none"/>
        </w:rPr>
        <w:t xml:space="preserve">118) </w:t>
      </w:r>
    </w:p>
    <w:p>
      <w:pPr>
        <w:spacing w:after="40"/>
        <w:ind w:left="340"/>
      </w:pPr>
      <w:r>
        <w:rPr>
          <w:b/>
          <w:i w:val="0"/>
          <w:color w:val="2E5E8C"/>
          <w:u w:val="none"/>
        </w:rPr>
        <w:t xml:space="preserve">A) </w:t>
      </w:r>
      <w:r>
        <w:rPr>
          <w:b w:val="0"/>
          <w:i w:val="0"/>
          <w:u w:val="none"/>
        </w:rPr>
        <w:t>It's thirty-five past six.</w:t>
      </w:r>
    </w:p>
    <w:p>
      <w:pPr>
        <w:spacing w:after="40"/>
        <w:ind w:left="340"/>
      </w:pPr>
      <w:r>
        <w:rPr>
          <w:b/>
          <w:i w:val="0"/>
          <w:color w:val="2E5E8C"/>
          <w:u w:val="none"/>
        </w:rPr>
        <w:t xml:space="preserve">B) </w:t>
      </w:r>
      <w:r>
        <w:rPr>
          <w:b w:val="0"/>
          <w:i w:val="0"/>
          <w:u w:val="none"/>
        </w:rPr>
        <w:t>It's twenty-five to five.</w:t>
      </w:r>
    </w:p>
    <w:p>
      <w:pPr>
        <w:spacing w:after="40"/>
        <w:ind w:left="340"/>
      </w:pPr>
      <w:r>
        <w:rPr>
          <w:b/>
          <w:i w:val="0"/>
          <w:color w:val="2E5E8C"/>
          <w:u w:val="none"/>
        </w:rPr>
        <w:t xml:space="preserve">C) </w:t>
      </w:r>
      <w:r>
        <w:rPr>
          <w:b w:val="0"/>
          <w:i w:val="0"/>
          <w:u w:val="none"/>
        </w:rPr>
        <w:t>It's half past five.</w:t>
      </w:r>
    </w:p>
    <w:p>
      <w:pPr>
        <w:spacing w:after="40"/>
        <w:ind w:left="340"/>
      </w:pPr>
      <w:r>
        <w:rPr>
          <w:b/>
          <w:i w:val="0"/>
          <w:color w:val="2E5E8C"/>
          <w:u w:val="none"/>
        </w:rPr>
        <w:t xml:space="preserve">D) </w:t>
      </w:r>
      <w:r>
        <w:rPr>
          <w:b w:val="0"/>
          <w:i w:val="0"/>
          <w:u w:val="none"/>
        </w:rPr>
        <w:t>It's five thirty-five.</w:t>
      </w:r>
    </w:p>
    <w:p>
      <w:r>
        <w:drawing>
          <wp:inline xmlns:a="http://schemas.openxmlformats.org/drawingml/2006/main" xmlns:pic="http://schemas.openxmlformats.org/drawingml/2006/picture">
            <wp:extent cx="1512000" cy="1512000"/>
            <wp:docPr id="8" name="Picture 8"/>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1512000" cy="1512000"/>
                    </a:xfrm>
                    <a:prstGeom prst="rect"/>
                  </pic:spPr>
                </pic:pic>
              </a:graphicData>
            </a:graphic>
          </wp:inline>
        </w:drawing>
      </w:r>
    </w:p>
    <w:p>
      <w:pPr>
        <w:keepNext/>
        <w:spacing w:before="80"/>
      </w:pPr>
      <w:r>
        <w:rPr>
          <w:b/>
          <w:i w:val="0"/>
          <w:color w:val="2E5E8C"/>
          <w:u w:val="none"/>
        </w:rPr>
        <w:t xml:space="preserve">119) </w:t>
      </w:r>
    </w:p>
    <w:p>
      <w:pPr>
        <w:spacing w:after="40"/>
        <w:ind w:left="340"/>
      </w:pPr>
      <w:r>
        <w:rPr>
          <w:b/>
          <w:i w:val="0"/>
          <w:color w:val="2E5E8C"/>
          <w:u w:val="none"/>
        </w:rPr>
        <w:t xml:space="preserve">A) </w:t>
      </w:r>
      <w:r>
        <w:rPr>
          <w:b w:val="0"/>
          <w:i w:val="0"/>
          <w:u w:val="none"/>
        </w:rPr>
        <w:t>It's thirty to seven.</w:t>
      </w:r>
    </w:p>
    <w:p>
      <w:pPr>
        <w:spacing w:after="40"/>
        <w:ind w:left="340"/>
      </w:pPr>
      <w:r>
        <w:rPr>
          <w:b/>
          <w:i w:val="0"/>
          <w:color w:val="2E5E8C"/>
          <w:u w:val="none"/>
        </w:rPr>
        <w:t xml:space="preserve">B) </w:t>
      </w:r>
      <w:r>
        <w:rPr>
          <w:b w:val="0"/>
          <w:i w:val="0"/>
          <w:u w:val="none"/>
        </w:rPr>
        <w:t>It's seven past thirty.</w:t>
      </w:r>
    </w:p>
    <w:p>
      <w:pPr>
        <w:spacing w:after="40"/>
        <w:ind w:left="340"/>
      </w:pPr>
      <w:r>
        <w:rPr>
          <w:b/>
          <w:i w:val="0"/>
          <w:color w:val="2E5E8C"/>
          <w:u w:val="none"/>
        </w:rPr>
        <w:t xml:space="preserve">C) </w:t>
      </w:r>
      <w:r>
        <w:rPr>
          <w:b w:val="0"/>
          <w:i w:val="0"/>
          <w:u w:val="none"/>
        </w:rPr>
        <w:t>It's half past three.</w:t>
      </w:r>
    </w:p>
    <w:p>
      <w:pPr>
        <w:spacing w:after="40"/>
        <w:ind w:left="340"/>
      </w:pPr>
      <w:r>
        <w:rPr>
          <w:b/>
          <w:i w:val="0"/>
          <w:color w:val="2E5E8C"/>
          <w:u w:val="none"/>
        </w:rPr>
        <w:t xml:space="preserve">D) </w:t>
      </w:r>
      <w:r>
        <w:rPr>
          <w:b w:val="0"/>
          <w:i w:val="0"/>
          <w:u w:val="none"/>
        </w:rPr>
        <w:t>It's half past seven.</w:t>
      </w:r>
    </w:p>
    <w:p>
      <w:pPr>
        <w:keepNext/>
        <w:spacing w:before="240" w:after="80"/>
        <w:pBdr>
          <w:bottom w:val="single" w:sz="10" w:color="2E5E8C" w:space="4"/>
        </w:pBdr>
      </w:pPr>
      <w:r>
        <w:rPr>
          <w:b/>
          <w:i w:val="0"/>
          <w:color w:val="2E5E8C"/>
          <w:sz w:val="26"/>
          <w:u w:val="none"/>
        </w:rPr>
        <w:t>Read the text carefully and choose the correct answer (120 - 124).</w:t>
      </w:r>
    </w:p>
    <w:p>
      <w:pPr>
        <w:jc w:val="both"/>
      </w:pPr>
      <w:r>
        <w:rPr>
          <w:b w:val="0"/>
          <w:i w:val="0"/>
          <w:u w:val="none"/>
        </w:rPr>
        <w:t>Every day, Clara has the same routine. She wakes up at 7.00 and gets out of bed. First, she brushes her teeth and washes her face. Then she goes to the kitchen to ________ (120) breakfast. Her favourite breakfast is cereal with milk and an apple. When she finishes, she gets dressed and leaves home at half past seven to catch the bus. On the bus, Clara usually ________ (121) to music or reads. She starts work at 8.30. Lunch break is at 12.30, and she often eats with a friend. After lunch, she continues working until 5. After work, she goes jogging for about an hour because she enjoys sports. In the evening, she goes home, takes a shower, and makes dinner. Clara likes simple food like pasta or salad. After dinner, she watches TV or reads. Before bed, she ________ (122) a warm shower again. Finally, she goes to sleep at 10.30. Clara always ________ (123) to sleep at least 8 hours. This routine helps her ________ (124) happy and energetic.</w:t>
      </w:r>
    </w:p>
    <w:p>
      <w:pPr>
        <w:keepNext/>
        <w:spacing w:before="80"/>
      </w:pPr>
      <w:r>
        <w:rPr>
          <w:b/>
          <w:i w:val="0"/>
          <w:color w:val="2E5E8C"/>
          <w:u w:val="none"/>
        </w:rPr>
        <w:t xml:space="preserve">120) </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has</w:t>
            </w:r>
          </w:p>
        </w:tc>
        <w:tc>
          <w:tcPr>
            <w:tcW w:type="dxa" w:w="2466"/>
          </w:tcPr>
          <w:p>
            <w:pPr>
              <w:keepNext w:val="0"/>
            </w:pPr>
            <w:r>
              <w:rPr>
                <w:b/>
                <w:i w:val="0"/>
                <w:color w:val="2E5E8C"/>
                <w:u w:val="none"/>
              </w:rPr>
              <w:t xml:space="preserve">B) </w:t>
            </w:r>
            <w:r>
              <w:rPr>
                <w:b w:val="0"/>
                <w:i w:val="0"/>
                <w:u w:val="none"/>
              </w:rPr>
              <w:t>eat</w:t>
            </w:r>
          </w:p>
        </w:tc>
        <w:tc>
          <w:tcPr>
            <w:tcW w:type="dxa" w:w="2466"/>
          </w:tcPr>
          <w:p>
            <w:pPr>
              <w:keepNext w:val="0"/>
            </w:pPr>
            <w:r>
              <w:rPr>
                <w:b/>
                <w:i w:val="0"/>
                <w:color w:val="2E5E8C"/>
                <w:u w:val="none"/>
              </w:rPr>
              <w:t xml:space="preserve">C) </w:t>
            </w:r>
            <w:r>
              <w:rPr>
                <w:b w:val="0"/>
                <w:i w:val="0"/>
                <w:u w:val="none"/>
              </w:rPr>
              <w:t>makes</w:t>
            </w:r>
          </w:p>
        </w:tc>
        <w:tc>
          <w:tcPr>
            <w:tcW w:type="dxa" w:w="2466"/>
          </w:tcPr>
          <w:p>
            <w:pPr>
              <w:keepNext w:val="0"/>
            </w:pPr>
            <w:r>
              <w:rPr>
                <w:b/>
                <w:i w:val="0"/>
                <w:color w:val="2E5E8C"/>
                <w:u w:val="none"/>
              </w:rPr>
              <w:t xml:space="preserve">D) </w:t>
            </w:r>
            <w:r>
              <w:rPr>
                <w:b w:val="0"/>
                <w:i w:val="0"/>
                <w:u w:val="none"/>
              </w:rPr>
              <w:t>cooks</w:t>
            </w:r>
          </w:p>
        </w:tc>
      </w:tr>
    </w:tbl>
    <w:p>
      <w:pPr>
        <w:keepNext/>
        <w:spacing w:before="80"/>
      </w:pPr>
      <w:r>
        <w:rPr>
          <w:b/>
          <w:i w:val="0"/>
          <w:color w:val="2E5E8C"/>
          <w:u w:val="none"/>
        </w:rPr>
        <w:t xml:space="preserve">121) </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listens</w:t>
            </w:r>
          </w:p>
        </w:tc>
        <w:tc>
          <w:tcPr>
            <w:tcW w:type="dxa" w:w="2466"/>
          </w:tcPr>
          <w:p>
            <w:pPr>
              <w:keepNext w:val="0"/>
            </w:pPr>
            <w:r>
              <w:rPr>
                <w:b/>
                <w:i w:val="0"/>
                <w:color w:val="2E5E8C"/>
                <w:u w:val="none"/>
              </w:rPr>
              <w:t xml:space="preserve">B) </w:t>
            </w:r>
            <w:r>
              <w:rPr>
                <w:b w:val="0"/>
                <w:i w:val="0"/>
                <w:u w:val="none"/>
              </w:rPr>
              <w:t>have</w:t>
            </w:r>
          </w:p>
        </w:tc>
        <w:tc>
          <w:tcPr>
            <w:tcW w:type="dxa" w:w="2466"/>
          </w:tcPr>
          <w:p>
            <w:pPr>
              <w:keepNext w:val="0"/>
            </w:pPr>
            <w:r>
              <w:rPr>
                <w:b/>
                <w:i w:val="0"/>
                <w:color w:val="2E5E8C"/>
                <w:u w:val="none"/>
              </w:rPr>
              <w:t xml:space="preserve">C) </w:t>
            </w:r>
            <w:r>
              <w:rPr>
                <w:b w:val="0"/>
                <w:i w:val="0"/>
                <w:u w:val="none"/>
              </w:rPr>
              <w:t>makes</w:t>
            </w:r>
          </w:p>
        </w:tc>
        <w:tc>
          <w:tcPr>
            <w:tcW w:type="dxa" w:w="2466"/>
          </w:tcPr>
          <w:p>
            <w:pPr>
              <w:keepNext w:val="0"/>
            </w:pPr>
            <w:r>
              <w:rPr>
                <w:b/>
                <w:i w:val="0"/>
                <w:color w:val="2E5E8C"/>
                <w:u w:val="none"/>
              </w:rPr>
              <w:t xml:space="preserve">D) </w:t>
            </w:r>
            <w:r>
              <w:rPr>
                <w:b w:val="0"/>
                <w:i w:val="0"/>
                <w:u w:val="none"/>
              </w:rPr>
              <w:t>play</w:t>
            </w:r>
          </w:p>
        </w:tc>
      </w:tr>
    </w:tbl>
    <w:p>
      <w:pPr>
        <w:keepNext/>
        <w:spacing w:before="80"/>
      </w:pPr>
      <w:r>
        <w:rPr>
          <w:b/>
          <w:i w:val="0"/>
          <w:color w:val="2E5E8C"/>
          <w:u w:val="none"/>
        </w:rPr>
        <w:t xml:space="preserve">122) </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gets</w:t>
            </w:r>
          </w:p>
        </w:tc>
        <w:tc>
          <w:tcPr>
            <w:tcW w:type="dxa" w:w="2466"/>
          </w:tcPr>
          <w:p>
            <w:pPr>
              <w:keepNext w:val="0"/>
            </w:pPr>
            <w:r>
              <w:rPr>
                <w:b/>
                <w:i w:val="0"/>
                <w:color w:val="2E5E8C"/>
                <w:u w:val="none"/>
              </w:rPr>
              <w:t xml:space="preserve">B) </w:t>
            </w:r>
            <w:r>
              <w:rPr>
                <w:b w:val="0"/>
                <w:i w:val="0"/>
                <w:u w:val="none"/>
              </w:rPr>
              <w:t>spends</w:t>
            </w:r>
          </w:p>
        </w:tc>
        <w:tc>
          <w:tcPr>
            <w:tcW w:type="dxa" w:w="2466"/>
          </w:tcPr>
          <w:p>
            <w:pPr>
              <w:keepNext w:val="0"/>
            </w:pPr>
            <w:r>
              <w:rPr>
                <w:b/>
                <w:i w:val="0"/>
                <w:color w:val="2E5E8C"/>
                <w:u w:val="none"/>
              </w:rPr>
              <w:t xml:space="preserve">C) </w:t>
            </w:r>
            <w:r>
              <w:rPr>
                <w:b w:val="0"/>
                <w:i w:val="0"/>
                <w:u w:val="none"/>
              </w:rPr>
              <w:t>has</w:t>
            </w:r>
          </w:p>
        </w:tc>
        <w:tc>
          <w:tcPr>
            <w:tcW w:type="dxa" w:w="2466"/>
          </w:tcPr>
          <w:p>
            <w:pPr>
              <w:keepNext w:val="0"/>
            </w:pPr>
            <w:r>
              <w:rPr>
                <w:b/>
                <w:i w:val="0"/>
                <w:color w:val="2E5E8C"/>
                <w:u w:val="none"/>
              </w:rPr>
              <w:t xml:space="preserve">D) </w:t>
            </w:r>
            <w:r>
              <w:rPr>
                <w:b w:val="0"/>
                <w:i w:val="0"/>
                <w:u w:val="none"/>
              </w:rPr>
              <w:t>make</w:t>
            </w:r>
          </w:p>
        </w:tc>
      </w:tr>
    </w:tbl>
    <w:p>
      <w:pPr>
        <w:keepNext/>
        <w:spacing w:before="80"/>
      </w:pPr>
      <w:r>
        <w:rPr>
          <w:b/>
          <w:i w:val="0"/>
          <w:color w:val="2E5E8C"/>
          <w:u w:val="none"/>
        </w:rPr>
        <w:t xml:space="preserve">123) </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tries</w:t>
            </w:r>
          </w:p>
        </w:tc>
        <w:tc>
          <w:tcPr>
            <w:tcW w:type="dxa" w:w="2466"/>
          </w:tcPr>
          <w:p>
            <w:pPr>
              <w:keepNext w:val="0"/>
            </w:pPr>
            <w:r>
              <w:rPr>
                <w:b/>
                <w:i w:val="0"/>
                <w:color w:val="2E5E8C"/>
                <w:u w:val="none"/>
              </w:rPr>
              <w:t xml:space="preserve">B) </w:t>
            </w:r>
            <w:r>
              <w:rPr>
                <w:b w:val="0"/>
                <w:i w:val="0"/>
                <w:u w:val="none"/>
              </w:rPr>
              <w:t>have</w:t>
            </w:r>
          </w:p>
        </w:tc>
        <w:tc>
          <w:tcPr>
            <w:tcW w:type="dxa" w:w="2466"/>
          </w:tcPr>
          <w:p>
            <w:pPr>
              <w:keepNext w:val="0"/>
            </w:pPr>
            <w:r>
              <w:rPr>
                <w:b/>
                <w:i w:val="0"/>
                <w:color w:val="2E5E8C"/>
                <w:u w:val="none"/>
              </w:rPr>
              <w:t xml:space="preserve">C) </w:t>
            </w:r>
            <w:r>
              <w:rPr>
                <w:b w:val="0"/>
                <w:i w:val="0"/>
                <w:u w:val="none"/>
              </w:rPr>
              <w:t>wakes up</w:t>
            </w:r>
          </w:p>
        </w:tc>
        <w:tc>
          <w:tcPr>
            <w:tcW w:type="dxa" w:w="2466"/>
          </w:tcPr>
          <w:p>
            <w:pPr>
              <w:keepNext w:val="0"/>
            </w:pPr>
            <w:r>
              <w:rPr>
                <w:b/>
                <w:i w:val="0"/>
                <w:color w:val="2E5E8C"/>
                <w:u w:val="none"/>
              </w:rPr>
              <w:t xml:space="preserve">D) </w:t>
            </w:r>
            <w:r>
              <w:rPr>
                <w:b w:val="0"/>
                <w:i w:val="0"/>
                <w:u w:val="none"/>
              </w:rPr>
              <w:t>sleeps</w:t>
            </w:r>
          </w:p>
        </w:tc>
      </w:tr>
    </w:tbl>
    <w:p>
      <w:pPr>
        <w:keepNext/>
        <w:spacing w:before="80"/>
      </w:pPr>
      <w:r>
        <w:rPr>
          <w:b/>
          <w:i w:val="0"/>
          <w:color w:val="2E5E8C"/>
          <w:u w:val="none"/>
        </w:rPr>
        <w:t xml:space="preserve">124) </w:t>
      </w:r>
    </w:p>
    <w:tbl>
      <w:tblPr>
        <w:tblW w:type="auto" w:w="0"/>
        <w:tblLook w:firstColumn="1" w:firstRow="1" w:lastColumn="0" w:lastRow="0" w:noHBand="0" w:noVBand="1" w:val="04A0"/>
        <w:tblBorders>
          <w:top w:val="none" w:sz="0"/>
          <w:left w:val="none" w:sz="0"/>
          <w:bottom w:val="none" w:sz="0"/>
          <w:right w:val="none" w:sz="0"/>
          <w:insideH w:val="none" w:sz="0"/>
          <w:insideV w:val="none" w:sz="0"/>
        </w:tblBorders>
      </w:tblPr>
      <w:tblGrid>
        <w:gridCol w:w="2466"/>
        <w:gridCol w:w="2466"/>
        <w:gridCol w:w="2466"/>
        <w:gridCol w:w="2466"/>
      </w:tblGrid>
      <w:tr>
        <w:trPr>
          <w:cantSplit/>
        </w:trPr>
        <w:tc>
          <w:tcPr>
            <w:tcW w:type="dxa" w:w="2466"/>
          </w:tcPr>
          <w:p>
            <w:pPr>
              <w:keepNext w:val="0"/>
            </w:pPr>
            <w:r>
              <w:rPr>
                <w:b/>
                <w:i w:val="0"/>
                <w:color w:val="2E5E8C"/>
                <w:u w:val="none"/>
              </w:rPr>
              <w:t xml:space="preserve">A) </w:t>
            </w:r>
            <w:r>
              <w:rPr>
                <w:b w:val="0"/>
                <w:i w:val="0"/>
                <w:u w:val="none"/>
              </w:rPr>
              <w:t>keeps</w:t>
            </w:r>
          </w:p>
        </w:tc>
        <w:tc>
          <w:tcPr>
            <w:tcW w:type="dxa" w:w="2466"/>
          </w:tcPr>
          <w:p>
            <w:pPr>
              <w:keepNext w:val="0"/>
            </w:pPr>
            <w:r>
              <w:rPr>
                <w:b/>
                <w:i w:val="0"/>
                <w:color w:val="2E5E8C"/>
                <w:u w:val="none"/>
              </w:rPr>
              <w:t xml:space="preserve">B) </w:t>
            </w:r>
            <w:r>
              <w:rPr>
                <w:b w:val="0"/>
                <w:i w:val="0"/>
                <w:u w:val="none"/>
              </w:rPr>
              <w:t>strong</w:t>
            </w:r>
          </w:p>
        </w:tc>
        <w:tc>
          <w:tcPr>
            <w:tcW w:type="dxa" w:w="2466"/>
          </w:tcPr>
          <w:p>
            <w:pPr>
              <w:keepNext w:val="0"/>
            </w:pPr>
            <w:r>
              <w:rPr>
                <w:b/>
                <w:i w:val="0"/>
                <w:color w:val="2E5E8C"/>
                <w:u w:val="none"/>
              </w:rPr>
              <w:t xml:space="preserve">C) </w:t>
            </w:r>
            <w:r>
              <w:rPr>
                <w:b w:val="0"/>
                <w:i w:val="0"/>
                <w:u w:val="none"/>
              </w:rPr>
              <w:t>stay</w:t>
            </w:r>
          </w:p>
        </w:tc>
        <w:tc>
          <w:tcPr>
            <w:tcW w:type="dxa" w:w="2466"/>
          </w:tcPr>
          <w:p>
            <w:pPr>
              <w:keepNext w:val="0"/>
            </w:pPr>
            <w:r>
              <w:rPr>
                <w:b/>
                <w:i w:val="0"/>
                <w:color w:val="2E5E8C"/>
                <w:u w:val="none"/>
              </w:rPr>
              <w:t xml:space="preserve">D) </w:t>
            </w:r>
            <w:r>
              <w:rPr>
                <w:b w:val="0"/>
                <w:i w:val="0"/>
                <w:u w:val="none"/>
              </w:rPr>
              <w:t>does</w:t>
            </w:r>
          </w:p>
        </w:tc>
      </w:tr>
    </w:tbl>
    <w:p>
      <w:pPr>
        <w:keepNext/>
        <w:spacing w:before="240" w:after="80"/>
        <w:pBdr>
          <w:bottom w:val="single" w:sz="10" w:color="2E5E8C" w:space="4"/>
        </w:pBdr>
      </w:pPr>
      <w:r>
        <w:rPr>
          <w:b/>
          <w:i w:val="0"/>
          <w:color w:val="2E5E8C"/>
          <w:sz w:val="26"/>
          <w:u w:val="none"/>
        </w:rPr>
        <w:t>Read the passage and answer the questions (125 - 128).</w:t>
      </w:r>
    </w:p>
    <w:p>
      <w:pPr>
        <w:jc w:val="both"/>
      </w:pPr>
      <w:r>
        <w:rPr>
          <w:b/>
          <w:i w:val="0"/>
          <w:u w:val="none"/>
        </w:rPr>
        <w:t>Mark's Daily Routine</w:t>
      </w:r>
      <w:r>
        <w:rPr>
          <w:b w:val="0"/>
          <w:i w:val="0"/>
          <w:u w:val="none"/>
        </w:rPr>
        <w:br/>
        <w:t>Every morning, Mark wakes up at 6.45. Sometimes he stays in bed a few minutes, then he goes to the bathroom. He brushes his teeth and washes his face with cold water. After that, he goes to the kitchen for breakfast. On weekdays, he usually has toast with cheese and orange juice. At weekends, he enjoys making pancakes or eggs with bread. After breakfast, Mark gets dressed. His school uniform is a white t-shirt and black trousers. He leaves home at 7.45 and walks to school, which takes about 15 minutes.</w:t>
        <w:br/>
        <w:t>At school, he meets his friends before class. He has lessons like Maths, English, Science, PE and History. He likes English very much because he enjoys reading stories. During the morning break, he talks with his friends. At lunch, around 12.00, Mark usually eats the food from his lunchbox. He has a sandwich, fruit, and water. Sometimes, he buys food from the school canteen. In the afternoon, he studies until 3.15. After school, he walks home, does his homework, and then spends some free time playing football or video games.</w:t>
        <w:br/>
        <w:t>In the evening, at 6.30, he helps his mum make dinner. They eat together at 7.00. After dinner, they sometimes watch TV. Before bed, Mark takes a shower and reads a book. He usually sleeps at 9.30.</w:t>
      </w:r>
    </w:p>
    <w:p>
      <w:pPr>
        <w:keepNext/>
        <w:spacing w:before="80"/>
      </w:pPr>
      <w:r>
        <w:rPr>
          <w:b/>
          <w:i w:val="0"/>
          <w:color w:val="2E5E8C"/>
          <w:u w:val="none"/>
        </w:rPr>
        <w:t xml:space="preserve">125) </w:t>
      </w:r>
      <w:r>
        <w:rPr>
          <w:b w:val="0"/>
          <w:i w:val="0"/>
          <w:u w:val="none"/>
        </w:rPr>
        <w:t>What does Mark usually eat at weekends?</w:t>
      </w:r>
    </w:p>
    <w:p>
      <w:pPr>
        <w:spacing w:after="40"/>
        <w:ind w:left="340"/>
      </w:pPr>
      <w:r>
        <w:rPr>
          <w:b/>
          <w:i w:val="0"/>
          <w:color w:val="2E5E8C"/>
          <w:u w:val="none"/>
        </w:rPr>
        <w:t xml:space="preserve">A) </w:t>
      </w:r>
      <w:r>
        <w:rPr>
          <w:b w:val="0"/>
          <w:i w:val="0"/>
          <w:u w:val="none"/>
        </w:rPr>
        <w:t>Pancakes</w:t>
      </w:r>
    </w:p>
    <w:p>
      <w:pPr>
        <w:spacing w:after="40"/>
        <w:ind w:left="340"/>
      </w:pPr>
      <w:r>
        <w:rPr>
          <w:b/>
          <w:i w:val="0"/>
          <w:color w:val="2E5E8C"/>
          <w:u w:val="none"/>
        </w:rPr>
        <w:t xml:space="preserve">B) </w:t>
      </w:r>
      <w:r>
        <w:rPr>
          <w:b w:val="0"/>
          <w:i w:val="0"/>
          <w:u w:val="none"/>
        </w:rPr>
        <w:t>Sandwich</w:t>
      </w:r>
    </w:p>
    <w:p>
      <w:pPr>
        <w:spacing w:after="40"/>
        <w:ind w:left="340"/>
      </w:pPr>
      <w:r>
        <w:rPr>
          <w:b/>
          <w:i w:val="0"/>
          <w:color w:val="2E5E8C"/>
          <w:u w:val="none"/>
        </w:rPr>
        <w:t xml:space="preserve">C) </w:t>
      </w:r>
      <w:r>
        <w:rPr>
          <w:b w:val="0"/>
          <w:i w:val="0"/>
          <w:u w:val="none"/>
        </w:rPr>
        <w:t>Pizza</w:t>
      </w:r>
    </w:p>
    <w:p>
      <w:pPr>
        <w:spacing w:after="40"/>
        <w:ind w:left="340"/>
      </w:pPr>
      <w:r>
        <w:rPr>
          <w:b/>
          <w:i w:val="0"/>
          <w:color w:val="2E5E8C"/>
          <w:u w:val="none"/>
        </w:rPr>
        <w:t xml:space="preserve">D) </w:t>
      </w:r>
      <w:r>
        <w:rPr>
          <w:b w:val="0"/>
          <w:i w:val="0"/>
          <w:u w:val="none"/>
        </w:rPr>
        <w:t>Salad</w:t>
      </w:r>
    </w:p>
    <w:p>
      <w:pPr>
        <w:keepNext/>
        <w:spacing w:before="80"/>
      </w:pPr>
      <w:r>
        <w:rPr>
          <w:b/>
          <w:i w:val="0"/>
          <w:color w:val="2E5E8C"/>
          <w:u w:val="none"/>
        </w:rPr>
        <w:t xml:space="preserve">126) </w:t>
      </w:r>
      <w:r>
        <w:rPr>
          <w:b w:val="0"/>
          <w:i w:val="0"/>
          <w:u w:val="none"/>
        </w:rPr>
        <w:t>Does Mark go to school on foot?</w:t>
      </w:r>
    </w:p>
    <w:p>
      <w:pPr>
        <w:spacing w:after="40"/>
        <w:ind w:left="340"/>
      </w:pPr>
      <w:r>
        <w:rPr>
          <w:b/>
          <w:i w:val="0"/>
          <w:color w:val="2E5E8C"/>
          <w:u w:val="none"/>
        </w:rPr>
        <w:t xml:space="preserve">A) </w:t>
      </w:r>
      <w:r>
        <w:rPr>
          <w:b w:val="0"/>
          <w:i w:val="0"/>
          <w:u w:val="none"/>
        </w:rPr>
        <w:t>Yes, he does.</w:t>
      </w:r>
    </w:p>
    <w:p>
      <w:pPr>
        <w:spacing w:after="40"/>
        <w:ind w:left="340"/>
      </w:pPr>
      <w:r>
        <w:rPr>
          <w:b/>
          <w:i w:val="0"/>
          <w:color w:val="2E5E8C"/>
          <w:u w:val="none"/>
        </w:rPr>
        <w:t xml:space="preserve">B) </w:t>
      </w:r>
      <w:r>
        <w:rPr>
          <w:b w:val="0"/>
          <w:i w:val="0"/>
          <w:u w:val="none"/>
        </w:rPr>
        <w:t>Yes, he is.</w:t>
      </w:r>
    </w:p>
    <w:p>
      <w:pPr>
        <w:spacing w:after="40"/>
        <w:ind w:left="340"/>
      </w:pPr>
      <w:r>
        <w:rPr>
          <w:b/>
          <w:i w:val="0"/>
          <w:color w:val="2E5E8C"/>
          <w:u w:val="none"/>
        </w:rPr>
        <w:t xml:space="preserve">C) </w:t>
      </w:r>
      <w:r>
        <w:rPr>
          <w:b w:val="0"/>
          <w:i w:val="0"/>
          <w:u w:val="none"/>
        </w:rPr>
        <w:t>No, he isn't.</w:t>
      </w:r>
    </w:p>
    <w:p>
      <w:pPr>
        <w:spacing w:after="40"/>
        <w:ind w:left="340"/>
      </w:pPr>
      <w:r>
        <w:rPr>
          <w:b/>
          <w:i w:val="0"/>
          <w:color w:val="2E5E8C"/>
          <w:u w:val="none"/>
        </w:rPr>
        <w:t xml:space="preserve">D) </w:t>
      </w:r>
      <w:r>
        <w:rPr>
          <w:b w:val="0"/>
          <w:i w:val="0"/>
          <w:u w:val="none"/>
        </w:rPr>
        <w:t>No, he doesn't.</w:t>
      </w:r>
    </w:p>
    <w:p>
      <w:pPr>
        <w:keepNext/>
        <w:spacing w:before="80"/>
      </w:pPr>
      <w:r>
        <w:rPr>
          <w:b/>
          <w:i w:val="0"/>
          <w:color w:val="2E5E8C"/>
          <w:u w:val="none"/>
        </w:rPr>
        <w:t xml:space="preserve">127) </w:t>
      </w:r>
      <w:r>
        <w:rPr>
          <w:b w:val="0"/>
          <w:i w:val="0"/>
          <w:u w:val="none"/>
        </w:rPr>
        <w:t>When does Mark usually eat lunch?</w:t>
      </w:r>
    </w:p>
    <w:p>
      <w:pPr>
        <w:spacing w:after="40"/>
        <w:ind w:left="340"/>
      </w:pPr>
      <w:r>
        <w:rPr>
          <w:b/>
          <w:i w:val="0"/>
          <w:color w:val="2E5E8C"/>
          <w:u w:val="none"/>
        </w:rPr>
        <w:t xml:space="preserve">A) </w:t>
      </w:r>
      <w:r>
        <w:rPr>
          <w:b w:val="0"/>
          <w:i w:val="0"/>
          <w:u w:val="none"/>
        </w:rPr>
        <w:t>At midnight</w:t>
      </w:r>
    </w:p>
    <w:p>
      <w:pPr>
        <w:spacing w:after="40"/>
        <w:ind w:left="340"/>
      </w:pPr>
      <w:r>
        <w:rPr>
          <w:b/>
          <w:i w:val="0"/>
          <w:color w:val="2E5E8C"/>
          <w:u w:val="none"/>
        </w:rPr>
        <w:t xml:space="preserve">B) </w:t>
      </w:r>
      <w:r>
        <w:rPr>
          <w:b w:val="0"/>
          <w:i w:val="0"/>
          <w:u w:val="none"/>
        </w:rPr>
        <w:t>At midday</w:t>
      </w:r>
    </w:p>
    <w:p>
      <w:pPr>
        <w:spacing w:after="40"/>
        <w:ind w:left="340"/>
      </w:pPr>
      <w:r>
        <w:rPr>
          <w:b/>
          <w:i w:val="0"/>
          <w:color w:val="2E5E8C"/>
          <w:u w:val="none"/>
        </w:rPr>
        <w:t xml:space="preserve">C) </w:t>
      </w:r>
      <w:r>
        <w:rPr>
          <w:b w:val="0"/>
          <w:i w:val="0"/>
          <w:u w:val="none"/>
        </w:rPr>
        <w:t>After breakfast</w:t>
      </w:r>
    </w:p>
    <w:p>
      <w:pPr>
        <w:spacing w:after="40"/>
        <w:ind w:left="340"/>
      </w:pPr>
      <w:r>
        <w:rPr>
          <w:b/>
          <w:i w:val="0"/>
          <w:color w:val="2E5E8C"/>
          <w:u w:val="none"/>
        </w:rPr>
        <w:t xml:space="preserve">D) </w:t>
      </w:r>
      <w:r>
        <w:rPr>
          <w:b w:val="0"/>
          <w:i w:val="0"/>
          <w:u w:val="none"/>
        </w:rPr>
        <w:t>At home</w:t>
      </w:r>
    </w:p>
    <w:p>
      <w:pPr>
        <w:keepNext/>
        <w:spacing w:before="80"/>
      </w:pPr>
      <w:r>
        <w:rPr>
          <w:b/>
          <w:i w:val="0"/>
          <w:color w:val="2E5E8C"/>
          <w:u w:val="none"/>
        </w:rPr>
        <w:t xml:space="preserve">128) </w:t>
      </w:r>
      <w:r>
        <w:rPr>
          <w:b w:val="0"/>
          <w:i w:val="0"/>
          <w:u w:val="none"/>
        </w:rPr>
        <w:t>Which one is true about Mark's routine?</w:t>
      </w:r>
    </w:p>
    <w:p>
      <w:pPr>
        <w:spacing w:after="40"/>
        <w:ind w:left="340"/>
      </w:pPr>
      <w:r>
        <w:rPr>
          <w:b/>
          <w:i w:val="0"/>
          <w:color w:val="2E5E8C"/>
          <w:u w:val="none"/>
        </w:rPr>
        <w:t xml:space="preserve">A) </w:t>
      </w:r>
      <w:r>
        <w:rPr>
          <w:b w:val="0"/>
          <w:i w:val="0"/>
          <w:u w:val="none"/>
        </w:rPr>
        <w:t>Mark doesn't like English.</w:t>
      </w:r>
    </w:p>
    <w:p>
      <w:pPr>
        <w:spacing w:after="40"/>
        <w:ind w:left="340"/>
      </w:pPr>
      <w:r>
        <w:rPr>
          <w:b/>
          <w:i w:val="0"/>
          <w:color w:val="2E5E8C"/>
          <w:u w:val="none"/>
        </w:rPr>
        <w:t xml:space="preserve">B) </w:t>
      </w:r>
      <w:r>
        <w:rPr>
          <w:b w:val="0"/>
          <w:i w:val="0"/>
          <w:u w:val="none"/>
        </w:rPr>
        <w:t>Mark eats dinner with his family.</w:t>
      </w:r>
    </w:p>
    <w:p>
      <w:pPr>
        <w:spacing w:after="40"/>
        <w:ind w:left="340"/>
      </w:pPr>
      <w:r>
        <w:rPr>
          <w:b/>
          <w:i w:val="0"/>
          <w:color w:val="2E5E8C"/>
          <w:u w:val="none"/>
        </w:rPr>
        <w:t xml:space="preserve">C) </w:t>
      </w:r>
      <w:r>
        <w:rPr>
          <w:b w:val="0"/>
          <w:i w:val="0"/>
          <w:u w:val="none"/>
        </w:rPr>
        <w:t>Mark isn't happy at school.</w:t>
      </w:r>
    </w:p>
    <w:p>
      <w:pPr>
        <w:spacing w:after="40"/>
        <w:ind w:left="340"/>
      </w:pPr>
      <w:r>
        <w:rPr>
          <w:b/>
          <w:i w:val="0"/>
          <w:color w:val="2E5E8C"/>
          <w:u w:val="none"/>
        </w:rPr>
        <w:t xml:space="preserve">D) </w:t>
      </w:r>
      <w:r>
        <w:rPr>
          <w:b w:val="0"/>
          <w:i w:val="0"/>
          <w:u w:val="none"/>
        </w:rPr>
        <w:t>Mark never helps at home.</w:t>
      </w:r>
    </w:p>
    <w:p>
      <w:pPr>
        <w:spacing w:after="0"/>
      </w:pPr>
      <w:r>
        <w:br w:type="page"/>
      </w:r>
    </w:p>
    <w:p>
      <w:pPr>
        <w:keepNext/>
        <w:spacing w:before="240" w:after="80"/>
        <w:pBdr>
          <w:bottom w:val="single" w:sz="10" w:color="2E5E8C" w:space="4"/>
        </w:pBdr>
      </w:pPr>
      <w:r>
        <w:rPr>
          <w:b/>
          <w:i w:val="0"/>
          <w:color w:val="2E5E8C"/>
          <w:sz w:val="26"/>
          <w:u w:val="none"/>
        </w:rPr>
        <w:t>CEVAP ANAHTARI (1 - 128)</w:t>
      </w:r>
    </w:p>
    <w:tbl>
      <w:tblPr>
        <w:tblStyle w:val="TableGrid"/>
        <w:tblW w:type="auto" w:w="0"/>
        <w:jc w:val="center"/>
        <w:tblLayout w:type="fixed"/>
        <w:tblLook w:firstColumn="1" w:firstRow="1" w:lastColumn="0" w:lastRow="0" w:noHBand="0" w:noVBand="1" w:val="04A0"/>
      </w:tblPr>
      <w:tblGrid>
        <w:gridCol w:w="1233"/>
        <w:gridCol w:w="1233"/>
        <w:gridCol w:w="1233"/>
        <w:gridCol w:w="1233"/>
        <w:gridCol w:w="1233"/>
        <w:gridCol w:w="1233"/>
        <w:gridCol w:w="1233"/>
        <w:gridCol w:w="1233"/>
      </w:tblGrid>
      <w:tr>
        <w:trPr>
          <w:cantSplit/>
        </w:trPr>
        <w:tc>
          <w:tcPr>
            <w:tcW w:type="dxa" w:w="1134"/>
            <w:shd w:val="clear" w:fill="E8EEF7"/>
          </w:tcPr>
          <w:p>
            <w:pPr>
              <w:keepNext/>
              <w:jc w:val="center"/>
            </w:pPr>
          </w:p>
        </w:tc>
        <w:tc>
          <w:tcPr>
            <w:tcW w:type="dxa" w:w="1134"/>
            <w:shd w:val="clear" w:fill="E8EEF7"/>
          </w:tcPr>
          <w:p>
            <w:pPr>
              <w:keepNext/>
              <w:jc w:val="center"/>
            </w:pPr>
          </w:p>
        </w:tc>
        <w:tc>
          <w:tcPr>
            <w:tcW w:type="dxa" w:w="1134"/>
            <w:shd w:val="clear" w:fill="E8EEF7"/>
          </w:tcPr>
          <w:p>
            <w:pPr>
              <w:keepNext/>
              <w:jc w:val="center"/>
            </w:pPr>
          </w:p>
        </w:tc>
        <w:tc>
          <w:tcPr>
            <w:tcW w:type="dxa" w:w="1134"/>
            <w:shd w:val="clear" w:fill="E8EEF7"/>
          </w:tcPr>
          <w:p>
            <w:pPr>
              <w:keepNext/>
              <w:jc w:val="center"/>
            </w:pPr>
          </w:p>
        </w:tc>
        <w:tc>
          <w:tcPr>
            <w:tcW w:type="dxa" w:w="1134"/>
            <w:shd w:val="clear" w:fill="E8EEF7"/>
          </w:tcPr>
          <w:p>
            <w:pPr>
              <w:keepNext/>
              <w:jc w:val="center"/>
            </w:pPr>
          </w:p>
        </w:tc>
        <w:tc>
          <w:tcPr>
            <w:tcW w:type="dxa" w:w="1134"/>
            <w:shd w:val="clear" w:fill="E8EEF7"/>
          </w:tcPr>
          <w:p>
            <w:pPr>
              <w:keepNext/>
              <w:jc w:val="center"/>
            </w:pPr>
          </w:p>
        </w:tc>
        <w:tc>
          <w:tcPr>
            <w:tcW w:type="dxa" w:w="1134"/>
            <w:shd w:val="clear" w:fill="E8EEF7"/>
          </w:tcPr>
          <w:p>
            <w:pPr>
              <w:keepNext/>
              <w:jc w:val="center"/>
            </w:pPr>
          </w:p>
        </w:tc>
        <w:tc>
          <w:tcPr>
            <w:tcW w:type="dxa" w:w="1134"/>
            <w:shd w:val="clear" w:fill="E8EEF7"/>
          </w:tcPr>
          <w:p>
            <w:pPr>
              <w:keepNext/>
              <w:jc w:val="center"/>
            </w:pPr>
          </w:p>
        </w:tc>
      </w:tr>
      <w:tr>
        <w:trPr>
          <w:cantSplit/>
        </w:trPr>
        <w:tc>
          <w:tcPr>
            <w:tcW w:type="dxa" w:w="1134"/>
          </w:tcPr>
          <w:p>
            <w:pPr>
              <w:keepNext/>
              <w:jc w:val="center"/>
            </w:pPr>
            <w:r>
              <w:rPr>
                <w:b w:val="0"/>
                <w:i w:val="0"/>
                <w:sz w:val="19"/>
                <w:u w:val="none"/>
              </w:rPr>
              <w:t>1) C</w:t>
            </w:r>
          </w:p>
        </w:tc>
        <w:tc>
          <w:tcPr>
            <w:tcW w:type="dxa" w:w="1134"/>
          </w:tcPr>
          <w:p>
            <w:pPr>
              <w:keepNext/>
            </w:pPr>
            <w:r>
              <w:rPr>
                <w:b w:val="0"/>
                <w:i w:val="0"/>
                <w:sz w:val="19"/>
                <w:u w:val="none"/>
              </w:rPr>
              <w:t>2) M</w:t>
            </w:r>
          </w:p>
        </w:tc>
        <w:tc>
          <w:tcPr>
            <w:tcW w:type="dxa" w:w="1134"/>
          </w:tcPr>
          <w:p>
            <w:pPr>
              <w:keepNext/>
            </w:pPr>
            <w:r>
              <w:rPr>
                <w:b w:val="0"/>
                <w:i w:val="0"/>
                <w:sz w:val="19"/>
                <w:u w:val="none"/>
              </w:rPr>
              <w:t>3) T</w:t>
            </w:r>
          </w:p>
        </w:tc>
        <w:tc>
          <w:tcPr>
            <w:tcW w:type="dxa" w:w="1134"/>
          </w:tcPr>
          <w:p>
            <w:pPr>
              <w:keepNext/>
            </w:pPr>
            <w:r>
              <w:rPr>
                <w:b w:val="0"/>
                <w:i w:val="0"/>
                <w:sz w:val="19"/>
                <w:u w:val="none"/>
              </w:rPr>
              <w:t>4) I</w:t>
            </w:r>
          </w:p>
        </w:tc>
        <w:tc>
          <w:tcPr>
            <w:tcW w:type="dxa" w:w="1134"/>
          </w:tcPr>
          <w:p>
            <w:pPr>
              <w:keepNext/>
            </w:pPr>
            <w:r>
              <w:rPr>
                <w:b w:val="0"/>
                <w:i w:val="0"/>
                <w:sz w:val="19"/>
                <w:u w:val="none"/>
              </w:rPr>
              <w:t>5) G</w:t>
            </w:r>
          </w:p>
        </w:tc>
        <w:tc>
          <w:tcPr>
            <w:tcW w:type="dxa" w:w="1134"/>
          </w:tcPr>
          <w:p>
            <w:pPr>
              <w:keepNext/>
            </w:pPr>
            <w:r>
              <w:rPr>
                <w:b w:val="0"/>
                <w:i w:val="0"/>
                <w:sz w:val="19"/>
                <w:u w:val="none"/>
              </w:rPr>
              <w:t>6) E</w:t>
            </w:r>
          </w:p>
        </w:tc>
        <w:tc>
          <w:tcPr>
            <w:tcW w:type="dxa" w:w="1134"/>
          </w:tcPr>
          <w:p>
            <w:pPr>
              <w:keepNext/>
            </w:pPr>
            <w:r>
              <w:rPr>
                <w:b w:val="0"/>
                <w:i w:val="0"/>
                <w:sz w:val="19"/>
                <w:u w:val="none"/>
              </w:rPr>
              <w:t>7) D</w:t>
            </w:r>
          </w:p>
        </w:tc>
        <w:tc>
          <w:tcPr>
            <w:tcW w:type="dxa" w:w="1134"/>
          </w:tcPr>
          <w:p>
            <w:pPr>
              <w:keepNext/>
            </w:pPr>
            <w:r>
              <w:rPr>
                <w:b w:val="0"/>
                <w:i w:val="0"/>
                <w:sz w:val="19"/>
                <w:u w:val="none"/>
              </w:rPr>
              <w:t>8) P</w:t>
            </w:r>
          </w:p>
        </w:tc>
      </w:tr>
      <w:tr>
        <w:trPr>
          <w:cantSplit/>
        </w:trPr>
        <w:tc>
          <w:tcPr>
            <w:tcW w:type="dxa" w:w="1134"/>
          </w:tcPr>
          <w:p>
            <w:pPr>
              <w:keepNext/>
              <w:jc w:val="center"/>
            </w:pPr>
            <w:r>
              <w:rPr>
                <w:b w:val="0"/>
                <w:i w:val="0"/>
                <w:sz w:val="19"/>
                <w:u w:val="none"/>
              </w:rPr>
              <w:t>9) N</w:t>
            </w:r>
          </w:p>
        </w:tc>
        <w:tc>
          <w:tcPr>
            <w:tcW w:type="dxa" w:w="1134"/>
          </w:tcPr>
          <w:p>
            <w:pPr>
              <w:keepNext/>
            </w:pPr>
            <w:r>
              <w:rPr>
                <w:b w:val="0"/>
                <w:i w:val="0"/>
                <w:sz w:val="19"/>
                <w:u w:val="none"/>
              </w:rPr>
              <w:t>10) K</w:t>
            </w:r>
          </w:p>
        </w:tc>
        <w:tc>
          <w:tcPr>
            <w:tcW w:type="dxa" w:w="1134"/>
          </w:tcPr>
          <w:p>
            <w:pPr>
              <w:keepNext/>
            </w:pPr>
            <w:r>
              <w:rPr>
                <w:b w:val="0"/>
                <w:i w:val="0"/>
                <w:sz w:val="19"/>
                <w:u w:val="none"/>
              </w:rPr>
              <w:t>11) H</w:t>
            </w:r>
          </w:p>
        </w:tc>
        <w:tc>
          <w:tcPr>
            <w:tcW w:type="dxa" w:w="1134"/>
          </w:tcPr>
          <w:p>
            <w:pPr>
              <w:keepNext/>
            </w:pPr>
            <w:r>
              <w:rPr>
                <w:b w:val="0"/>
                <w:i w:val="0"/>
                <w:sz w:val="19"/>
                <w:u w:val="none"/>
              </w:rPr>
              <w:t>12) B</w:t>
            </w:r>
          </w:p>
        </w:tc>
        <w:tc>
          <w:tcPr>
            <w:tcW w:type="dxa" w:w="1134"/>
          </w:tcPr>
          <w:p>
            <w:pPr>
              <w:keepNext/>
            </w:pPr>
            <w:r>
              <w:rPr>
                <w:b w:val="0"/>
                <w:i w:val="0"/>
                <w:sz w:val="19"/>
                <w:u w:val="none"/>
              </w:rPr>
              <w:t>13) J</w:t>
            </w:r>
          </w:p>
        </w:tc>
        <w:tc>
          <w:tcPr>
            <w:tcW w:type="dxa" w:w="1134"/>
          </w:tcPr>
          <w:p>
            <w:pPr>
              <w:keepNext/>
            </w:pPr>
            <w:r>
              <w:rPr>
                <w:b w:val="0"/>
                <w:i w:val="0"/>
                <w:sz w:val="19"/>
                <w:u w:val="none"/>
              </w:rPr>
              <w:t>14) A</w:t>
            </w:r>
          </w:p>
        </w:tc>
        <w:tc>
          <w:tcPr>
            <w:tcW w:type="dxa" w:w="1134"/>
          </w:tcPr>
          <w:p>
            <w:pPr>
              <w:keepNext/>
            </w:pPr>
            <w:r>
              <w:rPr>
                <w:b w:val="0"/>
                <w:i w:val="0"/>
                <w:sz w:val="19"/>
                <w:u w:val="none"/>
              </w:rPr>
              <w:t>15) O</w:t>
            </w:r>
          </w:p>
        </w:tc>
        <w:tc>
          <w:tcPr>
            <w:tcW w:type="dxa" w:w="1134"/>
          </w:tcPr>
          <w:p>
            <w:pPr>
              <w:keepNext/>
            </w:pPr>
            <w:r>
              <w:rPr>
                <w:b w:val="0"/>
                <w:i w:val="0"/>
                <w:sz w:val="19"/>
                <w:u w:val="none"/>
              </w:rPr>
              <w:t>16) L</w:t>
            </w:r>
          </w:p>
        </w:tc>
      </w:tr>
      <w:tr>
        <w:trPr>
          <w:cantSplit/>
        </w:trPr>
        <w:tc>
          <w:tcPr>
            <w:tcW w:type="dxa" w:w="1134"/>
          </w:tcPr>
          <w:p>
            <w:pPr>
              <w:keepNext/>
              <w:jc w:val="center"/>
            </w:pPr>
            <w:r>
              <w:rPr>
                <w:b w:val="0"/>
                <w:i w:val="0"/>
                <w:sz w:val="19"/>
                <w:u w:val="none"/>
              </w:rPr>
              <w:t>17) Q</w:t>
            </w:r>
          </w:p>
        </w:tc>
        <w:tc>
          <w:tcPr>
            <w:tcW w:type="dxa" w:w="1134"/>
          </w:tcPr>
          <w:p>
            <w:pPr>
              <w:keepNext/>
            </w:pPr>
            <w:r>
              <w:rPr>
                <w:b w:val="0"/>
                <w:i w:val="0"/>
                <w:sz w:val="19"/>
                <w:u w:val="none"/>
              </w:rPr>
              <w:t>18) R</w:t>
            </w:r>
          </w:p>
        </w:tc>
        <w:tc>
          <w:tcPr>
            <w:tcW w:type="dxa" w:w="1134"/>
          </w:tcPr>
          <w:p>
            <w:pPr>
              <w:keepNext/>
            </w:pPr>
            <w:r>
              <w:rPr>
                <w:b w:val="0"/>
                <w:i w:val="0"/>
                <w:sz w:val="19"/>
                <w:u w:val="none"/>
              </w:rPr>
              <w:t>19) F</w:t>
            </w:r>
          </w:p>
        </w:tc>
        <w:tc>
          <w:tcPr>
            <w:tcW w:type="dxa" w:w="1134"/>
          </w:tcPr>
          <w:p>
            <w:pPr>
              <w:keepNext/>
            </w:pPr>
            <w:r>
              <w:rPr>
                <w:b w:val="0"/>
                <w:i w:val="0"/>
                <w:sz w:val="19"/>
                <w:u w:val="none"/>
              </w:rPr>
              <w:t>20) S</w:t>
            </w:r>
          </w:p>
        </w:tc>
        <w:tc>
          <w:tcPr>
            <w:tcW w:type="dxa" w:w="1134"/>
          </w:tcPr>
          <w:p>
            <w:pPr>
              <w:keepNext/>
            </w:pPr>
            <w:r>
              <w:rPr>
                <w:b w:val="0"/>
                <w:i w:val="0"/>
                <w:sz w:val="19"/>
                <w:u w:val="none"/>
              </w:rPr>
              <w:t>21) N</w:t>
            </w:r>
          </w:p>
        </w:tc>
        <w:tc>
          <w:tcPr>
            <w:tcW w:type="dxa" w:w="1134"/>
          </w:tcPr>
          <w:p>
            <w:pPr>
              <w:keepNext/>
            </w:pPr>
            <w:r>
              <w:rPr>
                <w:b w:val="0"/>
                <w:i w:val="0"/>
                <w:sz w:val="19"/>
                <w:u w:val="none"/>
              </w:rPr>
              <w:t>22) G</w:t>
            </w:r>
          </w:p>
        </w:tc>
        <w:tc>
          <w:tcPr>
            <w:tcW w:type="dxa" w:w="1134"/>
          </w:tcPr>
          <w:p>
            <w:pPr>
              <w:keepNext/>
            </w:pPr>
            <w:r>
              <w:rPr>
                <w:b w:val="0"/>
                <w:i w:val="0"/>
                <w:sz w:val="19"/>
                <w:u w:val="none"/>
              </w:rPr>
              <w:t>23) B</w:t>
            </w:r>
          </w:p>
        </w:tc>
        <w:tc>
          <w:tcPr>
            <w:tcW w:type="dxa" w:w="1134"/>
          </w:tcPr>
          <w:p>
            <w:pPr>
              <w:keepNext/>
            </w:pPr>
            <w:r>
              <w:rPr>
                <w:b w:val="0"/>
                <w:i w:val="0"/>
                <w:sz w:val="19"/>
                <w:u w:val="none"/>
              </w:rPr>
              <w:t>24) T</w:t>
            </w:r>
          </w:p>
        </w:tc>
      </w:tr>
      <w:tr>
        <w:trPr>
          <w:cantSplit/>
        </w:trPr>
        <w:tc>
          <w:tcPr>
            <w:tcW w:type="dxa" w:w="1134"/>
          </w:tcPr>
          <w:p>
            <w:pPr>
              <w:keepNext/>
              <w:jc w:val="center"/>
            </w:pPr>
            <w:r>
              <w:rPr>
                <w:b w:val="0"/>
                <w:i w:val="0"/>
                <w:sz w:val="19"/>
                <w:u w:val="none"/>
              </w:rPr>
              <w:t>25) M</w:t>
            </w:r>
          </w:p>
        </w:tc>
        <w:tc>
          <w:tcPr>
            <w:tcW w:type="dxa" w:w="1134"/>
          </w:tcPr>
          <w:p>
            <w:pPr>
              <w:keepNext/>
            </w:pPr>
            <w:r>
              <w:rPr>
                <w:b w:val="0"/>
                <w:i w:val="0"/>
                <w:sz w:val="19"/>
                <w:u w:val="none"/>
              </w:rPr>
              <w:t>26) P</w:t>
            </w:r>
          </w:p>
        </w:tc>
        <w:tc>
          <w:tcPr>
            <w:tcW w:type="dxa" w:w="1134"/>
          </w:tcPr>
          <w:p>
            <w:pPr>
              <w:keepNext/>
            </w:pPr>
            <w:r>
              <w:rPr>
                <w:b w:val="0"/>
                <w:i w:val="0"/>
                <w:sz w:val="19"/>
                <w:u w:val="none"/>
              </w:rPr>
              <w:t>27) A</w:t>
            </w:r>
          </w:p>
        </w:tc>
        <w:tc>
          <w:tcPr>
            <w:tcW w:type="dxa" w:w="1134"/>
          </w:tcPr>
          <w:p>
            <w:pPr>
              <w:keepNext/>
            </w:pPr>
            <w:r>
              <w:rPr>
                <w:b w:val="0"/>
                <w:i w:val="0"/>
                <w:sz w:val="19"/>
                <w:u w:val="none"/>
              </w:rPr>
              <w:t>28) E</w:t>
            </w:r>
          </w:p>
        </w:tc>
        <w:tc>
          <w:tcPr>
            <w:tcW w:type="dxa" w:w="1134"/>
          </w:tcPr>
          <w:p>
            <w:pPr>
              <w:keepNext/>
            </w:pPr>
            <w:r>
              <w:rPr>
                <w:b w:val="0"/>
                <w:i w:val="0"/>
                <w:sz w:val="19"/>
                <w:u w:val="none"/>
              </w:rPr>
              <w:t>29) H</w:t>
            </w:r>
          </w:p>
        </w:tc>
        <w:tc>
          <w:tcPr>
            <w:tcW w:type="dxa" w:w="1134"/>
          </w:tcPr>
          <w:p>
            <w:pPr>
              <w:keepNext/>
            </w:pPr>
            <w:r>
              <w:rPr>
                <w:b w:val="0"/>
                <w:i w:val="0"/>
                <w:sz w:val="19"/>
                <w:u w:val="none"/>
              </w:rPr>
              <w:t>30) O</w:t>
            </w:r>
          </w:p>
        </w:tc>
        <w:tc>
          <w:tcPr>
            <w:tcW w:type="dxa" w:w="1134"/>
          </w:tcPr>
          <w:p>
            <w:pPr>
              <w:keepNext/>
            </w:pPr>
            <w:r>
              <w:rPr>
                <w:b w:val="0"/>
                <w:i w:val="0"/>
                <w:sz w:val="19"/>
                <w:u w:val="none"/>
              </w:rPr>
              <w:t>31) F</w:t>
            </w:r>
          </w:p>
        </w:tc>
        <w:tc>
          <w:tcPr>
            <w:tcW w:type="dxa" w:w="1134"/>
          </w:tcPr>
          <w:p>
            <w:pPr>
              <w:keepNext/>
            </w:pPr>
            <w:r>
              <w:rPr>
                <w:b w:val="0"/>
                <w:i w:val="0"/>
                <w:sz w:val="19"/>
                <w:u w:val="none"/>
              </w:rPr>
              <w:t>32) Q</w:t>
            </w:r>
          </w:p>
        </w:tc>
      </w:tr>
      <w:tr>
        <w:trPr>
          <w:cantSplit/>
        </w:trPr>
        <w:tc>
          <w:tcPr>
            <w:tcW w:type="dxa" w:w="1134"/>
          </w:tcPr>
          <w:p>
            <w:pPr>
              <w:keepNext/>
              <w:jc w:val="center"/>
            </w:pPr>
            <w:r>
              <w:rPr>
                <w:b w:val="0"/>
                <w:i w:val="0"/>
                <w:sz w:val="19"/>
                <w:u w:val="none"/>
              </w:rPr>
              <w:t>33) L</w:t>
            </w:r>
          </w:p>
        </w:tc>
        <w:tc>
          <w:tcPr>
            <w:tcW w:type="dxa" w:w="1134"/>
          </w:tcPr>
          <w:p>
            <w:pPr>
              <w:keepNext/>
            </w:pPr>
            <w:r>
              <w:rPr>
                <w:b w:val="0"/>
                <w:i w:val="0"/>
                <w:sz w:val="19"/>
                <w:u w:val="none"/>
              </w:rPr>
              <w:t>34) R</w:t>
            </w:r>
          </w:p>
        </w:tc>
        <w:tc>
          <w:tcPr>
            <w:tcW w:type="dxa" w:w="1134"/>
          </w:tcPr>
          <w:p>
            <w:pPr>
              <w:keepNext/>
            </w:pPr>
            <w:r>
              <w:rPr>
                <w:b w:val="0"/>
                <w:i w:val="0"/>
                <w:sz w:val="19"/>
                <w:u w:val="none"/>
              </w:rPr>
              <w:t>35) J</w:t>
            </w:r>
          </w:p>
        </w:tc>
        <w:tc>
          <w:tcPr>
            <w:tcW w:type="dxa" w:w="1134"/>
          </w:tcPr>
          <w:p>
            <w:pPr>
              <w:keepNext/>
            </w:pPr>
            <w:r>
              <w:rPr>
                <w:b w:val="0"/>
                <w:i w:val="0"/>
                <w:sz w:val="19"/>
                <w:u w:val="none"/>
              </w:rPr>
              <w:t>36) S</w:t>
            </w:r>
          </w:p>
        </w:tc>
        <w:tc>
          <w:tcPr>
            <w:tcW w:type="dxa" w:w="1134"/>
          </w:tcPr>
          <w:p>
            <w:pPr>
              <w:keepNext/>
            </w:pPr>
            <w:r>
              <w:rPr>
                <w:b w:val="0"/>
                <w:i w:val="0"/>
                <w:sz w:val="19"/>
                <w:u w:val="none"/>
              </w:rPr>
              <w:t>37) D</w:t>
            </w:r>
          </w:p>
        </w:tc>
        <w:tc>
          <w:tcPr>
            <w:tcW w:type="dxa" w:w="1134"/>
          </w:tcPr>
          <w:p>
            <w:pPr>
              <w:keepNext/>
            </w:pPr>
            <w:r>
              <w:rPr>
                <w:b w:val="0"/>
                <w:i w:val="0"/>
                <w:sz w:val="19"/>
                <w:u w:val="none"/>
              </w:rPr>
              <w:t>38) I</w:t>
            </w:r>
          </w:p>
        </w:tc>
        <w:tc>
          <w:tcPr>
            <w:tcW w:type="dxa" w:w="1134"/>
          </w:tcPr>
          <w:p>
            <w:pPr>
              <w:keepNext/>
            </w:pPr>
            <w:r>
              <w:rPr>
                <w:b w:val="0"/>
                <w:i w:val="0"/>
                <w:sz w:val="19"/>
                <w:u w:val="none"/>
              </w:rPr>
              <w:t>39) C</w:t>
            </w:r>
          </w:p>
        </w:tc>
        <w:tc>
          <w:tcPr>
            <w:tcW w:type="dxa" w:w="1134"/>
          </w:tcPr>
          <w:p>
            <w:pPr>
              <w:keepNext/>
            </w:pPr>
            <w:r>
              <w:rPr>
                <w:b w:val="0"/>
                <w:i w:val="0"/>
                <w:sz w:val="19"/>
                <w:u w:val="none"/>
              </w:rPr>
              <w:t>40) K</w:t>
            </w:r>
          </w:p>
        </w:tc>
      </w:tr>
      <w:tr>
        <w:trPr>
          <w:cantSplit/>
        </w:trPr>
        <w:tc>
          <w:tcPr>
            <w:tcW w:type="dxa" w:w="1134"/>
          </w:tcPr>
          <w:p>
            <w:pPr>
              <w:keepNext/>
              <w:jc w:val="center"/>
            </w:pPr>
            <w:r>
              <w:rPr>
                <w:b w:val="0"/>
                <w:i w:val="0"/>
                <w:sz w:val="19"/>
                <w:u w:val="none"/>
              </w:rPr>
              <w:t>41) J</w:t>
            </w:r>
          </w:p>
        </w:tc>
        <w:tc>
          <w:tcPr>
            <w:tcW w:type="dxa" w:w="1134"/>
          </w:tcPr>
          <w:p>
            <w:pPr>
              <w:keepNext/>
            </w:pPr>
            <w:r>
              <w:rPr>
                <w:b w:val="0"/>
                <w:i w:val="0"/>
                <w:sz w:val="19"/>
                <w:u w:val="none"/>
              </w:rPr>
              <w:t>42) O</w:t>
            </w:r>
          </w:p>
        </w:tc>
        <w:tc>
          <w:tcPr>
            <w:tcW w:type="dxa" w:w="1134"/>
          </w:tcPr>
          <w:p>
            <w:pPr>
              <w:keepNext/>
            </w:pPr>
            <w:r>
              <w:rPr>
                <w:b w:val="0"/>
                <w:i w:val="0"/>
                <w:sz w:val="19"/>
                <w:u w:val="none"/>
              </w:rPr>
              <w:t>43) E</w:t>
            </w:r>
          </w:p>
        </w:tc>
        <w:tc>
          <w:tcPr>
            <w:tcW w:type="dxa" w:w="1134"/>
          </w:tcPr>
          <w:p>
            <w:pPr>
              <w:keepNext/>
            </w:pPr>
            <w:r>
              <w:rPr>
                <w:b w:val="0"/>
                <w:i w:val="0"/>
                <w:sz w:val="19"/>
                <w:u w:val="none"/>
              </w:rPr>
              <w:t>44) C</w:t>
            </w:r>
          </w:p>
        </w:tc>
        <w:tc>
          <w:tcPr>
            <w:tcW w:type="dxa" w:w="1134"/>
          </w:tcPr>
          <w:p>
            <w:pPr>
              <w:keepNext/>
            </w:pPr>
            <w:r>
              <w:rPr>
                <w:b w:val="0"/>
                <w:i w:val="0"/>
                <w:sz w:val="19"/>
                <w:u w:val="none"/>
              </w:rPr>
              <w:t>45) G</w:t>
            </w:r>
          </w:p>
        </w:tc>
        <w:tc>
          <w:tcPr>
            <w:tcW w:type="dxa" w:w="1134"/>
          </w:tcPr>
          <w:p>
            <w:pPr>
              <w:keepNext/>
            </w:pPr>
            <w:r>
              <w:rPr>
                <w:b w:val="0"/>
                <w:i w:val="0"/>
                <w:sz w:val="19"/>
                <w:u w:val="none"/>
              </w:rPr>
              <w:t>46) H</w:t>
            </w:r>
          </w:p>
        </w:tc>
        <w:tc>
          <w:tcPr>
            <w:tcW w:type="dxa" w:w="1134"/>
          </w:tcPr>
          <w:p>
            <w:pPr>
              <w:keepNext/>
            </w:pPr>
            <w:r>
              <w:rPr>
                <w:b w:val="0"/>
                <w:i w:val="0"/>
                <w:sz w:val="19"/>
                <w:u w:val="none"/>
              </w:rPr>
              <w:t>47) A</w:t>
            </w:r>
          </w:p>
        </w:tc>
        <w:tc>
          <w:tcPr>
            <w:tcW w:type="dxa" w:w="1134"/>
          </w:tcPr>
          <w:p>
            <w:pPr>
              <w:keepNext/>
            </w:pPr>
            <w:r>
              <w:rPr>
                <w:b w:val="0"/>
                <w:i w:val="0"/>
                <w:sz w:val="19"/>
                <w:u w:val="none"/>
              </w:rPr>
              <w:t>48) B</w:t>
            </w:r>
          </w:p>
        </w:tc>
      </w:tr>
      <w:tr>
        <w:trPr>
          <w:cantSplit/>
        </w:trPr>
        <w:tc>
          <w:tcPr>
            <w:tcW w:type="dxa" w:w="1134"/>
          </w:tcPr>
          <w:p>
            <w:pPr>
              <w:keepNext/>
              <w:jc w:val="center"/>
            </w:pPr>
            <w:r>
              <w:rPr>
                <w:b w:val="0"/>
                <w:i w:val="0"/>
                <w:sz w:val="19"/>
                <w:u w:val="none"/>
              </w:rPr>
              <w:t>49) N</w:t>
            </w:r>
          </w:p>
        </w:tc>
        <w:tc>
          <w:tcPr>
            <w:tcW w:type="dxa" w:w="1134"/>
          </w:tcPr>
          <w:p>
            <w:pPr>
              <w:keepNext/>
            </w:pPr>
            <w:r>
              <w:rPr>
                <w:b w:val="0"/>
                <w:i w:val="0"/>
                <w:sz w:val="19"/>
                <w:u w:val="none"/>
              </w:rPr>
              <w:t>50) F</w:t>
            </w:r>
          </w:p>
        </w:tc>
        <w:tc>
          <w:tcPr>
            <w:tcW w:type="dxa" w:w="1134"/>
          </w:tcPr>
          <w:p>
            <w:pPr>
              <w:keepNext/>
            </w:pPr>
            <w:r>
              <w:rPr>
                <w:b w:val="0"/>
                <w:i w:val="0"/>
                <w:sz w:val="19"/>
                <w:u w:val="none"/>
              </w:rPr>
              <w:t>51) S</w:t>
            </w:r>
          </w:p>
        </w:tc>
        <w:tc>
          <w:tcPr>
            <w:tcW w:type="dxa" w:w="1134"/>
          </w:tcPr>
          <w:p>
            <w:pPr>
              <w:keepNext/>
            </w:pPr>
            <w:r>
              <w:rPr>
                <w:b w:val="0"/>
                <w:i w:val="0"/>
                <w:sz w:val="19"/>
                <w:u w:val="none"/>
              </w:rPr>
              <w:t>52) Q</w:t>
            </w:r>
          </w:p>
        </w:tc>
        <w:tc>
          <w:tcPr>
            <w:tcW w:type="dxa" w:w="1134"/>
          </w:tcPr>
          <w:p>
            <w:pPr>
              <w:keepNext/>
            </w:pPr>
            <w:r>
              <w:rPr>
                <w:b w:val="0"/>
                <w:i w:val="0"/>
                <w:sz w:val="19"/>
                <w:u w:val="none"/>
              </w:rPr>
              <w:t>53) M</w:t>
            </w:r>
          </w:p>
        </w:tc>
        <w:tc>
          <w:tcPr>
            <w:tcW w:type="dxa" w:w="1134"/>
          </w:tcPr>
          <w:p>
            <w:pPr>
              <w:keepNext/>
            </w:pPr>
            <w:r>
              <w:rPr>
                <w:b w:val="0"/>
                <w:i w:val="0"/>
                <w:sz w:val="19"/>
                <w:u w:val="none"/>
              </w:rPr>
              <w:t>54) D</w:t>
            </w:r>
          </w:p>
        </w:tc>
        <w:tc>
          <w:tcPr>
            <w:tcW w:type="dxa" w:w="1134"/>
          </w:tcPr>
          <w:p>
            <w:pPr>
              <w:keepNext/>
            </w:pPr>
            <w:r>
              <w:rPr>
                <w:b w:val="0"/>
                <w:i w:val="0"/>
                <w:sz w:val="19"/>
                <w:u w:val="none"/>
              </w:rPr>
              <w:t>55) K</w:t>
            </w:r>
          </w:p>
        </w:tc>
        <w:tc>
          <w:tcPr>
            <w:tcW w:type="dxa" w:w="1134"/>
          </w:tcPr>
          <w:p>
            <w:pPr>
              <w:keepNext/>
            </w:pPr>
            <w:r>
              <w:rPr>
                <w:b w:val="0"/>
                <w:i w:val="0"/>
                <w:sz w:val="19"/>
                <w:u w:val="none"/>
              </w:rPr>
              <w:t>56) P</w:t>
            </w:r>
          </w:p>
        </w:tc>
      </w:tr>
      <w:tr>
        <w:trPr>
          <w:cantSplit/>
        </w:trPr>
        <w:tc>
          <w:tcPr>
            <w:tcW w:type="dxa" w:w="1134"/>
          </w:tcPr>
          <w:p>
            <w:pPr>
              <w:keepNext/>
              <w:jc w:val="center"/>
            </w:pPr>
            <w:r>
              <w:rPr>
                <w:b w:val="0"/>
                <w:i w:val="0"/>
                <w:sz w:val="19"/>
                <w:u w:val="none"/>
              </w:rPr>
              <w:t>57) L</w:t>
            </w:r>
          </w:p>
        </w:tc>
        <w:tc>
          <w:tcPr>
            <w:tcW w:type="dxa" w:w="1134"/>
          </w:tcPr>
          <w:p>
            <w:pPr>
              <w:keepNext/>
            </w:pPr>
            <w:r>
              <w:rPr>
                <w:b w:val="0"/>
                <w:i w:val="0"/>
                <w:sz w:val="19"/>
                <w:u w:val="none"/>
              </w:rPr>
              <w:t>58) R</w:t>
            </w:r>
          </w:p>
        </w:tc>
        <w:tc>
          <w:tcPr>
            <w:tcW w:type="dxa" w:w="1134"/>
          </w:tcPr>
          <w:p>
            <w:pPr>
              <w:keepNext/>
            </w:pPr>
            <w:r>
              <w:rPr>
                <w:b w:val="0"/>
                <w:i w:val="0"/>
                <w:sz w:val="19"/>
                <w:u w:val="none"/>
              </w:rPr>
              <w:t>59) I</w:t>
            </w:r>
          </w:p>
        </w:tc>
        <w:tc>
          <w:tcPr>
            <w:tcW w:type="dxa" w:w="1134"/>
          </w:tcPr>
          <w:p>
            <w:pPr>
              <w:keepNext/>
            </w:pPr>
            <w:r>
              <w:rPr>
                <w:b w:val="0"/>
                <w:i w:val="0"/>
                <w:sz w:val="19"/>
                <w:u w:val="none"/>
              </w:rPr>
              <w:t>60) T</w:t>
            </w:r>
          </w:p>
        </w:tc>
        <w:tc>
          <w:tcPr>
            <w:tcW w:type="dxa" w:w="1134"/>
          </w:tcPr>
          <w:p>
            <w:pPr>
              <w:keepNext/>
            </w:pPr>
            <w:r>
              <w:rPr>
                <w:b w:val="0"/>
                <w:i w:val="0"/>
                <w:sz w:val="19"/>
                <w:u w:val="none"/>
              </w:rPr>
              <w:t>61) B</w:t>
            </w:r>
          </w:p>
        </w:tc>
        <w:tc>
          <w:tcPr>
            <w:tcW w:type="dxa" w:w="1134"/>
          </w:tcPr>
          <w:p>
            <w:pPr>
              <w:keepNext/>
            </w:pPr>
            <w:r>
              <w:rPr>
                <w:b w:val="0"/>
                <w:i w:val="0"/>
                <w:sz w:val="19"/>
                <w:u w:val="none"/>
              </w:rPr>
              <w:t>62) D</w:t>
            </w:r>
          </w:p>
        </w:tc>
        <w:tc>
          <w:tcPr>
            <w:tcW w:type="dxa" w:w="1134"/>
          </w:tcPr>
          <w:p>
            <w:pPr>
              <w:keepNext/>
            </w:pPr>
            <w:r>
              <w:rPr>
                <w:b w:val="0"/>
                <w:i w:val="0"/>
                <w:sz w:val="19"/>
                <w:u w:val="none"/>
              </w:rPr>
              <w:t>63) A</w:t>
            </w:r>
          </w:p>
        </w:tc>
        <w:tc>
          <w:tcPr>
            <w:tcW w:type="dxa" w:w="1134"/>
          </w:tcPr>
          <w:p>
            <w:pPr>
              <w:keepNext/>
            </w:pPr>
            <w:r>
              <w:rPr>
                <w:b w:val="0"/>
                <w:i w:val="0"/>
                <w:sz w:val="19"/>
                <w:u w:val="none"/>
              </w:rPr>
              <w:t>64) B</w:t>
            </w:r>
          </w:p>
        </w:tc>
      </w:tr>
      <w:tr>
        <w:trPr>
          <w:cantSplit/>
        </w:trPr>
        <w:tc>
          <w:tcPr>
            <w:tcW w:type="dxa" w:w="1134"/>
          </w:tcPr>
          <w:p>
            <w:pPr>
              <w:keepNext/>
              <w:jc w:val="center"/>
            </w:pPr>
            <w:r>
              <w:rPr>
                <w:b w:val="0"/>
                <w:i w:val="0"/>
                <w:sz w:val="19"/>
                <w:u w:val="none"/>
              </w:rPr>
              <w:t>65) A</w:t>
            </w:r>
          </w:p>
        </w:tc>
        <w:tc>
          <w:tcPr>
            <w:tcW w:type="dxa" w:w="1134"/>
          </w:tcPr>
          <w:p>
            <w:pPr>
              <w:keepNext/>
            </w:pPr>
            <w:r>
              <w:rPr>
                <w:b w:val="0"/>
                <w:i w:val="0"/>
                <w:sz w:val="19"/>
                <w:u w:val="none"/>
              </w:rPr>
              <w:t>66) B</w:t>
            </w:r>
          </w:p>
        </w:tc>
        <w:tc>
          <w:tcPr>
            <w:tcW w:type="dxa" w:w="1134"/>
          </w:tcPr>
          <w:p>
            <w:pPr>
              <w:keepNext/>
            </w:pPr>
            <w:r>
              <w:rPr>
                <w:b w:val="0"/>
                <w:i w:val="0"/>
                <w:sz w:val="19"/>
                <w:u w:val="none"/>
              </w:rPr>
              <w:t>67) B</w:t>
            </w:r>
          </w:p>
        </w:tc>
        <w:tc>
          <w:tcPr>
            <w:tcW w:type="dxa" w:w="1134"/>
          </w:tcPr>
          <w:p>
            <w:pPr>
              <w:keepNext/>
            </w:pPr>
            <w:r>
              <w:rPr>
                <w:b w:val="0"/>
                <w:i w:val="0"/>
                <w:sz w:val="19"/>
                <w:u w:val="none"/>
              </w:rPr>
              <w:t>68) C</w:t>
            </w:r>
          </w:p>
        </w:tc>
        <w:tc>
          <w:tcPr>
            <w:tcW w:type="dxa" w:w="1134"/>
          </w:tcPr>
          <w:p>
            <w:pPr>
              <w:keepNext/>
            </w:pPr>
            <w:r>
              <w:rPr>
                <w:b w:val="0"/>
                <w:i w:val="0"/>
                <w:sz w:val="19"/>
                <w:u w:val="none"/>
              </w:rPr>
              <w:t>69) A</w:t>
            </w:r>
          </w:p>
        </w:tc>
        <w:tc>
          <w:tcPr>
            <w:tcW w:type="dxa" w:w="1134"/>
          </w:tcPr>
          <w:p>
            <w:pPr>
              <w:keepNext/>
            </w:pPr>
            <w:r>
              <w:rPr>
                <w:b w:val="0"/>
                <w:i w:val="0"/>
                <w:sz w:val="19"/>
                <w:u w:val="none"/>
              </w:rPr>
              <w:t>70) B</w:t>
            </w:r>
          </w:p>
        </w:tc>
        <w:tc>
          <w:tcPr>
            <w:tcW w:type="dxa" w:w="1134"/>
          </w:tcPr>
          <w:p>
            <w:pPr>
              <w:keepNext/>
            </w:pPr>
            <w:r>
              <w:rPr>
                <w:b w:val="0"/>
                <w:i w:val="0"/>
                <w:sz w:val="19"/>
                <w:u w:val="none"/>
              </w:rPr>
              <w:t>71) A</w:t>
            </w:r>
          </w:p>
        </w:tc>
        <w:tc>
          <w:tcPr>
            <w:tcW w:type="dxa" w:w="1134"/>
          </w:tcPr>
          <w:p>
            <w:pPr>
              <w:keepNext/>
            </w:pPr>
            <w:r>
              <w:rPr>
                <w:b w:val="0"/>
                <w:i w:val="0"/>
                <w:sz w:val="19"/>
                <w:u w:val="none"/>
              </w:rPr>
              <w:t>72) C</w:t>
            </w:r>
          </w:p>
        </w:tc>
      </w:tr>
      <w:tr>
        <w:trPr>
          <w:cantSplit/>
        </w:trPr>
        <w:tc>
          <w:tcPr>
            <w:tcW w:type="dxa" w:w="1134"/>
          </w:tcPr>
          <w:p>
            <w:pPr>
              <w:keepNext/>
              <w:jc w:val="center"/>
            </w:pPr>
            <w:r>
              <w:rPr>
                <w:b w:val="0"/>
                <w:i w:val="0"/>
                <w:sz w:val="19"/>
                <w:u w:val="none"/>
              </w:rPr>
              <w:t>73) C</w:t>
            </w:r>
          </w:p>
        </w:tc>
        <w:tc>
          <w:tcPr>
            <w:tcW w:type="dxa" w:w="1134"/>
          </w:tcPr>
          <w:p>
            <w:pPr>
              <w:keepNext/>
            </w:pPr>
            <w:r>
              <w:rPr>
                <w:b w:val="0"/>
                <w:i w:val="0"/>
                <w:sz w:val="19"/>
                <w:u w:val="none"/>
              </w:rPr>
              <w:t>74) C</w:t>
            </w:r>
          </w:p>
        </w:tc>
        <w:tc>
          <w:tcPr>
            <w:tcW w:type="dxa" w:w="1134"/>
          </w:tcPr>
          <w:p>
            <w:pPr>
              <w:keepNext/>
            </w:pPr>
            <w:r>
              <w:rPr>
                <w:b w:val="0"/>
                <w:i w:val="0"/>
                <w:sz w:val="19"/>
                <w:u w:val="none"/>
              </w:rPr>
              <w:t>75) A</w:t>
            </w:r>
          </w:p>
        </w:tc>
        <w:tc>
          <w:tcPr>
            <w:tcW w:type="dxa" w:w="1134"/>
          </w:tcPr>
          <w:p>
            <w:pPr>
              <w:keepNext/>
            </w:pPr>
            <w:r>
              <w:rPr>
                <w:b w:val="0"/>
                <w:i w:val="0"/>
                <w:sz w:val="19"/>
                <w:u w:val="none"/>
              </w:rPr>
              <w:t>76) D</w:t>
            </w:r>
          </w:p>
        </w:tc>
        <w:tc>
          <w:tcPr>
            <w:tcW w:type="dxa" w:w="1134"/>
          </w:tcPr>
          <w:p>
            <w:pPr>
              <w:keepNext/>
            </w:pPr>
            <w:r>
              <w:rPr>
                <w:b w:val="0"/>
                <w:i w:val="0"/>
                <w:sz w:val="19"/>
                <w:u w:val="none"/>
              </w:rPr>
              <w:t>77) B</w:t>
            </w:r>
          </w:p>
        </w:tc>
        <w:tc>
          <w:tcPr>
            <w:tcW w:type="dxa" w:w="1134"/>
          </w:tcPr>
          <w:p>
            <w:pPr>
              <w:keepNext/>
            </w:pPr>
            <w:r>
              <w:rPr>
                <w:b w:val="0"/>
                <w:i w:val="0"/>
                <w:sz w:val="19"/>
                <w:u w:val="none"/>
              </w:rPr>
              <w:t>78) A</w:t>
            </w:r>
          </w:p>
        </w:tc>
        <w:tc>
          <w:tcPr>
            <w:tcW w:type="dxa" w:w="1134"/>
          </w:tcPr>
          <w:p>
            <w:pPr>
              <w:keepNext/>
            </w:pPr>
            <w:r>
              <w:rPr>
                <w:b w:val="0"/>
                <w:i w:val="0"/>
                <w:sz w:val="19"/>
                <w:u w:val="none"/>
              </w:rPr>
              <w:t>79) A</w:t>
            </w:r>
          </w:p>
        </w:tc>
        <w:tc>
          <w:tcPr>
            <w:tcW w:type="dxa" w:w="1134"/>
          </w:tcPr>
          <w:p>
            <w:pPr>
              <w:keepNext/>
            </w:pPr>
            <w:r>
              <w:rPr>
                <w:b w:val="0"/>
                <w:i w:val="0"/>
                <w:sz w:val="19"/>
                <w:u w:val="none"/>
              </w:rPr>
              <w:t>80) B</w:t>
            </w:r>
          </w:p>
        </w:tc>
      </w:tr>
      <w:tr>
        <w:trPr>
          <w:cantSplit/>
        </w:trPr>
        <w:tc>
          <w:tcPr>
            <w:tcW w:type="dxa" w:w="1134"/>
          </w:tcPr>
          <w:p>
            <w:pPr>
              <w:keepNext/>
              <w:jc w:val="center"/>
            </w:pPr>
            <w:r>
              <w:rPr>
                <w:b w:val="0"/>
                <w:i w:val="0"/>
                <w:sz w:val="19"/>
                <w:u w:val="none"/>
              </w:rPr>
              <w:t>81) B</w:t>
            </w:r>
          </w:p>
        </w:tc>
        <w:tc>
          <w:tcPr>
            <w:tcW w:type="dxa" w:w="1134"/>
          </w:tcPr>
          <w:p>
            <w:pPr>
              <w:keepNext/>
            </w:pPr>
            <w:r>
              <w:rPr>
                <w:b w:val="0"/>
                <w:i w:val="0"/>
                <w:sz w:val="19"/>
                <w:u w:val="none"/>
              </w:rPr>
              <w:t>82) B</w:t>
            </w:r>
          </w:p>
        </w:tc>
        <w:tc>
          <w:tcPr>
            <w:tcW w:type="dxa" w:w="1134"/>
          </w:tcPr>
          <w:p>
            <w:pPr>
              <w:keepNext/>
            </w:pPr>
            <w:r>
              <w:rPr>
                <w:b w:val="0"/>
                <w:i w:val="0"/>
                <w:sz w:val="19"/>
                <w:u w:val="none"/>
              </w:rPr>
              <w:t>83) B</w:t>
            </w:r>
          </w:p>
        </w:tc>
        <w:tc>
          <w:tcPr>
            <w:tcW w:type="dxa" w:w="1134"/>
          </w:tcPr>
          <w:p>
            <w:pPr>
              <w:keepNext/>
            </w:pPr>
            <w:r>
              <w:rPr>
                <w:b w:val="0"/>
                <w:i w:val="0"/>
                <w:sz w:val="19"/>
                <w:u w:val="none"/>
              </w:rPr>
              <w:t>84) C</w:t>
            </w:r>
          </w:p>
        </w:tc>
        <w:tc>
          <w:tcPr>
            <w:tcW w:type="dxa" w:w="1134"/>
          </w:tcPr>
          <w:p>
            <w:pPr>
              <w:keepNext/>
            </w:pPr>
            <w:r>
              <w:rPr>
                <w:b w:val="0"/>
                <w:i w:val="0"/>
                <w:sz w:val="19"/>
                <w:u w:val="none"/>
              </w:rPr>
              <w:t>85) B</w:t>
            </w:r>
          </w:p>
        </w:tc>
        <w:tc>
          <w:tcPr>
            <w:tcW w:type="dxa" w:w="1134"/>
          </w:tcPr>
          <w:p>
            <w:pPr>
              <w:keepNext/>
            </w:pPr>
            <w:r>
              <w:rPr>
                <w:b w:val="0"/>
                <w:i w:val="0"/>
                <w:sz w:val="19"/>
                <w:u w:val="none"/>
              </w:rPr>
              <w:t>86) B</w:t>
            </w:r>
          </w:p>
        </w:tc>
        <w:tc>
          <w:tcPr>
            <w:tcW w:type="dxa" w:w="1134"/>
          </w:tcPr>
          <w:p>
            <w:pPr>
              <w:keepNext/>
            </w:pPr>
            <w:r>
              <w:rPr>
                <w:b w:val="0"/>
                <w:i w:val="0"/>
                <w:sz w:val="19"/>
                <w:u w:val="none"/>
              </w:rPr>
              <w:t>87) A</w:t>
            </w:r>
          </w:p>
        </w:tc>
        <w:tc>
          <w:tcPr>
            <w:tcW w:type="dxa" w:w="1134"/>
          </w:tcPr>
          <w:p>
            <w:pPr>
              <w:keepNext/>
            </w:pPr>
            <w:r>
              <w:rPr>
                <w:b w:val="0"/>
                <w:i w:val="0"/>
                <w:sz w:val="19"/>
                <w:u w:val="none"/>
              </w:rPr>
              <w:t>88) A</w:t>
            </w:r>
          </w:p>
        </w:tc>
      </w:tr>
      <w:tr>
        <w:trPr>
          <w:cantSplit/>
        </w:trPr>
        <w:tc>
          <w:tcPr>
            <w:tcW w:type="dxa" w:w="1134"/>
          </w:tcPr>
          <w:p>
            <w:pPr>
              <w:keepNext/>
              <w:jc w:val="center"/>
            </w:pPr>
            <w:r>
              <w:rPr>
                <w:b w:val="0"/>
                <w:i w:val="0"/>
                <w:sz w:val="19"/>
                <w:u w:val="none"/>
              </w:rPr>
              <w:t>89) D</w:t>
            </w:r>
          </w:p>
        </w:tc>
        <w:tc>
          <w:tcPr>
            <w:tcW w:type="dxa" w:w="1134"/>
          </w:tcPr>
          <w:p>
            <w:pPr>
              <w:keepNext/>
            </w:pPr>
            <w:r>
              <w:rPr>
                <w:b w:val="0"/>
                <w:i w:val="0"/>
                <w:sz w:val="19"/>
                <w:u w:val="none"/>
              </w:rPr>
              <w:t>90) A</w:t>
            </w:r>
          </w:p>
        </w:tc>
        <w:tc>
          <w:tcPr>
            <w:tcW w:type="dxa" w:w="1134"/>
          </w:tcPr>
          <w:p>
            <w:pPr>
              <w:keepNext/>
            </w:pPr>
            <w:r>
              <w:rPr>
                <w:b w:val="0"/>
                <w:i w:val="0"/>
                <w:sz w:val="19"/>
                <w:u w:val="none"/>
              </w:rPr>
              <w:t>91) B</w:t>
            </w:r>
          </w:p>
        </w:tc>
        <w:tc>
          <w:tcPr>
            <w:tcW w:type="dxa" w:w="1134"/>
          </w:tcPr>
          <w:p>
            <w:pPr>
              <w:keepNext/>
            </w:pPr>
            <w:r>
              <w:rPr>
                <w:b w:val="0"/>
                <w:i w:val="0"/>
                <w:sz w:val="19"/>
                <w:u w:val="none"/>
              </w:rPr>
              <w:t>92) T</w:t>
            </w:r>
          </w:p>
        </w:tc>
        <w:tc>
          <w:tcPr>
            <w:tcW w:type="dxa" w:w="1134"/>
          </w:tcPr>
          <w:p>
            <w:pPr>
              <w:keepNext/>
            </w:pPr>
            <w:r>
              <w:rPr>
                <w:b w:val="0"/>
                <w:i w:val="0"/>
                <w:sz w:val="19"/>
                <w:u w:val="none"/>
              </w:rPr>
              <w:t>93) F</w:t>
            </w:r>
          </w:p>
        </w:tc>
        <w:tc>
          <w:tcPr>
            <w:tcW w:type="dxa" w:w="1134"/>
          </w:tcPr>
          <w:p>
            <w:pPr>
              <w:keepNext/>
            </w:pPr>
            <w:r>
              <w:rPr>
                <w:b w:val="0"/>
                <w:i w:val="0"/>
                <w:sz w:val="19"/>
                <w:u w:val="none"/>
              </w:rPr>
              <w:t>94) F</w:t>
            </w:r>
          </w:p>
        </w:tc>
        <w:tc>
          <w:tcPr>
            <w:tcW w:type="dxa" w:w="1134"/>
          </w:tcPr>
          <w:p>
            <w:pPr>
              <w:keepNext/>
            </w:pPr>
            <w:r>
              <w:rPr>
                <w:b w:val="0"/>
                <w:i w:val="0"/>
                <w:sz w:val="19"/>
                <w:u w:val="none"/>
              </w:rPr>
              <w:t>95) F</w:t>
            </w:r>
          </w:p>
        </w:tc>
        <w:tc>
          <w:tcPr>
            <w:tcW w:type="dxa" w:w="1134"/>
          </w:tcPr>
          <w:p>
            <w:pPr>
              <w:keepNext/>
            </w:pPr>
            <w:r>
              <w:rPr>
                <w:b w:val="0"/>
                <w:i w:val="0"/>
                <w:sz w:val="19"/>
                <w:u w:val="none"/>
              </w:rPr>
              <w:t>96) T</w:t>
            </w:r>
          </w:p>
        </w:tc>
      </w:tr>
      <w:tr>
        <w:trPr>
          <w:cantSplit/>
        </w:trPr>
        <w:tc>
          <w:tcPr>
            <w:tcW w:type="dxa" w:w="1134"/>
          </w:tcPr>
          <w:p>
            <w:pPr>
              <w:keepNext/>
              <w:jc w:val="center"/>
            </w:pPr>
            <w:r>
              <w:rPr>
                <w:b w:val="0"/>
                <w:i w:val="0"/>
                <w:sz w:val="19"/>
                <w:u w:val="none"/>
              </w:rPr>
              <w:t>97) B</w:t>
            </w:r>
          </w:p>
        </w:tc>
        <w:tc>
          <w:tcPr>
            <w:tcW w:type="dxa" w:w="1134"/>
          </w:tcPr>
          <w:p>
            <w:pPr>
              <w:keepNext/>
            </w:pPr>
            <w:r>
              <w:rPr>
                <w:b w:val="0"/>
                <w:i w:val="0"/>
                <w:sz w:val="19"/>
                <w:u w:val="none"/>
              </w:rPr>
              <w:t>98) A</w:t>
            </w:r>
          </w:p>
        </w:tc>
        <w:tc>
          <w:tcPr>
            <w:tcW w:type="dxa" w:w="1134"/>
          </w:tcPr>
          <w:p>
            <w:pPr>
              <w:keepNext/>
            </w:pPr>
            <w:r>
              <w:rPr>
                <w:b w:val="0"/>
                <w:i w:val="0"/>
                <w:sz w:val="19"/>
                <w:u w:val="none"/>
              </w:rPr>
              <w:t>99) B</w:t>
            </w:r>
          </w:p>
        </w:tc>
        <w:tc>
          <w:tcPr>
            <w:tcW w:type="dxa" w:w="1134"/>
          </w:tcPr>
          <w:p>
            <w:pPr>
              <w:keepNext/>
            </w:pPr>
            <w:r>
              <w:rPr>
                <w:b w:val="0"/>
                <w:i w:val="0"/>
                <w:sz w:val="19"/>
                <w:u w:val="none"/>
              </w:rPr>
              <w:t>100) A</w:t>
            </w:r>
          </w:p>
        </w:tc>
        <w:tc>
          <w:tcPr>
            <w:tcW w:type="dxa" w:w="1134"/>
          </w:tcPr>
          <w:p>
            <w:pPr>
              <w:keepNext/>
            </w:pPr>
            <w:r>
              <w:rPr>
                <w:b w:val="0"/>
                <w:i w:val="0"/>
                <w:sz w:val="19"/>
                <w:u w:val="none"/>
              </w:rPr>
              <w:t>101) A</w:t>
            </w:r>
          </w:p>
        </w:tc>
        <w:tc>
          <w:tcPr>
            <w:tcW w:type="dxa" w:w="1134"/>
          </w:tcPr>
          <w:p>
            <w:pPr>
              <w:keepNext/>
            </w:pPr>
            <w:r>
              <w:rPr>
                <w:b w:val="0"/>
                <w:i w:val="0"/>
                <w:sz w:val="19"/>
                <w:u w:val="none"/>
              </w:rPr>
              <w:t>102) A</w:t>
            </w:r>
          </w:p>
        </w:tc>
        <w:tc>
          <w:tcPr>
            <w:tcW w:type="dxa" w:w="1134"/>
          </w:tcPr>
          <w:p>
            <w:pPr>
              <w:keepNext/>
            </w:pPr>
            <w:r>
              <w:rPr>
                <w:b w:val="0"/>
                <w:i w:val="0"/>
                <w:sz w:val="19"/>
                <w:u w:val="none"/>
              </w:rPr>
              <w:t>103) A</w:t>
            </w:r>
          </w:p>
        </w:tc>
        <w:tc>
          <w:tcPr>
            <w:tcW w:type="dxa" w:w="1134"/>
          </w:tcPr>
          <w:p>
            <w:pPr>
              <w:keepNext/>
            </w:pPr>
            <w:r>
              <w:rPr>
                <w:b w:val="0"/>
                <w:i w:val="0"/>
                <w:sz w:val="19"/>
                <w:u w:val="none"/>
              </w:rPr>
              <w:t>104) A</w:t>
            </w:r>
          </w:p>
        </w:tc>
      </w:tr>
      <w:tr>
        <w:trPr>
          <w:cantSplit/>
        </w:trPr>
        <w:tc>
          <w:tcPr>
            <w:tcW w:type="dxa" w:w="1134"/>
          </w:tcPr>
          <w:p>
            <w:pPr>
              <w:keepNext/>
              <w:jc w:val="center"/>
            </w:pPr>
            <w:r>
              <w:rPr>
                <w:b w:val="0"/>
                <w:i w:val="0"/>
                <w:sz w:val="19"/>
                <w:u w:val="none"/>
              </w:rPr>
              <w:t>105) A</w:t>
            </w:r>
          </w:p>
        </w:tc>
        <w:tc>
          <w:tcPr>
            <w:tcW w:type="dxa" w:w="1134"/>
          </w:tcPr>
          <w:p>
            <w:pPr>
              <w:keepNext/>
            </w:pPr>
            <w:r>
              <w:rPr>
                <w:b w:val="0"/>
                <w:i w:val="0"/>
                <w:sz w:val="19"/>
                <w:u w:val="none"/>
              </w:rPr>
              <w:t>106) B</w:t>
            </w:r>
          </w:p>
        </w:tc>
        <w:tc>
          <w:tcPr>
            <w:tcW w:type="dxa" w:w="1134"/>
          </w:tcPr>
          <w:p>
            <w:pPr>
              <w:keepNext/>
            </w:pPr>
            <w:r>
              <w:rPr>
                <w:b w:val="0"/>
                <w:i w:val="0"/>
                <w:sz w:val="19"/>
                <w:u w:val="none"/>
              </w:rPr>
              <w:t>107) A</w:t>
            </w:r>
          </w:p>
        </w:tc>
        <w:tc>
          <w:tcPr>
            <w:tcW w:type="dxa" w:w="1134"/>
          </w:tcPr>
          <w:p>
            <w:pPr>
              <w:keepNext/>
            </w:pPr>
            <w:r>
              <w:rPr>
                <w:b w:val="0"/>
                <w:i w:val="0"/>
                <w:sz w:val="19"/>
                <w:u w:val="none"/>
              </w:rPr>
              <w:t>108) B</w:t>
            </w:r>
          </w:p>
        </w:tc>
        <w:tc>
          <w:tcPr>
            <w:tcW w:type="dxa" w:w="1134"/>
          </w:tcPr>
          <w:p>
            <w:pPr>
              <w:keepNext/>
            </w:pPr>
            <w:r>
              <w:rPr>
                <w:b w:val="0"/>
                <w:i w:val="0"/>
                <w:sz w:val="19"/>
                <w:u w:val="none"/>
              </w:rPr>
              <w:t>109) A</w:t>
            </w:r>
          </w:p>
        </w:tc>
        <w:tc>
          <w:tcPr>
            <w:tcW w:type="dxa" w:w="1134"/>
          </w:tcPr>
          <w:p>
            <w:pPr>
              <w:keepNext/>
            </w:pPr>
            <w:r>
              <w:rPr>
                <w:b w:val="0"/>
                <w:i w:val="0"/>
                <w:sz w:val="19"/>
                <w:u w:val="none"/>
              </w:rPr>
              <w:t>110) B</w:t>
            </w:r>
          </w:p>
        </w:tc>
        <w:tc>
          <w:tcPr>
            <w:tcW w:type="dxa" w:w="1134"/>
          </w:tcPr>
          <w:p>
            <w:pPr>
              <w:keepNext/>
            </w:pPr>
            <w:r>
              <w:rPr>
                <w:b w:val="0"/>
                <w:i w:val="0"/>
                <w:sz w:val="19"/>
                <w:u w:val="none"/>
              </w:rPr>
              <w:t>111) A</w:t>
            </w:r>
          </w:p>
        </w:tc>
        <w:tc>
          <w:tcPr>
            <w:tcW w:type="dxa" w:w="1134"/>
          </w:tcPr>
          <w:p>
            <w:pPr>
              <w:keepNext/>
            </w:pPr>
            <w:r>
              <w:rPr>
                <w:b w:val="0"/>
                <w:i w:val="0"/>
                <w:sz w:val="19"/>
                <w:u w:val="none"/>
              </w:rPr>
              <w:t>112) B</w:t>
            </w:r>
          </w:p>
        </w:tc>
      </w:tr>
      <w:tr>
        <w:trPr>
          <w:cantSplit/>
        </w:trPr>
        <w:tc>
          <w:tcPr>
            <w:tcW w:type="dxa" w:w="1134"/>
          </w:tcPr>
          <w:p>
            <w:pPr>
              <w:keepNext/>
              <w:jc w:val="center"/>
            </w:pPr>
            <w:r>
              <w:rPr>
                <w:b w:val="0"/>
                <w:i w:val="0"/>
                <w:sz w:val="19"/>
                <w:u w:val="none"/>
              </w:rPr>
              <w:t>113) D</w:t>
            </w:r>
          </w:p>
        </w:tc>
        <w:tc>
          <w:tcPr>
            <w:tcW w:type="dxa" w:w="1134"/>
          </w:tcPr>
          <w:p>
            <w:pPr>
              <w:keepNext/>
            </w:pPr>
            <w:r>
              <w:rPr>
                <w:b w:val="0"/>
                <w:i w:val="0"/>
                <w:sz w:val="19"/>
                <w:u w:val="none"/>
              </w:rPr>
              <w:t>114) D</w:t>
            </w:r>
          </w:p>
        </w:tc>
        <w:tc>
          <w:tcPr>
            <w:tcW w:type="dxa" w:w="1134"/>
          </w:tcPr>
          <w:p>
            <w:pPr>
              <w:keepNext/>
            </w:pPr>
            <w:r>
              <w:rPr>
                <w:b w:val="0"/>
                <w:i w:val="0"/>
                <w:sz w:val="19"/>
                <w:u w:val="none"/>
              </w:rPr>
              <w:t>115) C</w:t>
            </w:r>
          </w:p>
        </w:tc>
        <w:tc>
          <w:tcPr>
            <w:tcW w:type="dxa" w:w="1134"/>
          </w:tcPr>
          <w:p>
            <w:pPr>
              <w:keepNext/>
            </w:pPr>
            <w:r>
              <w:rPr>
                <w:b w:val="0"/>
                <w:i w:val="0"/>
                <w:sz w:val="19"/>
                <w:u w:val="none"/>
              </w:rPr>
              <w:t>116) C</w:t>
            </w:r>
          </w:p>
        </w:tc>
        <w:tc>
          <w:tcPr>
            <w:tcW w:type="dxa" w:w="1134"/>
          </w:tcPr>
          <w:p>
            <w:pPr>
              <w:keepNext/>
            </w:pPr>
            <w:r>
              <w:rPr>
                <w:b w:val="0"/>
                <w:i w:val="0"/>
                <w:sz w:val="19"/>
                <w:u w:val="none"/>
              </w:rPr>
              <w:t>117) A</w:t>
            </w:r>
          </w:p>
        </w:tc>
        <w:tc>
          <w:tcPr>
            <w:tcW w:type="dxa" w:w="1134"/>
          </w:tcPr>
          <w:p>
            <w:pPr>
              <w:keepNext/>
            </w:pPr>
            <w:r>
              <w:rPr>
                <w:b w:val="0"/>
                <w:i w:val="0"/>
                <w:sz w:val="19"/>
                <w:u w:val="none"/>
              </w:rPr>
              <w:t>118) D</w:t>
            </w:r>
          </w:p>
        </w:tc>
        <w:tc>
          <w:tcPr>
            <w:tcW w:type="dxa" w:w="1134"/>
          </w:tcPr>
          <w:p>
            <w:pPr>
              <w:keepNext/>
            </w:pPr>
            <w:r>
              <w:rPr>
                <w:b w:val="0"/>
                <w:i w:val="0"/>
                <w:sz w:val="19"/>
                <w:u w:val="none"/>
              </w:rPr>
              <w:t>119) D</w:t>
            </w:r>
          </w:p>
        </w:tc>
        <w:tc>
          <w:tcPr>
            <w:tcW w:type="dxa" w:w="1134"/>
          </w:tcPr>
          <w:p>
            <w:pPr>
              <w:keepNext/>
            </w:pPr>
            <w:r>
              <w:rPr>
                <w:b w:val="0"/>
                <w:i w:val="0"/>
                <w:sz w:val="19"/>
                <w:u w:val="none"/>
              </w:rPr>
              <w:t>120) B</w:t>
            </w:r>
          </w:p>
        </w:tc>
      </w:tr>
      <w:tr>
        <w:trPr>
          <w:cantSplit/>
        </w:trPr>
        <w:tc>
          <w:tcPr>
            <w:tcW w:type="dxa" w:w="1134"/>
          </w:tcPr>
          <w:p>
            <w:pPr>
              <w:keepNext w:val="0"/>
              <w:jc w:val="center"/>
            </w:pPr>
            <w:r>
              <w:rPr>
                <w:b w:val="0"/>
                <w:i w:val="0"/>
                <w:sz w:val="19"/>
                <w:u w:val="none"/>
              </w:rPr>
              <w:t>121) A</w:t>
            </w:r>
          </w:p>
        </w:tc>
        <w:tc>
          <w:tcPr>
            <w:tcW w:type="dxa" w:w="1134"/>
          </w:tcPr>
          <w:p>
            <w:pPr>
              <w:keepNext w:val="0"/>
            </w:pPr>
            <w:r>
              <w:rPr>
                <w:b w:val="0"/>
                <w:i w:val="0"/>
                <w:sz w:val="19"/>
                <w:u w:val="none"/>
              </w:rPr>
              <w:t>122) C</w:t>
            </w:r>
          </w:p>
        </w:tc>
        <w:tc>
          <w:tcPr>
            <w:tcW w:type="dxa" w:w="1134"/>
          </w:tcPr>
          <w:p>
            <w:pPr>
              <w:keepNext w:val="0"/>
            </w:pPr>
            <w:r>
              <w:rPr>
                <w:b w:val="0"/>
                <w:i w:val="0"/>
                <w:sz w:val="19"/>
                <w:u w:val="none"/>
              </w:rPr>
              <w:t>123) A</w:t>
            </w:r>
          </w:p>
        </w:tc>
        <w:tc>
          <w:tcPr>
            <w:tcW w:type="dxa" w:w="1134"/>
          </w:tcPr>
          <w:p>
            <w:pPr>
              <w:keepNext w:val="0"/>
            </w:pPr>
            <w:r>
              <w:rPr>
                <w:b w:val="0"/>
                <w:i w:val="0"/>
                <w:sz w:val="19"/>
                <w:u w:val="none"/>
              </w:rPr>
              <w:t>124) C</w:t>
            </w:r>
          </w:p>
        </w:tc>
        <w:tc>
          <w:tcPr>
            <w:tcW w:type="dxa" w:w="1134"/>
          </w:tcPr>
          <w:p>
            <w:pPr>
              <w:keepNext w:val="0"/>
            </w:pPr>
            <w:r>
              <w:rPr>
                <w:b w:val="0"/>
                <w:i w:val="0"/>
                <w:sz w:val="19"/>
                <w:u w:val="none"/>
              </w:rPr>
              <w:t>125) A</w:t>
            </w:r>
          </w:p>
        </w:tc>
        <w:tc>
          <w:tcPr>
            <w:tcW w:type="dxa" w:w="1134"/>
          </w:tcPr>
          <w:p>
            <w:pPr>
              <w:keepNext w:val="0"/>
            </w:pPr>
            <w:r>
              <w:rPr>
                <w:b w:val="0"/>
                <w:i w:val="0"/>
                <w:sz w:val="19"/>
                <w:u w:val="none"/>
              </w:rPr>
              <w:t>126) A</w:t>
            </w:r>
          </w:p>
        </w:tc>
        <w:tc>
          <w:tcPr>
            <w:tcW w:type="dxa" w:w="1134"/>
          </w:tcPr>
          <w:p>
            <w:pPr>
              <w:keepNext w:val="0"/>
            </w:pPr>
            <w:r>
              <w:rPr>
                <w:b w:val="0"/>
                <w:i w:val="0"/>
                <w:sz w:val="19"/>
                <w:u w:val="none"/>
              </w:rPr>
              <w:t>127) B</w:t>
            </w:r>
          </w:p>
        </w:tc>
        <w:tc>
          <w:tcPr>
            <w:tcW w:type="dxa" w:w="1134"/>
          </w:tcPr>
          <w:p>
            <w:pPr>
              <w:keepNext w:val="0"/>
            </w:pPr>
            <w:r>
              <w:rPr>
                <w:b w:val="0"/>
                <w:i w:val="0"/>
                <w:sz w:val="19"/>
                <w:u w:val="none"/>
              </w:rPr>
              <w:t>128) B</w:t>
            </w:r>
          </w:p>
        </w:tc>
      </w:tr>
    </w:tbl>
    <w:p>
      <w:pPr>
        <w:spacing w:after="0"/>
      </w:pPr>
    </w:p>
    <w:sectPr w:rsidR="00FC693F" w:rsidRPr="0006063C" w:rsidSect="00034616">
      <w:footerReference w:type="default" r:id="rId9"/>
      <w:pgSz w:w="11906" w:h="16838"/>
      <w:pgMar w:top="794" w:right="1020" w:bottom="79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b w:val="0"/>
        <w:i w:val="0"/>
        <w:color w:val="666666"/>
        <w:sz w:val="18"/>
        <w:u w:val="none"/>
      </w:rPr>
      <w:t xml:space="preserve">SINIF 5 - İngilizce Modül 1 (Unit 1)   |   </w:t>
    </w:r>
    <w:r>
      <w:rPr>
        <w:b w:val="0"/>
        <w:i w:val="0"/>
        <w:color w:val="666666"/>
        <w:sz w:val="18"/>
        <w:u w:val="none"/>
      </w:rPr>
      <w:t xml:space="preserve">Sayfa </w:t>
    </w:r>
    <w:r>
      <w:fldChar w:fldCharType="begin"/>
      <w:instrText xml:space="preserve">PAGE</w:instrText>
      <w:fldChar w:fldCharType="end"/>
    </w:r>
    <w:r>
      <w:rPr>
        <w:b w:val="0"/>
        <w:i w:val="0"/>
        <w:color w:val="666666"/>
        <w:sz w:val="18"/>
        <w:u w:val="none"/>
      </w:rPr>
      <w:t xml:space="preserve"> / </w:t>
    </w:r>
    <w: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color w:val="3333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