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  <w:u w:val="none"/>
        </w:rPr>
        <w:t>Present Continuous Tense — Cevap Anahtarı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color w:val="666666"/>
          <w:sz w:val="18"/>
          <w:u w:val="none"/>
        </w:rPr>
        <w:t>read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reading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color w:val="666666"/>
          <w:sz w:val="18"/>
          <w:u w:val="none"/>
        </w:rPr>
        <w:t>write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writing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color w:val="666666"/>
          <w:sz w:val="18"/>
          <w:u w:val="none"/>
        </w:rPr>
        <w:t>run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running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color w:val="666666"/>
          <w:sz w:val="18"/>
          <w:u w:val="none"/>
        </w:rPr>
        <w:t>sit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sitting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color w:val="666666"/>
          <w:sz w:val="18"/>
          <w:u w:val="none"/>
        </w:rPr>
        <w:t>study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studying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color w:val="666666"/>
          <w:sz w:val="18"/>
          <w:u w:val="none"/>
        </w:rPr>
        <w:t>swim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swimming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color w:val="666666"/>
          <w:sz w:val="18"/>
          <w:u w:val="none"/>
        </w:rPr>
        <w:t>play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playing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color w:val="666666"/>
          <w:sz w:val="18"/>
          <w:u w:val="none"/>
        </w:rPr>
        <w:t>have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having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color w:val="666666"/>
          <w:sz w:val="18"/>
          <w:u w:val="none"/>
        </w:rPr>
        <w:t>She ___ a book now.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color w:val="666666"/>
          <w:sz w:val="18"/>
          <w:u w:val="none"/>
        </w:rPr>
        <w:t>They ___ football in the garden.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color w:val="666666"/>
          <w:sz w:val="18"/>
          <w:u w:val="none"/>
        </w:rPr>
        <w:t>I ___ my homework right now.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color w:val="666666"/>
          <w:sz w:val="18"/>
          <w:u w:val="none"/>
        </w:rPr>
        <w:t>We ___ to music at the moment.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color w:val="666666"/>
          <w:sz w:val="18"/>
          <w:u w:val="none"/>
        </w:rPr>
        <w:t>He ___ in the canteen.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color w:val="666666"/>
          <w:sz w:val="18"/>
          <w:u w:val="none"/>
        </w:rPr>
        <w:t>___ you writing a letter?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color w:val="666666"/>
          <w:sz w:val="18"/>
          <w:u w:val="none"/>
        </w:rPr>
        <w:t>What ___ she doing?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color w:val="666666"/>
          <w:sz w:val="18"/>
          <w:u w:val="none"/>
        </w:rPr>
        <w:t>The students ___ a song.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color w:val="666666"/>
          <w:sz w:val="18"/>
          <w:u w:val="none"/>
        </w:rPr>
        <w:t>I ___ (draw) a picture now.</w:t>
      </w:r>
    </w:p>
    <w:p>
      <w:pPr>
        <w:spacing w:after="80"/>
        <w:ind w:left="340"/>
      </w:pPr>
      <w:r>
        <w:rPr>
          <w:b w:val="0"/>
          <w:i w:val="0"/>
          <w:u w:val="none"/>
        </w:rPr>
        <w:t>am drawing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color w:val="666666"/>
          <w:sz w:val="18"/>
          <w:u w:val="none"/>
        </w:rPr>
        <w:t>She ___ (write) on the board.</w:t>
      </w:r>
    </w:p>
    <w:p>
      <w:pPr>
        <w:spacing w:after="80"/>
        <w:ind w:left="340"/>
      </w:pPr>
      <w:r>
        <w:rPr>
          <w:b w:val="0"/>
          <w:i w:val="0"/>
          <w:u w:val="none"/>
        </w:rPr>
        <w:t>is writing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color w:val="666666"/>
          <w:sz w:val="18"/>
          <w:u w:val="none"/>
        </w:rPr>
        <w:t>They ___ (run) in the playground.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 running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color w:val="666666"/>
          <w:sz w:val="18"/>
          <w:u w:val="none"/>
        </w:rPr>
        <w:t>We ___ (study) English now.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 studying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color w:val="666666"/>
          <w:sz w:val="18"/>
          <w:u w:val="none"/>
        </w:rPr>
        <w:t>He ___ (read) a storybook.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is reading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color w:val="666666"/>
          <w:sz w:val="18"/>
          <w:u w:val="none"/>
        </w:rPr>
        <w:t>The teacher ___ (talk) to the class.</w:t>
      </w:r>
    </w:p>
    <w:p>
      <w:pPr>
        <w:spacing w:after="80"/>
        <w:ind w:left="340"/>
      </w:pPr>
      <w:r>
        <w:rPr>
          <w:b w:val="0"/>
          <w:i w:val="0"/>
          <w:u w:val="none"/>
        </w:rPr>
        <w:t>is talking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color w:val="666666"/>
          <w:sz w:val="18"/>
          <w:u w:val="none"/>
        </w:rPr>
        <w:t>You ___ (sit) on the chair.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 sitting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color w:val="666666"/>
          <w:sz w:val="18"/>
          <w:u w:val="none"/>
        </w:rPr>
        <w:t>My friends ___ (play) in the garden.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 playing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color w:val="666666"/>
          <w:sz w:val="18"/>
          <w:u w:val="none"/>
        </w:rPr>
        <w:t>She is reading a book.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Is she reading a book?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color w:val="666666"/>
          <w:sz w:val="18"/>
          <w:u w:val="none"/>
        </w:rPr>
        <w:t>They are playing football.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Are they playing football?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color w:val="666666"/>
          <w:sz w:val="18"/>
          <w:u w:val="none"/>
        </w:rPr>
        <w:t>He is writing on the board.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Is he writing on the board?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color w:val="666666"/>
          <w:sz w:val="18"/>
          <w:u w:val="none"/>
        </w:rPr>
        <w:t>We are studying English.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Are we studying English?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color w:val="666666"/>
          <w:sz w:val="18"/>
          <w:u w:val="none"/>
        </w:rPr>
        <w:t>You are sitting on the chair.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Are you sitting on the chair?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color w:val="666666"/>
          <w:sz w:val="18"/>
          <w:u w:val="none"/>
        </w:rPr>
        <w:t>We use 'am' with he and she.</w:t>
      </w:r>
    </w:p>
    <w:p>
      <w:pPr>
        <w:spacing w:after="80"/>
        <w:ind w:left="340"/>
      </w:pPr>
      <w:r>
        <w:rPr>
          <w:b w:val="0"/>
          <w:i w:val="0"/>
          <w:u w:val="none"/>
        </w:rPr>
        <w:t>False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color w:val="666666"/>
          <w:sz w:val="18"/>
          <w:u w:val="none"/>
        </w:rPr>
        <w:t>The -ing form of 'run' is 'running'.</w:t>
      </w:r>
    </w:p>
    <w:p>
      <w:pPr>
        <w:spacing w:after="80"/>
        <w:ind w:left="340"/>
      </w:pPr>
      <w:r>
        <w:rPr>
          <w:b w:val="0"/>
          <w:i w:val="0"/>
          <w:u w:val="none"/>
        </w:rPr>
        <w:t>True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color w:val="666666"/>
          <w:sz w:val="18"/>
          <w:u w:val="none"/>
        </w:rPr>
        <w:t>'They is playing' is a correct sentence.</w:t>
      </w:r>
    </w:p>
    <w:p>
      <w:pPr>
        <w:spacing w:after="80"/>
        <w:ind w:left="340"/>
      </w:pPr>
      <w:r>
        <w:rPr>
          <w:b w:val="0"/>
          <w:i w:val="0"/>
          <w:u w:val="none"/>
        </w:rPr>
        <w:t>False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color w:val="666666"/>
          <w:sz w:val="18"/>
          <w:u w:val="none"/>
        </w:rPr>
        <w:t>We use Present Continuous for actions happening now.</w:t>
      </w:r>
    </w:p>
    <w:p>
      <w:pPr>
        <w:spacing w:after="80"/>
        <w:ind w:left="340"/>
      </w:pPr>
      <w:r>
        <w:rPr>
          <w:b w:val="0"/>
          <w:i w:val="0"/>
          <w:u w:val="none"/>
        </w:rPr>
        <w:t>True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color w:val="666666"/>
          <w:sz w:val="18"/>
          <w:u w:val="none"/>
        </w:rPr>
        <w:t>The -ing form of 'write' is 'writeing'.</w:t>
      </w:r>
    </w:p>
    <w:p>
      <w:pPr>
        <w:spacing w:after="80"/>
        <w:ind w:left="340"/>
      </w:pPr>
      <w:r>
        <w:rPr>
          <w:b w:val="0"/>
          <w:i w:val="0"/>
          <w:u w:val="none"/>
        </w:rPr>
        <w:t>False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color w:val="666666"/>
          <w:sz w:val="18"/>
          <w:u w:val="none"/>
        </w:rPr>
        <w:t>What is Sarah doing?</w:t>
      </w:r>
    </w:p>
    <w:p>
      <w:pPr>
        <w:spacing w:after="80"/>
        <w:ind w:left="340"/>
      </w:pPr>
      <w:r>
        <w:rPr>
          <w:b w:val="0"/>
          <w:i w:val="0"/>
          <w:u w:val="none"/>
        </w:rPr>
        <w:t>She is reading a book about animals.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color w:val="666666"/>
          <w:sz w:val="18"/>
          <w:u w:val="none"/>
        </w:rPr>
        <w:t>Where is the teacher standing?</w:t>
      </w:r>
    </w:p>
    <w:p>
      <w:pPr>
        <w:spacing w:after="80"/>
        <w:ind w:left="340"/>
      </w:pPr>
      <w:r>
        <w:rPr>
          <w:b w:val="0"/>
          <w:i w:val="0"/>
          <w:u w:val="none"/>
        </w:rPr>
        <w:t>The teacher is standing near the door.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color w:val="666666"/>
          <w:sz w:val="18"/>
          <w:u w:val="none"/>
        </w:rPr>
        <w:t>What is Tom writing on the board?</w:t>
      </w:r>
    </w:p>
    <w:p>
      <w:pPr>
        <w:spacing w:after="80"/>
        <w:ind w:left="340"/>
      </w:pPr>
      <w:r>
        <w:rPr>
          <w:b w:val="0"/>
          <w:i w:val="0"/>
          <w:u w:val="none"/>
        </w:rPr>
        <w:t>Tom is writing his name on the board.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color w:val="666666"/>
          <w:sz w:val="18"/>
          <w:u w:val="none"/>
        </w:rPr>
        <w:t>What is Mehmet watching?</w:t>
      </w:r>
    </w:p>
    <w:p>
      <w:pPr>
        <w:spacing w:after="80"/>
        <w:ind w:left="340"/>
      </w:pPr>
      <w:r>
        <w:rPr>
          <w:b w:val="0"/>
          <w:i w:val="0"/>
          <w:u w:val="none"/>
        </w:rPr>
        <w:t>He is watching the birds in the garden.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color w:val="666666"/>
          <w:sz w:val="18"/>
          <w:u w:val="none"/>
        </w:rPr>
        <w:t>Where are the cats sleeping?</w:t>
      </w:r>
    </w:p>
    <w:p>
      <w:pPr>
        <w:spacing w:after="80"/>
        <w:ind w:left="340"/>
      </w:pPr>
      <w:r>
        <w:rPr>
          <w:b w:val="0"/>
          <w:i w:val="0"/>
          <w:u w:val="none"/>
        </w:rPr>
        <w:t>The cats are sleeping under the tree.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color w:val="666666"/>
          <w:sz w:val="18"/>
          <w:u w:val="none"/>
        </w:rPr>
        <w:t>Write your sentences below:</w:t>
      </w:r>
    </w:p>
    <w:p>
      <w:pPr>
        <w:spacing w:after="80"/>
        <w:ind w:left="340"/>
      </w:pPr>
      <w:r>
        <w:rPr>
          <w:b w:val="0"/>
          <w:i w:val="0"/>
          <w:u w:val="none"/>
        </w:rPr>
        <w:t>Answers will vary. Check for correct Present Continuous form: subject + am/is/are + verb-ing.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