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2E5E8C"/>
          <w:sz w:val="34"/>
          <w:u w:val="none"/>
        </w:rPr>
        <w:t>Present Continuous Tense</w:t>
      </w:r>
    </w:p>
    <w:p>
      <w:pPr>
        <w:spacing w:after="160"/>
        <w:jc w:val="center"/>
      </w:pPr>
      <w:r>
        <w:rPr>
          <w:b w:val="0"/>
          <w:i/>
          <w:color w:val="666666"/>
          <w:sz w:val="22"/>
          <w:u w:val="none"/>
        </w:rPr>
        <w:t>Grade 4 — Unit 1: My School</w:t>
      </w:r>
    </w:p>
    <w:p>
      <w:pPr>
        <w:spacing w:after="200"/>
      </w:pPr>
      <w:r>
        <w:rPr>
          <w:b/>
          <w:i w:val="0"/>
          <w:sz w:val="20"/>
          <w:u w:val="none"/>
        </w:rPr>
        <w:t xml:space="preserve">Name: </w:t>
      </w:r>
      <w:r>
        <w:rPr>
          <w:b w:val="0"/>
          <w:i w:val="0"/>
          <w:color w:val="666666"/>
          <w:sz w:val="20"/>
          <w:u w:val="none"/>
        </w:rPr>
        <w:t xml:space="preserve">..............................   </w:t>
      </w:r>
      <w:r>
        <w:rPr>
          <w:b/>
          <w:i w:val="0"/>
          <w:sz w:val="20"/>
          <w:u w:val="none"/>
        </w:rPr>
        <w:t xml:space="preserve">(Score: ____/100)   </w:t>
      </w:r>
      <w:r>
        <w:rPr>
          <w:b/>
          <w:i w:val="0"/>
          <w:sz w:val="20"/>
          <w:u w:val="none"/>
        </w:rPr>
        <w:t>Class: .....</w:t>
      </w:r>
      <w:r>
        <w:rPr>
          <w:b/>
          <w:i w:val="0"/>
          <w:sz w:val="20"/>
          <w:u w:val="none"/>
        </w:rPr>
        <w:t xml:space="preserve">  No: ....</w:t>
      </w:r>
      <w:r>
        <w:rPr>
          <w:b/>
          <w:i w:val="0"/>
          <w:sz w:val="20"/>
          <w:u w:val="none"/>
        </w:rPr>
        <w:t xml:space="preserve">  Date: ..........</w:t>
      </w:r>
    </w:p>
    <w:p>
      <w:pPr>
        <w:keepNext/>
        <w:spacing w:before="240" w:after="80"/>
        <w:pBdr>
          <w:bottom w:val="single" w:sz="10" w:color="2E5E8C" w:space="4"/>
        </w:pBdr>
      </w:pPr>
      <w:r>
        <w:rPr>
          <w:b/>
          <w:i w:val="0"/>
          <w:color w:val="2E5E8C"/>
          <w:sz w:val="26"/>
          <w:u w:val="none"/>
        </w:rPr>
        <w:t>Lesson: Present Continuous Tense</w:t>
      </w:r>
    </w:p>
    <w:p>
      <w:pPr>
        <w:jc w:val="both"/>
      </w:pPr>
      <w:r>
        <w:rPr>
          <w:b w:val="0"/>
          <w:i w:val="0"/>
          <w:u w:val="none"/>
        </w:rPr>
        <w:t xml:space="preserve">We use the </w:t>
      </w:r>
      <w:r>
        <w:rPr>
          <w:b/>
          <w:i w:val="0"/>
          <w:u w:val="none"/>
        </w:rPr>
        <w:t>Present Continuous Tense</w:t>
      </w:r>
      <w:r>
        <w:rPr>
          <w:b w:val="0"/>
          <w:i w:val="0"/>
          <w:u w:val="none"/>
        </w:rPr>
        <w:t xml:space="preserve"> to talk about actions happening </w:t>
      </w:r>
      <w:r>
        <w:rPr>
          <w:b/>
          <w:i w:val="0"/>
          <w:u w:val="none"/>
        </w:rPr>
        <w:t>right now</w:t>
      </w:r>
      <w:r>
        <w:rPr>
          <w:b w:val="0"/>
          <w:i w:val="0"/>
          <w:u w:val="none"/>
        </w:rPr>
        <w:t xml:space="preserve"> or </w:t>
      </w:r>
      <w:r>
        <w:rPr>
          <w:b/>
          <w:i w:val="0"/>
          <w:u w:val="none"/>
        </w:rPr>
        <w:t>at this moment</w:t>
      </w:r>
      <w:r>
        <w:rPr>
          <w:b w:val="0"/>
          <w:i w:val="0"/>
          <w:u w:val="none"/>
        </w:rPr>
        <w:t>.</w:t>
      </w:r>
    </w:p>
    <w:p>
      <w:pPr>
        <w:jc w:val="both"/>
      </w:pPr>
      <w:r>
        <w:rPr>
          <w:b/>
          <w:i w:val="0"/>
          <w:u w:val="none"/>
        </w:rPr>
        <w:t>Affirmative form:</w:t>
      </w:r>
      <w:r>
        <w:rPr>
          <w:b w:val="0"/>
          <w:i w:val="0"/>
          <w:u w:val="none"/>
        </w:rPr>
        <w:t xml:space="preserve"> Subject + am / is / are + verb-ing</w:t>
        <w:br/>
        <w:t xml:space="preserve">Example: </w:t>
      </w:r>
      <w:r>
        <w:rPr>
          <w:b/>
          <w:i w:val="0"/>
          <w:u w:val="none"/>
        </w:rPr>
        <w:t>I am reading.</w:t>
      </w:r>
      <w:r>
        <w:rPr>
          <w:b w:val="0"/>
          <w:i w:val="0"/>
          <w:u w:val="none"/>
        </w:rPr>
        <w:t xml:space="preserve"> / </w:t>
      </w:r>
      <w:r>
        <w:rPr>
          <w:b/>
          <w:i w:val="0"/>
          <w:u w:val="none"/>
        </w:rPr>
        <w:t>She is writing.</w:t>
      </w:r>
      <w:r>
        <w:rPr>
          <w:b w:val="0"/>
          <w:i w:val="0"/>
          <w:u w:val="none"/>
        </w:rPr>
        <w:t xml:space="preserve"> / </w:t>
      </w:r>
      <w:r>
        <w:rPr>
          <w:b/>
          <w:i w:val="0"/>
          <w:u w:val="none"/>
        </w:rPr>
        <w:t>They are playing.</w:t>
      </w:r>
    </w:p>
    <w:p>
      <w:pPr>
        <w:jc w:val="both"/>
      </w:pPr>
      <w:r>
        <w:rPr>
          <w:b/>
          <w:i w:val="0"/>
          <w:u w:val="none"/>
        </w:rPr>
        <w:t>Interrogative form (questions):</w:t>
      </w:r>
      <w:r>
        <w:rPr>
          <w:b w:val="0"/>
          <w:i w:val="0"/>
          <w:u w:val="none"/>
        </w:rPr>
        <w:t xml:space="preserve"> Am / Is / Are + subject + verb-ing</w:t>
        <w:br/>
        <w:t xml:space="preserve">Example: </w:t>
      </w:r>
      <w:r>
        <w:rPr>
          <w:b/>
          <w:i w:val="0"/>
          <w:u w:val="none"/>
        </w:rPr>
        <w:t>Are you reading?</w:t>
      </w:r>
      <w:r>
        <w:rPr>
          <w:b w:val="0"/>
          <w:i w:val="0"/>
          <w:u w:val="none"/>
        </w:rPr>
        <w:t xml:space="preserve"> / </w:t>
      </w:r>
      <w:r>
        <w:rPr>
          <w:b/>
          <w:i w:val="0"/>
          <w:u w:val="none"/>
        </w:rPr>
        <w:t>Is she writing?</w:t>
      </w:r>
      <w:r>
        <w:rPr>
          <w:b w:val="0"/>
          <w:i w:val="0"/>
          <w:u w:val="none"/>
        </w:rPr>
        <w:t xml:space="preserve"> / </w:t>
      </w:r>
      <w:r>
        <w:rPr>
          <w:b/>
          <w:i w:val="0"/>
          <w:u w:val="none"/>
        </w:rPr>
        <w:t>Are they playing?</w:t>
      </w:r>
    </w:p>
    <w:p>
      <w:pPr>
        <w:jc w:val="both"/>
      </w:pPr>
      <w:r>
        <w:rPr>
          <w:b/>
          <w:i w:val="0"/>
          <w:u w:val="none"/>
        </w:rPr>
        <w:t>Negative form:</w:t>
      </w:r>
      <w:r>
        <w:rPr>
          <w:b w:val="0"/>
          <w:i w:val="0"/>
          <w:u w:val="none"/>
        </w:rPr>
        <w:t xml:space="preserve"> Subject + am not / isn't / aren't + verb-ing</w:t>
        <w:br/>
        <w:t xml:space="preserve">Example: </w:t>
      </w:r>
      <w:r>
        <w:rPr>
          <w:b/>
          <w:i w:val="0"/>
          <w:u w:val="none"/>
        </w:rPr>
        <w:t>I am not sleeping.</w:t>
      </w:r>
      <w:r>
        <w:rPr>
          <w:b w:val="0"/>
          <w:i w:val="0"/>
          <w:u w:val="none"/>
        </w:rPr>
        <w:t xml:space="preserve"> / </w:t>
      </w:r>
      <w:r>
        <w:rPr>
          <w:b/>
          <w:i w:val="0"/>
          <w:u w:val="none"/>
        </w:rPr>
        <w:t>He isn't running.</w:t>
      </w:r>
      <w:r>
        <w:rPr>
          <w:b w:val="0"/>
          <w:i w:val="0"/>
          <w:u w:val="none"/>
        </w:rPr>
        <w:t xml:space="preserve"> / </w:t>
      </w:r>
      <w:r>
        <w:rPr>
          <w:b/>
          <w:i w:val="0"/>
          <w:u w:val="none"/>
        </w:rPr>
        <w:t>We aren't studying.</w:t>
      </w:r>
    </w:p>
    <w:tbl>
      <w:tblPr>
        <w:tblW w:type="auto" w:w="0"/>
        <w:jc w:val="center"/>
        <w:tblLook w:firstColumn="1" w:firstRow="1" w:lastColumn="0" w:lastRow="0" w:noHBand="0" w:noVBand="1" w:val="04A0"/>
      </w:tblPr>
      <w:tblGrid>
        <w:gridCol w:w="9638"/>
      </w:tblGrid>
      <w:tr>
        <w:trPr>
          <w:cantSplit/>
        </w:trPr>
        <w:tc>
          <w:tcPr>
            <w:tcW w:type="dxa" w:w="9638"/>
            <w:shd w:val="clear" w:fill="FDF3E3"/>
            <w:tcBorders>
              <w:top w:val="single" w:sz="8" w:color="E8DCC8"/>
              <w:bottom w:val="single" w:sz="8" w:color="E8DCC8"/>
              <w:right w:val="single" w:sz="8" w:color="E8DCC8"/>
            </w:tcBorders>
            <w:tcBorders>
              <w:left w:val="single" w:sz="20" w:color="2E5E8C"/>
            </w:tcBorders>
          </w:tcPr>
          <w:p>
            <w:pPr>
              <w:spacing w:before="40" w:after="40"/>
            </w:pPr>
            <w:r>
              <w:rPr>
                <w:b/>
                <w:i w:val="0"/>
                <w:color w:val="2E5E8C"/>
                <w:u w:val="none"/>
              </w:rPr>
              <w:t xml:space="preserve">REMEMBER: </w:t>
            </w:r>
            <w:r>
              <w:rPr>
                <w:b w:val="0"/>
                <w:i w:val="0"/>
                <w:u w:val="none"/>
              </w:rPr>
              <w:t xml:space="preserve">Use </w:t>
            </w:r>
            <w:r>
              <w:rPr>
                <w:b/>
                <w:i w:val="0"/>
                <w:u w:val="none"/>
              </w:rPr>
              <w:t>am</w:t>
            </w:r>
            <w:r>
              <w:rPr>
                <w:b w:val="0"/>
                <w:i w:val="0"/>
                <w:u w:val="none"/>
              </w:rPr>
              <w:t xml:space="preserve"> with I, </w:t>
            </w:r>
            <w:r>
              <w:rPr>
                <w:b/>
                <w:i w:val="0"/>
                <w:u w:val="none"/>
              </w:rPr>
              <w:t>is</w:t>
            </w:r>
            <w:r>
              <w:rPr>
                <w:b w:val="0"/>
                <w:i w:val="0"/>
                <w:u w:val="none"/>
              </w:rPr>
              <w:t xml:space="preserve"> with he/she/it, </w:t>
            </w:r>
            <w:r>
              <w:rPr>
                <w:b/>
                <w:i w:val="0"/>
                <w:u w:val="none"/>
              </w:rPr>
              <w:t>are</w:t>
            </w:r>
            <w:r>
              <w:rPr>
                <w:b w:val="0"/>
                <w:i w:val="0"/>
                <w:u w:val="none"/>
              </w:rPr>
              <w:t xml:space="preserve"> with you/we/they. Add </w:t>
            </w:r>
            <w:r>
              <w:rPr>
                <w:b/>
                <w:i w:val="0"/>
                <w:u w:val="none"/>
              </w:rPr>
              <w:t>-ing</w:t>
            </w:r>
            <w:r>
              <w:rPr>
                <w:b w:val="0"/>
                <w:i w:val="0"/>
                <w:u w:val="none"/>
              </w:rPr>
              <w:t xml:space="preserve"> to the verb: read → reading, write → writing, run → running, sit → sitting.</w:t>
            </w:r>
          </w:p>
        </w:tc>
      </w:tr>
    </w:tbl>
    <w:p>
      <w:pPr>
        <w:spacing w:after="0"/>
      </w:pPr>
    </w:p>
    <w:p>
      <w:pPr>
        <w:spacing w:after="0"/>
      </w:pPr>
      <w:r>
        <w:rPr>
          <w:b w:val="0"/>
          <w:i w:val="0"/>
          <w:sz w:val="12"/>
          <w:u w:val="none"/>
        </w:rPr>
      </w:r>
    </w:p>
    <w:p>
      <w:pPr>
        <w:keepNext/>
        <w:spacing w:before="240" w:after="80"/>
        <w:pBdr>
          <w:bottom w:val="single" w:sz="10" w:color="2E5E8C" w:space="4"/>
        </w:pBdr>
      </w:pPr>
      <w:r>
        <w:rPr>
          <w:b/>
          <w:i w:val="0"/>
          <w:color w:val="2E5E8C"/>
          <w:sz w:val="26"/>
          <w:u w:val="none"/>
        </w:rPr>
        <w:t>Part A: Spelling — Add -ing to the verbs</w:t>
      </w:r>
    </w:p>
    <w:p>
      <w:pPr>
        <w:spacing w:after="120"/>
      </w:pPr>
      <w:r>
        <w:rPr>
          <w:b w:val="0"/>
          <w:i w:val="0"/>
          <w:color w:val="2E5E8C"/>
          <w:sz w:val="20"/>
          <w:u w:val="none"/>
        </w:rPr>
        <w:t xml:space="preserve">▶ </w:t>
      </w:r>
      <w:r>
        <w:rPr>
          <w:b w:val="0"/>
          <w:i/>
          <w:color w:val="666666"/>
          <w:sz w:val="20"/>
          <w:u w:val="none"/>
        </w:rPr>
        <w:t>Write the -ing form of each verb.</w:t>
      </w:r>
    </w:p>
    <w:p>
      <w:r>
        <w:rPr>
          <w:b/>
          <w:i w:val="0"/>
          <w:color w:val="2E5E8C"/>
          <w:u w:val="none"/>
        </w:rPr>
        <w:t xml:space="preserve">1) </w:t>
      </w:r>
      <w:r>
        <w:rPr>
          <w:b w:val="0"/>
          <w:i w:val="0"/>
          <w:u w:val="none"/>
        </w:rPr>
        <w:t xml:space="preserve">read → </w:t>
      </w:r>
      <w:r>
        <w:rPr>
          <w:b w:val="0"/>
          <w:i w:val="0"/>
          <w:color w:val="666666"/>
          <w:u w:val="none"/>
        </w:rPr>
        <w:t>__________________</w:t>
      </w:r>
    </w:p>
    <w:p>
      <w:r>
        <w:rPr>
          <w:b/>
          <w:i w:val="0"/>
          <w:color w:val="2E5E8C"/>
          <w:u w:val="none"/>
        </w:rPr>
        <w:t xml:space="preserve">2) </w:t>
      </w:r>
      <w:r>
        <w:rPr>
          <w:b w:val="0"/>
          <w:i w:val="0"/>
          <w:u w:val="none"/>
        </w:rPr>
        <w:t xml:space="preserve">write → </w:t>
      </w:r>
      <w:r>
        <w:rPr>
          <w:b w:val="0"/>
          <w:i w:val="0"/>
          <w:color w:val="666666"/>
          <w:u w:val="none"/>
        </w:rPr>
        <w:t>__________________</w:t>
      </w:r>
    </w:p>
    <w:p>
      <w:r>
        <w:rPr>
          <w:b/>
          <w:i w:val="0"/>
          <w:color w:val="2E5E8C"/>
          <w:u w:val="none"/>
        </w:rPr>
        <w:t xml:space="preserve">3) </w:t>
      </w:r>
      <w:r>
        <w:rPr>
          <w:b w:val="0"/>
          <w:i w:val="0"/>
          <w:u w:val="none"/>
        </w:rPr>
        <w:t xml:space="preserve">run → </w:t>
      </w:r>
      <w:r>
        <w:rPr>
          <w:b w:val="0"/>
          <w:i w:val="0"/>
          <w:color w:val="666666"/>
          <w:u w:val="none"/>
        </w:rPr>
        <w:t>__________________</w:t>
      </w:r>
    </w:p>
    <w:p>
      <w:r>
        <w:rPr>
          <w:b/>
          <w:i w:val="0"/>
          <w:color w:val="2E5E8C"/>
          <w:u w:val="none"/>
        </w:rPr>
        <w:t xml:space="preserve">4) </w:t>
      </w:r>
      <w:r>
        <w:rPr>
          <w:b w:val="0"/>
          <w:i w:val="0"/>
          <w:u w:val="none"/>
        </w:rPr>
        <w:t xml:space="preserve">sit → </w:t>
      </w:r>
      <w:r>
        <w:rPr>
          <w:b w:val="0"/>
          <w:i w:val="0"/>
          <w:color w:val="666666"/>
          <w:u w:val="none"/>
        </w:rPr>
        <w:t>__________________</w:t>
      </w:r>
    </w:p>
    <w:p>
      <w:r>
        <w:rPr>
          <w:b/>
          <w:i w:val="0"/>
          <w:color w:val="2E5E8C"/>
          <w:u w:val="none"/>
        </w:rPr>
        <w:t xml:space="preserve">5) </w:t>
      </w:r>
      <w:r>
        <w:rPr>
          <w:b w:val="0"/>
          <w:i w:val="0"/>
          <w:u w:val="none"/>
        </w:rPr>
        <w:t xml:space="preserve">study → </w:t>
      </w:r>
      <w:r>
        <w:rPr>
          <w:b w:val="0"/>
          <w:i w:val="0"/>
          <w:color w:val="666666"/>
          <w:u w:val="none"/>
        </w:rPr>
        <w:t>____________________</w:t>
      </w:r>
    </w:p>
    <w:p>
      <w:r>
        <w:rPr>
          <w:b/>
          <w:i w:val="0"/>
          <w:color w:val="2E5E8C"/>
          <w:u w:val="none"/>
        </w:rPr>
        <w:t xml:space="preserve">6) </w:t>
      </w:r>
      <w:r>
        <w:rPr>
          <w:b w:val="0"/>
          <w:i w:val="0"/>
          <w:u w:val="none"/>
        </w:rPr>
        <w:t xml:space="preserve">swim → </w:t>
      </w:r>
      <w:r>
        <w:rPr>
          <w:b w:val="0"/>
          <w:i w:val="0"/>
          <w:color w:val="666666"/>
          <w:u w:val="none"/>
        </w:rPr>
        <w:t>____________________</w:t>
      </w:r>
    </w:p>
    <w:p>
      <w:r>
        <w:rPr>
          <w:b/>
          <w:i w:val="0"/>
          <w:color w:val="2E5E8C"/>
          <w:u w:val="none"/>
        </w:rPr>
        <w:t xml:space="preserve">7) </w:t>
      </w:r>
      <w:r>
        <w:rPr>
          <w:b w:val="0"/>
          <w:i w:val="0"/>
          <w:u w:val="none"/>
        </w:rPr>
        <w:t xml:space="preserve">play → </w:t>
      </w:r>
      <w:r>
        <w:rPr>
          <w:b w:val="0"/>
          <w:i w:val="0"/>
          <w:color w:val="666666"/>
          <w:u w:val="none"/>
        </w:rPr>
        <w:t>__________________</w:t>
      </w:r>
    </w:p>
    <w:p>
      <w:r>
        <w:rPr>
          <w:b/>
          <w:i w:val="0"/>
          <w:color w:val="2E5E8C"/>
          <w:u w:val="none"/>
        </w:rPr>
        <w:t xml:space="preserve">8) </w:t>
      </w:r>
      <w:r>
        <w:rPr>
          <w:b w:val="0"/>
          <w:i w:val="0"/>
          <w:u w:val="none"/>
        </w:rPr>
        <w:t xml:space="preserve">have → </w:t>
      </w:r>
      <w:r>
        <w:rPr>
          <w:b w:val="0"/>
          <w:i w:val="0"/>
          <w:color w:val="666666"/>
          <w:u w:val="none"/>
        </w:rPr>
        <w:t>________________</w:t>
      </w:r>
    </w:p>
    <w:p>
      <w:pPr>
        <w:spacing w:after="0"/>
      </w:pPr>
      <w:r>
        <w:rPr>
          <w:b w:val="0"/>
          <w:i w:val="0"/>
          <w:sz w:val="12"/>
          <w:u w:val="none"/>
        </w:rPr>
      </w:r>
    </w:p>
    <w:p>
      <w:pPr>
        <w:keepNext/>
        <w:spacing w:before="240" w:after="80"/>
        <w:pBdr>
          <w:bottom w:val="single" w:sz="10" w:color="2E5E8C" w:space="4"/>
        </w:pBdr>
      </w:pPr>
      <w:r>
        <w:rPr>
          <w:b/>
          <w:i w:val="0"/>
          <w:color w:val="2E5E8C"/>
          <w:sz w:val="26"/>
          <w:u w:val="none"/>
        </w:rPr>
        <w:t>Part B: Choose the correct answer</w:t>
      </w:r>
    </w:p>
    <w:p>
      <w:pPr>
        <w:spacing w:after="120"/>
      </w:pPr>
      <w:r>
        <w:rPr>
          <w:b w:val="0"/>
          <w:i w:val="0"/>
          <w:color w:val="2E5E8C"/>
          <w:sz w:val="20"/>
          <w:u w:val="none"/>
        </w:rPr>
        <w:t xml:space="preserve">▶ </w:t>
      </w:r>
      <w:r>
        <w:rPr>
          <w:b w:val="0"/>
          <w:i/>
          <w:color w:val="666666"/>
          <w:sz w:val="20"/>
          <w:u w:val="none"/>
        </w:rPr>
        <w:t>Circle the correct option.</w:t>
      </w:r>
    </w:p>
    <w:p>
      <w:pPr>
        <w:keepNext/>
        <w:spacing w:before="80"/>
      </w:pPr>
      <w:r>
        <w:rPr>
          <w:b/>
          <w:i w:val="0"/>
          <w:color w:val="2E5E8C"/>
          <w:u w:val="none"/>
        </w:rPr>
        <w:t xml:space="preserve">9) </w:t>
      </w:r>
      <w:r>
        <w:rPr>
          <w:b w:val="0"/>
          <w:i w:val="0"/>
          <w:u w:val="none"/>
        </w:rPr>
        <w:t>She ___ a book now.</w:t>
      </w:r>
    </w:p>
    <w:p>
      <w:pPr>
        <w:spacing w:after="40"/>
        <w:ind w:left="340"/>
      </w:pPr>
      <w:r>
        <w:rPr>
          <w:b/>
          <w:i w:val="0"/>
          <w:color w:val="2E5E8C"/>
          <w:u w:val="none"/>
        </w:rPr>
        <w:t xml:space="preserve">A) </w:t>
      </w:r>
      <w:r>
        <w:rPr>
          <w:b w:val="0"/>
          <w:i w:val="0"/>
          <w:u w:val="none"/>
        </w:rPr>
        <w:t>is reading</w:t>
      </w:r>
    </w:p>
    <w:p>
      <w:pPr>
        <w:spacing w:after="40"/>
        <w:ind w:left="340"/>
      </w:pPr>
      <w:r>
        <w:rPr>
          <w:b/>
          <w:i w:val="0"/>
          <w:color w:val="2E5E8C"/>
          <w:u w:val="none"/>
        </w:rPr>
        <w:t xml:space="preserve">B) </w:t>
      </w:r>
      <w:r>
        <w:rPr>
          <w:b w:val="0"/>
          <w:i w:val="0"/>
          <w:u w:val="none"/>
        </w:rPr>
        <w:t>are reading</w:t>
      </w:r>
    </w:p>
    <w:p>
      <w:pPr>
        <w:spacing w:after="40"/>
        <w:ind w:left="340"/>
      </w:pPr>
      <w:r>
        <w:rPr>
          <w:b/>
          <w:i w:val="0"/>
          <w:color w:val="2E5E8C"/>
          <w:u w:val="none"/>
        </w:rPr>
        <w:t xml:space="preserve">C) </w:t>
      </w:r>
      <w:r>
        <w:rPr>
          <w:b w:val="0"/>
          <w:i w:val="0"/>
          <w:u w:val="none"/>
        </w:rPr>
        <w:t>am reading</w:t>
      </w:r>
    </w:p>
    <w:p>
      <w:pPr>
        <w:spacing w:after="40"/>
        <w:ind w:left="340"/>
      </w:pPr>
      <w:r>
        <w:rPr>
          <w:b/>
          <w:i w:val="0"/>
          <w:color w:val="2E5E8C"/>
          <w:u w:val="none"/>
        </w:rPr>
        <w:t xml:space="preserve">D) </w:t>
      </w:r>
      <w:r>
        <w:rPr>
          <w:b w:val="0"/>
          <w:i w:val="0"/>
          <w:u w:val="none"/>
        </w:rPr>
        <w:t>read</w:t>
      </w:r>
    </w:p>
    <w:p>
      <w:pPr>
        <w:keepNext/>
        <w:spacing w:before="80"/>
      </w:pPr>
      <w:r>
        <w:rPr>
          <w:b/>
          <w:i w:val="0"/>
          <w:color w:val="2E5E8C"/>
          <w:u w:val="none"/>
        </w:rPr>
        <w:t xml:space="preserve">10) </w:t>
      </w:r>
      <w:r>
        <w:rPr>
          <w:b w:val="0"/>
          <w:i w:val="0"/>
          <w:u w:val="none"/>
        </w:rPr>
        <w:t>They ___ football in the garden.</w:t>
      </w:r>
    </w:p>
    <w:p>
      <w:pPr>
        <w:spacing w:after="40"/>
        <w:ind w:left="340"/>
      </w:pPr>
      <w:r>
        <w:rPr>
          <w:b/>
          <w:i w:val="0"/>
          <w:color w:val="2E5E8C"/>
          <w:u w:val="none"/>
        </w:rPr>
        <w:t xml:space="preserve">A) </w:t>
      </w:r>
      <w:r>
        <w:rPr>
          <w:b w:val="0"/>
          <w:i w:val="0"/>
          <w:u w:val="none"/>
        </w:rPr>
        <w:t>is playing</w:t>
      </w:r>
    </w:p>
    <w:p>
      <w:pPr>
        <w:spacing w:after="40"/>
        <w:ind w:left="340"/>
      </w:pPr>
      <w:r>
        <w:rPr>
          <w:b/>
          <w:i w:val="0"/>
          <w:color w:val="2E5E8C"/>
          <w:u w:val="none"/>
        </w:rPr>
        <w:t xml:space="preserve">B) </w:t>
      </w:r>
      <w:r>
        <w:rPr>
          <w:b w:val="0"/>
          <w:i w:val="0"/>
          <w:u w:val="none"/>
        </w:rPr>
        <w:t>are playing</w:t>
      </w:r>
    </w:p>
    <w:p>
      <w:pPr>
        <w:spacing w:after="40"/>
        <w:ind w:left="340"/>
      </w:pPr>
      <w:r>
        <w:rPr>
          <w:b/>
          <w:i w:val="0"/>
          <w:color w:val="2E5E8C"/>
          <w:u w:val="none"/>
        </w:rPr>
        <w:t xml:space="preserve">C) </w:t>
      </w:r>
      <w:r>
        <w:rPr>
          <w:b w:val="0"/>
          <w:i w:val="0"/>
          <w:u w:val="none"/>
        </w:rPr>
        <w:t>am playing</w:t>
      </w:r>
    </w:p>
    <w:p>
      <w:pPr>
        <w:spacing w:after="40"/>
        <w:ind w:left="340"/>
      </w:pPr>
      <w:r>
        <w:rPr>
          <w:b/>
          <w:i w:val="0"/>
          <w:color w:val="2E5E8C"/>
          <w:u w:val="none"/>
        </w:rPr>
        <w:t xml:space="preserve">D) </w:t>
      </w:r>
      <w:r>
        <w:rPr>
          <w:b w:val="0"/>
          <w:i w:val="0"/>
          <w:u w:val="none"/>
        </w:rPr>
        <w:t>plays</w:t>
      </w:r>
    </w:p>
    <w:p>
      <w:pPr>
        <w:keepNext/>
        <w:spacing w:before="80"/>
      </w:pPr>
      <w:r>
        <w:rPr>
          <w:b/>
          <w:i w:val="0"/>
          <w:color w:val="2E5E8C"/>
          <w:u w:val="none"/>
        </w:rPr>
        <w:t xml:space="preserve">11) </w:t>
      </w:r>
      <w:r>
        <w:rPr>
          <w:b w:val="0"/>
          <w:i w:val="0"/>
          <w:u w:val="none"/>
        </w:rPr>
        <w:t>I ___ my homework right now.</w:t>
      </w:r>
    </w:p>
    <w:p>
      <w:pPr>
        <w:spacing w:after="40"/>
        <w:ind w:left="340"/>
      </w:pPr>
      <w:r>
        <w:rPr>
          <w:b/>
          <w:i w:val="0"/>
          <w:color w:val="2E5E8C"/>
          <w:u w:val="none"/>
        </w:rPr>
        <w:t xml:space="preserve">A) </w:t>
      </w:r>
      <w:r>
        <w:rPr>
          <w:b w:val="0"/>
          <w:i w:val="0"/>
          <w:u w:val="none"/>
        </w:rPr>
        <w:t>is doing</w:t>
      </w:r>
    </w:p>
    <w:p>
      <w:pPr>
        <w:spacing w:after="40"/>
        <w:ind w:left="340"/>
      </w:pPr>
      <w:r>
        <w:rPr>
          <w:b/>
          <w:i w:val="0"/>
          <w:color w:val="2E5E8C"/>
          <w:u w:val="none"/>
        </w:rPr>
        <w:t xml:space="preserve">B) </w:t>
      </w:r>
      <w:r>
        <w:rPr>
          <w:b w:val="0"/>
          <w:i w:val="0"/>
          <w:u w:val="none"/>
        </w:rPr>
        <w:t>are doing</w:t>
      </w:r>
    </w:p>
    <w:p>
      <w:pPr>
        <w:spacing w:after="40"/>
        <w:ind w:left="340"/>
      </w:pPr>
      <w:r>
        <w:rPr>
          <w:b/>
          <w:i w:val="0"/>
          <w:color w:val="2E5E8C"/>
          <w:u w:val="none"/>
        </w:rPr>
        <w:t xml:space="preserve">C) </w:t>
      </w:r>
      <w:r>
        <w:rPr>
          <w:b w:val="0"/>
          <w:i w:val="0"/>
          <w:u w:val="none"/>
        </w:rPr>
        <w:t>am doing</w:t>
      </w:r>
    </w:p>
    <w:p>
      <w:pPr>
        <w:spacing w:after="40"/>
        <w:ind w:left="340"/>
      </w:pPr>
      <w:r>
        <w:rPr>
          <w:b/>
          <w:i w:val="0"/>
          <w:color w:val="2E5E8C"/>
          <w:u w:val="none"/>
        </w:rPr>
        <w:t xml:space="preserve">D) </w:t>
      </w:r>
      <w:r>
        <w:rPr>
          <w:b w:val="0"/>
          <w:i w:val="0"/>
          <w:u w:val="none"/>
        </w:rPr>
        <w:t>do</w:t>
      </w:r>
    </w:p>
    <w:p>
      <w:pPr>
        <w:keepNext/>
        <w:spacing w:before="80"/>
      </w:pPr>
      <w:r>
        <w:rPr>
          <w:b/>
          <w:i w:val="0"/>
          <w:color w:val="2E5E8C"/>
          <w:u w:val="none"/>
        </w:rPr>
        <w:t xml:space="preserve">12) </w:t>
      </w:r>
      <w:r>
        <w:rPr>
          <w:b w:val="0"/>
          <w:i w:val="0"/>
          <w:u w:val="none"/>
        </w:rPr>
        <w:t>We ___ to music at the moment.</w:t>
      </w:r>
    </w:p>
    <w:p>
      <w:pPr>
        <w:spacing w:after="40"/>
        <w:ind w:left="340"/>
      </w:pPr>
      <w:r>
        <w:rPr>
          <w:b/>
          <w:i w:val="0"/>
          <w:color w:val="2E5E8C"/>
          <w:u w:val="none"/>
        </w:rPr>
        <w:t xml:space="preserve">A) </w:t>
      </w:r>
      <w:r>
        <w:rPr>
          <w:b w:val="0"/>
          <w:i w:val="0"/>
          <w:u w:val="none"/>
        </w:rPr>
        <w:t>are listening</w:t>
      </w:r>
    </w:p>
    <w:p>
      <w:pPr>
        <w:spacing w:after="40"/>
        <w:ind w:left="340"/>
      </w:pPr>
      <w:r>
        <w:rPr>
          <w:b/>
          <w:i w:val="0"/>
          <w:color w:val="2E5E8C"/>
          <w:u w:val="none"/>
        </w:rPr>
        <w:t xml:space="preserve">B) </w:t>
      </w:r>
      <w:r>
        <w:rPr>
          <w:b w:val="0"/>
          <w:i w:val="0"/>
          <w:u w:val="none"/>
        </w:rPr>
        <w:t>is listening</w:t>
      </w:r>
    </w:p>
    <w:p>
      <w:pPr>
        <w:spacing w:after="40"/>
        <w:ind w:left="340"/>
      </w:pPr>
      <w:r>
        <w:rPr>
          <w:b/>
          <w:i w:val="0"/>
          <w:color w:val="2E5E8C"/>
          <w:u w:val="none"/>
        </w:rPr>
        <w:t xml:space="preserve">C) </w:t>
      </w:r>
      <w:r>
        <w:rPr>
          <w:b w:val="0"/>
          <w:i w:val="0"/>
          <w:u w:val="none"/>
        </w:rPr>
        <w:t>am listening</w:t>
      </w:r>
    </w:p>
    <w:p>
      <w:pPr>
        <w:spacing w:after="40"/>
        <w:ind w:left="340"/>
      </w:pPr>
      <w:r>
        <w:rPr>
          <w:b/>
          <w:i w:val="0"/>
          <w:color w:val="2E5E8C"/>
          <w:u w:val="none"/>
        </w:rPr>
        <w:t xml:space="preserve">D) </w:t>
      </w:r>
      <w:r>
        <w:rPr>
          <w:b w:val="0"/>
          <w:i w:val="0"/>
          <w:u w:val="none"/>
        </w:rPr>
        <w:t>listen</w:t>
      </w:r>
    </w:p>
    <w:p>
      <w:pPr>
        <w:keepNext/>
        <w:spacing w:before="80"/>
      </w:pPr>
      <w:r>
        <w:rPr>
          <w:b/>
          <w:i w:val="0"/>
          <w:color w:val="2E5E8C"/>
          <w:u w:val="none"/>
        </w:rPr>
        <w:t xml:space="preserve">13) </w:t>
      </w:r>
      <w:r>
        <w:rPr>
          <w:b w:val="0"/>
          <w:i w:val="0"/>
          <w:u w:val="none"/>
        </w:rPr>
        <w:t>He ___ in the canteen.</w:t>
      </w:r>
    </w:p>
    <w:p>
      <w:pPr>
        <w:spacing w:after="40"/>
        <w:ind w:left="340"/>
      </w:pPr>
      <w:r>
        <w:rPr>
          <w:b/>
          <w:i w:val="0"/>
          <w:color w:val="2E5E8C"/>
          <w:u w:val="none"/>
        </w:rPr>
        <w:t xml:space="preserve">A) </w:t>
      </w:r>
      <w:r>
        <w:rPr>
          <w:b w:val="0"/>
          <w:i w:val="0"/>
          <w:u w:val="none"/>
        </w:rPr>
        <w:t>are sitting</w:t>
      </w:r>
    </w:p>
    <w:p>
      <w:pPr>
        <w:spacing w:after="40"/>
        <w:ind w:left="340"/>
      </w:pPr>
      <w:r>
        <w:rPr>
          <w:b/>
          <w:i w:val="0"/>
          <w:color w:val="2E5E8C"/>
          <w:u w:val="none"/>
        </w:rPr>
        <w:t xml:space="preserve">B) </w:t>
      </w:r>
      <w:r>
        <w:rPr>
          <w:b w:val="0"/>
          <w:i w:val="0"/>
          <w:u w:val="none"/>
        </w:rPr>
        <w:t>is sitting</w:t>
      </w:r>
    </w:p>
    <w:p>
      <w:pPr>
        <w:spacing w:after="40"/>
        <w:ind w:left="340"/>
      </w:pPr>
      <w:r>
        <w:rPr>
          <w:b/>
          <w:i w:val="0"/>
          <w:color w:val="2E5E8C"/>
          <w:u w:val="none"/>
        </w:rPr>
        <w:t xml:space="preserve">C) </w:t>
      </w:r>
      <w:r>
        <w:rPr>
          <w:b w:val="0"/>
          <w:i w:val="0"/>
          <w:u w:val="none"/>
        </w:rPr>
        <w:t>am sitting</w:t>
      </w:r>
    </w:p>
    <w:p>
      <w:pPr>
        <w:spacing w:after="40"/>
        <w:ind w:left="340"/>
      </w:pPr>
      <w:r>
        <w:rPr>
          <w:b/>
          <w:i w:val="0"/>
          <w:color w:val="2E5E8C"/>
          <w:u w:val="none"/>
        </w:rPr>
        <w:t xml:space="preserve">D) </w:t>
      </w:r>
      <w:r>
        <w:rPr>
          <w:b w:val="0"/>
          <w:i w:val="0"/>
          <w:u w:val="none"/>
        </w:rPr>
        <w:t>sit</w:t>
      </w:r>
    </w:p>
    <w:p>
      <w:pPr>
        <w:keepNext/>
        <w:spacing w:before="80"/>
      </w:pPr>
      <w:r>
        <w:rPr>
          <w:b/>
          <w:i w:val="0"/>
          <w:color w:val="2E5E8C"/>
          <w:u w:val="none"/>
        </w:rPr>
        <w:t xml:space="preserve">14) </w:t>
      </w:r>
      <w:r>
        <w:rPr>
          <w:b w:val="0"/>
          <w:i w:val="0"/>
          <w:u w:val="none"/>
        </w:rPr>
        <w:t>___ you writing a letter?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u w:val="none"/>
              </w:rPr>
              <w:t xml:space="preserve">A) </w:t>
            </w:r>
            <w:r>
              <w:rPr>
                <w:b w:val="0"/>
                <w:i w:val="0"/>
                <w:u w:val="none"/>
              </w:rPr>
              <w:t>Am</w:t>
            </w:r>
          </w:p>
        </w:tc>
        <w:tc>
          <w:tcPr>
            <w:tcW w:type="dxa" w:w="2409"/>
          </w:tcPr>
          <w:p>
            <w:r>
              <w:rPr>
                <w:b/>
                <w:i w:val="0"/>
                <w:color w:val="2E5E8C"/>
                <w:u w:val="none"/>
              </w:rPr>
              <w:t xml:space="preserve">B) </w:t>
            </w:r>
            <w:r>
              <w:rPr>
                <w:b w:val="0"/>
                <w:i w:val="0"/>
                <w:u w:val="none"/>
              </w:rPr>
              <w:t>Is</w:t>
            </w:r>
          </w:p>
        </w:tc>
        <w:tc>
          <w:tcPr>
            <w:tcW w:type="dxa" w:w="2409"/>
          </w:tcPr>
          <w:p>
            <w:r>
              <w:rPr>
                <w:b/>
                <w:i w:val="0"/>
                <w:color w:val="2E5E8C"/>
                <w:u w:val="none"/>
              </w:rPr>
              <w:t xml:space="preserve">C) </w:t>
            </w:r>
            <w:r>
              <w:rPr>
                <w:b w:val="0"/>
                <w:i w:val="0"/>
                <w:u w:val="none"/>
              </w:rPr>
              <w:t>Are</w:t>
            </w:r>
          </w:p>
        </w:tc>
        <w:tc>
          <w:tcPr>
            <w:tcW w:type="dxa" w:w="2409"/>
          </w:tcPr>
          <w:p>
            <w:r>
              <w:rPr>
                <w:b/>
                <w:i w:val="0"/>
                <w:color w:val="2E5E8C"/>
                <w:u w:val="none"/>
              </w:rPr>
              <w:t xml:space="preserve">D) </w:t>
            </w:r>
            <w:r>
              <w:rPr>
                <w:b w:val="0"/>
                <w:i w:val="0"/>
                <w:u w:val="none"/>
              </w:rPr>
              <w:t>Do</w:t>
            </w:r>
          </w:p>
        </w:tc>
      </w:tr>
    </w:tbl>
    <w:p>
      <w:pPr>
        <w:keepNext/>
        <w:spacing w:before="80"/>
      </w:pPr>
      <w:r>
        <w:rPr>
          <w:b/>
          <w:i w:val="0"/>
          <w:color w:val="2E5E8C"/>
          <w:u w:val="none"/>
        </w:rPr>
        <w:t xml:space="preserve">15) </w:t>
      </w:r>
      <w:r>
        <w:rPr>
          <w:b w:val="0"/>
          <w:i w:val="0"/>
          <w:u w:val="none"/>
        </w:rPr>
        <w:t>What ___ she doing?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u w:val="none"/>
              </w:rPr>
              <w:t xml:space="preserve">A) </w:t>
            </w:r>
            <w:r>
              <w:rPr>
                <w:b w:val="0"/>
                <w:i w:val="0"/>
                <w:u w:val="none"/>
              </w:rPr>
              <w:t>am</w:t>
            </w:r>
          </w:p>
        </w:tc>
        <w:tc>
          <w:tcPr>
            <w:tcW w:type="dxa" w:w="2409"/>
          </w:tcPr>
          <w:p>
            <w:r>
              <w:rPr>
                <w:b/>
                <w:i w:val="0"/>
                <w:color w:val="2E5E8C"/>
                <w:u w:val="none"/>
              </w:rPr>
              <w:t xml:space="preserve">B) </w:t>
            </w:r>
            <w:r>
              <w:rPr>
                <w:b w:val="0"/>
                <w:i w:val="0"/>
                <w:u w:val="none"/>
              </w:rPr>
              <w:t>is</w:t>
            </w:r>
          </w:p>
        </w:tc>
        <w:tc>
          <w:tcPr>
            <w:tcW w:type="dxa" w:w="2409"/>
          </w:tcPr>
          <w:p>
            <w:r>
              <w:rPr>
                <w:b/>
                <w:i w:val="0"/>
                <w:color w:val="2E5E8C"/>
                <w:u w:val="none"/>
              </w:rPr>
              <w:t xml:space="preserve">C) </w:t>
            </w:r>
            <w:r>
              <w:rPr>
                <w:b w:val="0"/>
                <w:i w:val="0"/>
                <w:u w:val="none"/>
              </w:rPr>
              <w:t>are</w:t>
            </w:r>
          </w:p>
        </w:tc>
        <w:tc>
          <w:tcPr>
            <w:tcW w:type="dxa" w:w="2409"/>
          </w:tcPr>
          <w:p>
            <w:r>
              <w:rPr>
                <w:b/>
                <w:i w:val="0"/>
                <w:color w:val="2E5E8C"/>
                <w:u w:val="none"/>
              </w:rPr>
              <w:t xml:space="preserve">D) </w:t>
            </w:r>
            <w:r>
              <w:rPr>
                <w:b w:val="0"/>
                <w:i w:val="0"/>
                <w:u w:val="none"/>
              </w:rPr>
              <w:t>do</w:t>
            </w:r>
          </w:p>
        </w:tc>
      </w:tr>
    </w:tbl>
    <w:p>
      <w:pPr>
        <w:keepNext/>
        <w:spacing w:before="80"/>
      </w:pPr>
      <w:r>
        <w:rPr>
          <w:b/>
          <w:i w:val="0"/>
          <w:color w:val="2E5E8C"/>
          <w:u w:val="none"/>
        </w:rPr>
        <w:t xml:space="preserve">16) </w:t>
      </w:r>
      <w:r>
        <w:rPr>
          <w:b w:val="0"/>
          <w:i w:val="0"/>
          <w:u w:val="none"/>
        </w:rPr>
        <w:t>The students ___ a song.</w:t>
      </w:r>
    </w:p>
    <w:p>
      <w:pPr>
        <w:spacing w:after="40"/>
        <w:ind w:left="340"/>
      </w:pPr>
      <w:r>
        <w:rPr>
          <w:b/>
          <w:i w:val="0"/>
          <w:color w:val="2E5E8C"/>
          <w:u w:val="none"/>
        </w:rPr>
        <w:t xml:space="preserve">A) </w:t>
      </w:r>
      <w:r>
        <w:rPr>
          <w:b w:val="0"/>
          <w:i w:val="0"/>
          <w:u w:val="none"/>
        </w:rPr>
        <w:t>is singing</w:t>
      </w:r>
    </w:p>
    <w:p>
      <w:pPr>
        <w:spacing w:after="40"/>
        <w:ind w:left="340"/>
      </w:pPr>
      <w:r>
        <w:rPr>
          <w:b/>
          <w:i w:val="0"/>
          <w:color w:val="2E5E8C"/>
          <w:u w:val="none"/>
        </w:rPr>
        <w:t xml:space="preserve">B) </w:t>
      </w:r>
      <w:r>
        <w:rPr>
          <w:b w:val="0"/>
          <w:i w:val="0"/>
          <w:u w:val="none"/>
        </w:rPr>
        <w:t>are singing</w:t>
      </w:r>
    </w:p>
    <w:p>
      <w:pPr>
        <w:spacing w:after="40"/>
        <w:ind w:left="340"/>
      </w:pPr>
      <w:r>
        <w:rPr>
          <w:b/>
          <w:i w:val="0"/>
          <w:color w:val="2E5E8C"/>
          <w:u w:val="none"/>
        </w:rPr>
        <w:t xml:space="preserve">C) </w:t>
      </w:r>
      <w:r>
        <w:rPr>
          <w:b w:val="0"/>
          <w:i w:val="0"/>
          <w:u w:val="none"/>
        </w:rPr>
        <w:t>am singing</w:t>
      </w:r>
    </w:p>
    <w:p>
      <w:pPr>
        <w:spacing w:after="40"/>
        <w:ind w:left="340"/>
      </w:pPr>
      <w:r>
        <w:rPr>
          <w:b/>
          <w:i w:val="0"/>
          <w:color w:val="2E5E8C"/>
          <w:u w:val="none"/>
        </w:rPr>
        <w:t xml:space="preserve">D) </w:t>
      </w:r>
      <w:r>
        <w:rPr>
          <w:b w:val="0"/>
          <w:i w:val="0"/>
          <w:u w:val="none"/>
        </w:rPr>
        <w:t>sings</w:t>
      </w:r>
    </w:p>
    <w:p>
      <w:pPr>
        <w:spacing w:after="0"/>
      </w:pPr>
      <w:r>
        <w:rPr>
          <w:b w:val="0"/>
          <w:i w:val="0"/>
          <w:sz w:val="12"/>
          <w:u w:val="none"/>
        </w:rPr>
      </w:r>
    </w:p>
    <w:p>
      <w:pPr>
        <w:keepNext/>
        <w:spacing w:before="240" w:after="80"/>
        <w:pBdr>
          <w:bottom w:val="single" w:sz="10" w:color="2E5E8C" w:space="4"/>
        </w:pBdr>
      </w:pPr>
      <w:r>
        <w:rPr>
          <w:b/>
          <w:i w:val="0"/>
          <w:color w:val="2E5E8C"/>
          <w:sz w:val="26"/>
          <w:u w:val="none"/>
        </w:rPr>
        <w:t>Part C: Fill in the blanks</w:t>
      </w:r>
    </w:p>
    <w:p>
      <w:pPr>
        <w:spacing w:after="120"/>
      </w:pPr>
      <w:r>
        <w:rPr>
          <w:b w:val="0"/>
          <w:i w:val="0"/>
          <w:color w:val="2E5E8C"/>
          <w:sz w:val="20"/>
          <w:u w:val="none"/>
        </w:rPr>
        <w:t xml:space="preserve">▶ </w:t>
      </w:r>
      <w:r>
        <w:rPr>
          <w:b w:val="0"/>
          <w:i/>
          <w:color w:val="666666"/>
          <w:sz w:val="20"/>
          <w:u w:val="none"/>
        </w:rPr>
        <w:t>Complete the sentences with the correct form of the verb in brackets.</w:t>
      </w:r>
    </w:p>
    <w:p>
      <w:r>
        <w:rPr>
          <w:b/>
          <w:i w:val="0"/>
          <w:color w:val="2E5E8C"/>
          <w:u w:val="none"/>
        </w:rPr>
        <w:t xml:space="preserve">17) </w:t>
      </w:r>
      <w:r>
        <w:rPr>
          <w:b w:val="0"/>
          <w:i w:val="0"/>
          <w:u w:val="none"/>
        </w:rPr>
        <w:t xml:space="preserve">I </w:t>
      </w:r>
      <w:r>
        <w:rPr>
          <w:b w:val="0"/>
          <w:i w:val="0"/>
          <w:color w:val="666666"/>
          <w:u w:val="none"/>
        </w:rPr>
        <w:t>________________________</w:t>
      </w:r>
      <w:r>
        <w:rPr>
          <w:b w:val="0"/>
          <w:i w:val="0"/>
          <w:u w:val="none"/>
        </w:rPr>
        <w:t xml:space="preserve"> (draw) a picture now.</w:t>
      </w:r>
    </w:p>
    <w:p>
      <w:r>
        <w:rPr>
          <w:b/>
          <w:i w:val="0"/>
          <w:color w:val="2E5E8C"/>
          <w:u w:val="none"/>
        </w:rPr>
        <w:t xml:space="preserve">18) </w:t>
      </w:r>
      <w:r>
        <w:rPr>
          <w:b w:val="0"/>
          <w:i w:val="0"/>
          <w:u w:val="none"/>
        </w:rPr>
        <w:t xml:space="preserve">She </w:t>
      </w:r>
      <w:r>
        <w:rPr>
          <w:b w:val="0"/>
          <w:i w:val="0"/>
          <w:color w:val="666666"/>
          <w:u w:val="none"/>
        </w:rPr>
        <w:t>________________________</w:t>
      </w:r>
      <w:r>
        <w:rPr>
          <w:b w:val="0"/>
          <w:i w:val="0"/>
          <w:u w:val="none"/>
        </w:rPr>
        <w:t xml:space="preserve"> (write) on the board.</w:t>
      </w:r>
    </w:p>
    <w:p>
      <w:r>
        <w:rPr>
          <w:b/>
          <w:i w:val="0"/>
          <w:color w:val="2E5E8C"/>
          <w:u w:val="none"/>
        </w:rPr>
        <w:t xml:space="preserve">19) </w:t>
      </w:r>
      <w:r>
        <w:rPr>
          <w:b w:val="0"/>
          <w:i w:val="0"/>
          <w:u w:val="none"/>
        </w:rPr>
        <w:t xml:space="preserve">They </w:t>
      </w:r>
      <w:r>
        <w:rPr>
          <w:b w:val="0"/>
          <w:i w:val="0"/>
          <w:color w:val="666666"/>
          <w:u w:val="none"/>
        </w:rPr>
        <w:t>__________________________</w:t>
      </w:r>
      <w:r>
        <w:rPr>
          <w:b w:val="0"/>
          <w:i w:val="0"/>
          <w:u w:val="none"/>
        </w:rPr>
        <w:t xml:space="preserve"> (run) in the playground.</w:t>
      </w:r>
    </w:p>
    <w:p>
      <w:r>
        <w:rPr>
          <w:b/>
          <w:i w:val="0"/>
          <w:color w:val="2E5E8C"/>
          <w:u w:val="none"/>
        </w:rPr>
        <w:t xml:space="preserve">20) </w:t>
      </w:r>
      <w:r>
        <w:rPr>
          <w:b w:val="0"/>
          <w:i w:val="0"/>
          <w:u w:val="none"/>
        </w:rPr>
        <w:t xml:space="preserve">We </w:t>
      </w:r>
      <w:r>
        <w:rPr>
          <w:b w:val="0"/>
          <w:i w:val="0"/>
          <w:color w:val="666666"/>
          <w:u w:val="none"/>
        </w:rPr>
        <w:t>____________________________</w:t>
      </w:r>
      <w:r>
        <w:rPr>
          <w:b w:val="0"/>
          <w:i w:val="0"/>
          <w:u w:val="none"/>
        </w:rPr>
        <w:t xml:space="preserve"> (study) English now.</w:t>
      </w:r>
    </w:p>
    <w:p>
      <w:r>
        <w:rPr>
          <w:b/>
          <w:i w:val="0"/>
          <w:color w:val="2E5E8C"/>
          <w:u w:val="none"/>
        </w:rPr>
        <w:t xml:space="preserve">21) </w:t>
      </w:r>
      <w:r>
        <w:rPr>
          <w:b w:val="0"/>
          <w:i w:val="0"/>
          <w:u w:val="none"/>
        </w:rPr>
        <w:t xml:space="preserve">He </w:t>
      </w:r>
      <w:r>
        <w:rPr>
          <w:b w:val="0"/>
          <w:i w:val="0"/>
          <w:color w:val="666666"/>
          <w:u w:val="none"/>
        </w:rPr>
        <w:t>________________________</w:t>
      </w:r>
      <w:r>
        <w:rPr>
          <w:b w:val="0"/>
          <w:i w:val="0"/>
          <w:u w:val="none"/>
        </w:rPr>
        <w:t xml:space="preserve"> (read) a storybook.</w:t>
      </w:r>
    </w:p>
    <w:p>
      <w:r>
        <w:rPr>
          <w:b/>
          <w:i w:val="0"/>
          <w:color w:val="2E5E8C"/>
          <w:u w:val="none"/>
        </w:rPr>
        <w:t xml:space="preserve">22) </w:t>
      </w:r>
      <w:r>
        <w:rPr>
          <w:b w:val="0"/>
          <w:i w:val="0"/>
          <w:u w:val="none"/>
        </w:rPr>
        <w:t xml:space="preserve">The teacher </w:t>
      </w:r>
      <w:r>
        <w:rPr>
          <w:b w:val="0"/>
          <w:i w:val="0"/>
          <w:color w:val="666666"/>
          <w:u w:val="none"/>
        </w:rPr>
        <w:t>________________________</w:t>
      </w:r>
      <w:r>
        <w:rPr>
          <w:b w:val="0"/>
          <w:i w:val="0"/>
          <w:u w:val="none"/>
        </w:rPr>
        <w:t xml:space="preserve"> (talk) to the class.</w:t>
      </w:r>
    </w:p>
    <w:p>
      <w:r>
        <w:rPr>
          <w:b/>
          <w:i w:val="0"/>
          <w:color w:val="2E5E8C"/>
          <w:u w:val="none"/>
        </w:rPr>
        <w:t xml:space="preserve">23) </w:t>
      </w:r>
      <w:r>
        <w:rPr>
          <w:b w:val="0"/>
          <w:i w:val="0"/>
          <w:u w:val="none"/>
        </w:rPr>
        <w:t xml:space="preserve">You </w:t>
      </w:r>
      <w:r>
        <w:rPr>
          <w:b w:val="0"/>
          <w:i w:val="0"/>
          <w:color w:val="666666"/>
          <w:u w:val="none"/>
        </w:rPr>
        <w:t>__________________________</w:t>
      </w:r>
      <w:r>
        <w:rPr>
          <w:b w:val="0"/>
          <w:i w:val="0"/>
          <w:u w:val="none"/>
        </w:rPr>
        <w:t xml:space="preserve"> (sit) on the chair.</w:t>
      </w:r>
    </w:p>
    <w:p>
      <w:r>
        <w:rPr>
          <w:b/>
          <w:i w:val="0"/>
          <w:color w:val="2E5E8C"/>
          <w:u w:val="none"/>
        </w:rPr>
        <w:t xml:space="preserve">24) </w:t>
      </w:r>
      <w:r>
        <w:rPr>
          <w:b w:val="0"/>
          <w:i w:val="0"/>
          <w:u w:val="none"/>
        </w:rPr>
        <w:t xml:space="preserve">My friends </w:t>
      </w:r>
      <w:r>
        <w:rPr>
          <w:b w:val="0"/>
          <w:i w:val="0"/>
          <w:color w:val="666666"/>
          <w:u w:val="none"/>
        </w:rPr>
        <w:t>__________________________</w:t>
      </w:r>
      <w:r>
        <w:rPr>
          <w:b w:val="0"/>
          <w:i w:val="0"/>
          <w:u w:val="none"/>
        </w:rPr>
        <w:t xml:space="preserve"> (play) in the garden.</w:t>
      </w:r>
    </w:p>
    <w:p>
      <w:pPr>
        <w:spacing w:after="0"/>
      </w:pPr>
      <w:r>
        <w:rPr>
          <w:b w:val="0"/>
          <w:i w:val="0"/>
          <w:sz w:val="12"/>
          <w:u w:val="none"/>
        </w:rPr>
      </w:r>
    </w:p>
    <w:p>
      <w:pPr>
        <w:keepNext/>
        <w:spacing w:before="240" w:after="80"/>
        <w:pBdr>
          <w:bottom w:val="single" w:sz="10" w:color="2E5E8C" w:space="4"/>
        </w:pBdr>
      </w:pPr>
      <w:r>
        <w:rPr>
          <w:b/>
          <w:i w:val="0"/>
          <w:color w:val="2E5E8C"/>
          <w:sz w:val="26"/>
          <w:u w:val="none"/>
        </w:rPr>
        <w:t>Part D: Make questions</w:t>
      </w:r>
    </w:p>
    <w:p>
      <w:pPr>
        <w:spacing w:after="120"/>
      </w:pPr>
      <w:r>
        <w:rPr>
          <w:b w:val="0"/>
          <w:i w:val="0"/>
          <w:color w:val="2E5E8C"/>
          <w:sz w:val="20"/>
          <w:u w:val="none"/>
        </w:rPr>
        <w:t xml:space="preserve">▶ </w:t>
      </w:r>
      <w:r>
        <w:rPr>
          <w:b w:val="0"/>
          <w:i/>
          <w:color w:val="666666"/>
          <w:sz w:val="20"/>
          <w:u w:val="none"/>
        </w:rPr>
        <w:t>Change the sentences into questions.</w:t>
      </w:r>
    </w:p>
    <w:p>
      <w:pPr>
        <w:keepNext/>
        <w:spacing w:before="80"/>
      </w:pPr>
      <w:r>
        <w:rPr>
          <w:b/>
          <w:i w:val="0"/>
          <w:color w:val="2E5E8C"/>
          <w:u w:val="none"/>
        </w:rPr>
        <w:t xml:space="preserve">25) </w:t>
      </w:r>
      <w:r>
        <w:rPr>
          <w:b w:val="0"/>
          <w:i w:val="0"/>
          <w:u w:val="none"/>
        </w:rPr>
        <w:t>She is reading a book. → ___</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26) </w:t>
      </w:r>
      <w:r>
        <w:rPr>
          <w:b w:val="0"/>
          <w:i w:val="0"/>
          <w:u w:val="none"/>
        </w:rPr>
        <w:t>They are playing football. → ___</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27) </w:t>
      </w:r>
      <w:r>
        <w:rPr>
          <w:b w:val="0"/>
          <w:i w:val="0"/>
          <w:u w:val="none"/>
        </w:rPr>
        <w:t>He is writing on the board. → ___</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28) </w:t>
      </w:r>
      <w:r>
        <w:rPr>
          <w:b w:val="0"/>
          <w:i w:val="0"/>
          <w:u w:val="none"/>
        </w:rPr>
        <w:t>We are studying English. → ___</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29) </w:t>
      </w:r>
      <w:r>
        <w:rPr>
          <w:b w:val="0"/>
          <w:i w:val="0"/>
          <w:u w:val="none"/>
        </w:rPr>
        <w:t>You are sitting on the chair. → ___</w:t>
      </w:r>
    </w:p>
    <w:p>
      <w:pPr>
        <w:spacing w:after="200"/>
      </w:pPr>
      <w:r>
        <w:rPr>
          <w:b w:val="0"/>
          <w:i w:val="0"/>
          <w:color w:val="666666"/>
          <w:sz w:val="20"/>
          <w:u w:val="none"/>
        </w:rPr>
        <w:t>___________________________________________________________________________________________</w:t>
      </w:r>
    </w:p>
    <w:p>
      <w:pPr>
        <w:spacing w:after="0"/>
      </w:pPr>
      <w:r>
        <w:rPr>
          <w:b w:val="0"/>
          <w:i w:val="0"/>
          <w:sz w:val="12"/>
          <w:u w:val="none"/>
        </w:rPr>
      </w:r>
    </w:p>
    <w:p>
      <w:pPr>
        <w:keepNext/>
        <w:spacing w:before="240" w:after="80"/>
        <w:pBdr>
          <w:bottom w:val="single" w:sz="10" w:color="2E5E8C" w:space="4"/>
        </w:pBdr>
      </w:pPr>
      <w:r>
        <w:rPr>
          <w:b/>
          <w:i w:val="0"/>
          <w:color w:val="2E5E8C"/>
          <w:sz w:val="26"/>
          <w:u w:val="none"/>
        </w:rPr>
        <w:t>Part E: True or False</w:t>
      </w:r>
    </w:p>
    <w:p>
      <w:pPr>
        <w:spacing w:after="120"/>
      </w:pPr>
      <w:r>
        <w:rPr>
          <w:b w:val="0"/>
          <w:i w:val="0"/>
          <w:color w:val="2E5E8C"/>
          <w:sz w:val="20"/>
          <w:u w:val="none"/>
        </w:rPr>
        <w:t xml:space="preserve">▶ </w:t>
      </w:r>
      <w:r>
        <w:rPr>
          <w:b w:val="0"/>
          <w:i/>
          <w:color w:val="666666"/>
          <w:sz w:val="20"/>
          <w:u w:val="none"/>
        </w:rPr>
        <w:t>Read each sentence. Write T (True) or F (False).</w:t>
      </w:r>
    </w:p>
    <w:p>
      <w:pPr>
        <w:keepNext/>
        <w:spacing w:before="80"/>
      </w:pPr>
      <w:r>
        <w:rPr>
          <w:b/>
          <w:i w:val="0"/>
          <w:color w:val="2E5E8C"/>
          <w:u w:val="none"/>
        </w:rPr>
        <w:t xml:space="preserve">30) </w:t>
      </w:r>
      <w:r>
        <w:rPr>
          <w:b w:val="0"/>
          <w:i w:val="0"/>
          <w:u w:val="none"/>
        </w:rPr>
        <w:t>We use 'am' with he and she.</w:t>
      </w:r>
    </w:p>
    <w:p>
      <w:pPr>
        <w:ind w:left="340"/>
      </w:pPr>
      <w:r>
        <w:rPr>
          <w:b w:val="0"/>
          <w:i w:val="0"/>
          <w:sz w:val="20"/>
          <w:u w:val="none"/>
        </w:rPr>
        <w:t>(     ) True      (     ) False</w:t>
      </w:r>
    </w:p>
    <w:p>
      <w:pPr>
        <w:keepNext/>
        <w:spacing w:before="80"/>
      </w:pPr>
      <w:r>
        <w:rPr>
          <w:b/>
          <w:i w:val="0"/>
          <w:color w:val="2E5E8C"/>
          <w:u w:val="none"/>
        </w:rPr>
        <w:t xml:space="preserve">31) </w:t>
      </w:r>
      <w:r>
        <w:rPr>
          <w:b w:val="0"/>
          <w:i w:val="0"/>
          <w:u w:val="none"/>
        </w:rPr>
        <w:t>The -ing form of 'run' is 'running'.</w:t>
      </w:r>
    </w:p>
    <w:p>
      <w:pPr>
        <w:ind w:left="340"/>
      </w:pPr>
      <w:r>
        <w:rPr>
          <w:b w:val="0"/>
          <w:i w:val="0"/>
          <w:sz w:val="20"/>
          <w:u w:val="none"/>
        </w:rPr>
        <w:t>(     ) True      (     ) False</w:t>
      </w:r>
    </w:p>
    <w:p>
      <w:pPr>
        <w:keepNext/>
        <w:spacing w:before="80"/>
      </w:pPr>
      <w:r>
        <w:rPr>
          <w:b/>
          <w:i w:val="0"/>
          <w:color w:val="2E5E8C"/>
          <w:u w:val="none"/>
        </w:rPr>
        <w:t xml:space="preserve">32) </w:t>
      </w:r>
      <w:r>
        <w:rPr>
          <w:b w:val="0"/>
          <w:i w:val="0"/>
          <w:u w:val="none"/>
        </w:rPr>
        <w:t>'They is playing' is a correct sentence.</w:t>
      </w:r>
    </w:p>
    <w:p>
      <w:pPr>
        <w:ind w:left="340"/>
      </w:pPr>
      <w:r>
        <w:rPr>
          <w:b w:val="0"/>
          <w:i w:val="0"/>
          <w:sz w:val="20"/>
          <w:u w:val="none"/>
        </w:rPr>
        <w:t>(     ) True      (     ) False</w:t>
      </w:r>
    </w:p>
    <w:p>
      <w:pPr>
        <w:keepNext/>
        <w:spacing w:before="80"/>
      </w:pPr>
      <w:r>
        <w:rPr>
          <w:b/>
          <w:i w:val="0"/>
          <w:color w:val="2E5E8C"/>
          <w:u w:val="none"/>
        </w:rPr>
        <w:t xml:space="preserve">33) </w:t>
      </w:r>
      <w:r>
        <w:rPr>
          <w:b w:val="0"/>
          <w:i w:val="0"/>
          <w:u w:val="none"/>
        </w:rPr>
        <w:t>We use Present Continuous for actions happening now.</w:t>
      </w:r>
    </w:p>
    <w:p>
      <w:pPr>
        <w:ind w:left="340"/>
      </w:pPr>
      <w:r>
        <w:rPr>
          <w:b w:val="0"/>
          <w:i w:val="0"/>
          <w:sz w:val="20"/>
          <w:u w:val="none"/>
        </w:rPr>
        <w:t>(     ) True      (     ) False</w:t>
      </w:r>
    </w:p>
    <w:p>
      <w:pPr>
        <w:keepNext/>
        <w:spacing w:before="80"/>
      </w:pPr>
      <w:r>
        <w:rPr>
          <w:b/>
          <w:i w:val="0"/>
          <w:color w:val="2E5E8C"/>
          <w:u w:val="none"/>
        </w:rPr>
        <w:t xml:space="preserve">34) </w:t>
      </w:r>
      <w:r>
        <w:rPr>
          <w:b w:val="0"/>
          <w:i w:val="0"/>
          <w:u w:val="none"/>
        </w:rPr>
        <w:t>The -ing form of 'write' is 'writeing'.</w:t>
      </w:r>
    </w:p>
    <w:p>
      <w:pPr>
        <w:ind w:left="340"/>
      </w:pPr>
      <w:r>
        <w:rPr>
          <w:b w:val="0"/>
          <w:i w:val="0"/>
          <w:sz w:val="20"/>
          <w:u w:val="none"/>
        </w:rPr>
        <w:t>(     ) True      (     ) False</w:t>
      </w:r>
    </w:p>
    <w:p>
      <w:pPr>
        <w:spacing w:after="0"/>
      </w:pPr>
      <w:r>
        <w:br w:type="page"/>
      </w:r>
    </w:p>
    <w:p>
      <w:pPr>
        <w:keepNext/>
        <w:spacing w:before="240" w:after="80"/>
        <w:pBdr>
          <w:bottom w:val="single" w:sz="10" w:color="2E5E8C" w:space="4"/>
        </w:pBdr>
      </w:pPr>
      <w:r>
        <w:rPr>
          <w:b/>
          <w:i w:val="0"/>
          <w:color w:val="2E5E8C"/>
          <w:sz w:val="26"/>
          <w:u w:val="none"/>
        </w:rPr>
        <w:t>Part F: Reading Comprehension</w:t>
      </w:r>
    </w:p>
    <w:p>
      <w:pPr>
        <w:jc w:val="both"/>
      </w:pPr>
      <w:r>
        <w:rPr>
          <w:b w:val="0"/>
          <w:i w:val="0"/>
          <w:u w:val="none"/>
        </w:rPr>
        <w:t>Read the text and answer the questions.</w:t>
        <w:br/>
        <w:br/>
        <w:t>It is Monday morning. The students are in the classroom. Sarah is reading a book about animals. Tom is writing his name on the board. Ali and Ayşe are talking about the lesson. The teacher is standing near the door. Mehmet is looking out the window. He is watching the birds in the garden. The cats are sleeping under the tree. Everyone is happy.</w:t>
      </w:r>
    </w:p>
    <w:p>
      <w:pPr>
        <w:keepNext/>
        <w:spacing w:before="80"/>
      </w:pPr>
      <w:r>
        <w:rPr>
          <w:b/>
          <w:i w:val="0"/>
          <w:color w:val="2E5E8C"/>
          <w:u w:val="none"/>
        </w:rPr>
        <w:t xml:space="preserve">35) </w:t>
      </w:r>
      <w:r>
        <w:rPr>
          <w:b w:val="0"/>
          <w:i w:val="0"/>
          <w:u w:val="none"/>
        </w:rPr>
        <w:t>What is Sarah doing?</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36) </w:t>
      </w:r>
      <w:r>
        <w:rPr>
          <w:b w:val="0"/>
          <w:i w:val="0"/>
          <w:u w:val="none"/>
        </w:rPr>
        <w:t>Where is the teacher standing?</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37) </w:t>
      </w:r>
      <w:r>
        <w:rPr>
          <w:b w:val="0"/>
          <w:i w:val="0"/>
          <w:u w:val="none"/>
        </w:rPr>
        <w:t>What is Tom writing on the board?</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38) </w:t>
      </w:r>
      <w:r>
        <w:rPr>
          <w:b w:val="0"/>
          <w:i w:val="0"/>
          <w:u w:val="none"/>
        </w:rPr>
        <w:t>What is Mehmet watching?</w:t>
      </w:r>
    </w:p>
    <w:p>
      <w:pPr>
        <w:spacing w:after="200"/>
      </w:pPr>
      <w:r>
        <w:rPr>
          <w:b w:val="0"/>
          <w:i w:val="0"/>
          <w:color w:val="666666"/>
          <w:sz w:val="20"/>
          <w:u w:val="none"/>
        </w:rPr>
        <w:t>___________________________________________________________________________________________</w:t>
      </w:r>
    </w:p>
    <w:p>
      <w:pPr>
        <w:keepNext/>
        <w:spacing w:before="80"/>
      </w:pPr>
      <w:r>
        <w:rPr>
          <w:b/>
          <w:i w:val="0"/>
          <w:color w:val="2E5E8C"/>
          <w:u w:val="none"/>
        </w:rPr>
        <w:t xml:space="preserve">39) </w:t>
      </w:r>
      <w:r>
        <w:rPr>
          <w:b w:val="0"/>
          <w:i w:val="0"/>
          <w:u w:val="none"/>
        </w:rPr>
        <w:t>Where are the cats sleeping?</w:t>
      </w:r>
    </w:p>
    <w:p>
      <w:pPr>
        <w:spacing w:after="200"/>
      </w:pPr>
      <w:r>
        <w:rPr>
          <w:b w:val="0"/>
          <w:i w:val="0"/>
          <w:color w:val="666666"/>
          <w:sz w:val="20"/>
          <w:u w:val="none"/>
        </w:rPr>
        <w:t>___________________________________________________________________________________________</w:t>
      </w:r>
    </w:p>
    <w:p>
      <w:pPr>
        <w:spacing w:after="0"/>
      </w:pPr>
      <w:r>
        <w:rPr>
          <w:b w:val="0"/>
          <w:i w:val="0"/>
          <w:sz w:val="12"/>
          <w:u w:val="none"/>
        </w:rPr>
      </w:r>
    </w:p>
    <w:p>
      <w:pPr>
        <w:keepNext/>
        <w:spacing w:before="240" w:after="80"/>
        <w:pBdr>
          <w:bottom w:val="single" w:sz="10" w:color="2E5E8C" w:space="4"/>
        </w:pBdr>
      </w:pPr>
      <w:r>
        <w:rPr>
          <w:b/>
          <w:i w:val="0"/>
          <w:color w:val="2E5E8C"/>
          <w:sz w:val="26"/>
          <w:u w:val="none"/>
        </w:rPr>
        <w:t>Part G: Writing</w:t>
      </w:r>
    </w:p>
    <w:p>
      <w:pPr>
        <w:spacing w:after="120"/>
      </w:pPr>
      <w:r>
        <w:rPr>
          <w:b w:val="0"/>
          <w:i w:val="0"/>
          <w:color w:val="2E5E8C"/>
          <w:sz w:val="20"/>
          <w:u w:val="none"/>
        </w:rPr>
        <w:t xml:space="preserve">▶ </w:t>
      </w:r>
      <w:r>
        <w:rPr>
          <w:b w:val="0"/>
          <w:i/>
          <w:color w:val="666666"/>
          <w:sz w:val="20"/>
          <w:u w:val="none"/>
        </w:rPr>
        <w:t>Look at your classroom right now. Write 5 sentences about what your classmates are doing. Use the Present Continuous Tense.</w:t>
      </w:r>
    </w:p>
    <w:p>
      <w:pPr>
        <w:keepNext/>
        <w:spacing w:before="80"/>
      </w:pPr>
      <w:r>
        <w:rPr>
          <w:b/>
          <w:i w:val="0"/>
          <w:color w:val="2E5E8C"/>
          <w:u w:val="none"/>
        </w:rPr>
        <w:t xml:space="preserve">40) </w:t>
      </w:r>
      <w:r>
        <w:rPr>
          <w:b w:val="0"/>
          <w:i w:val="0"/>
          <w:u w:val="none"/>
        </w:rPr>
        <w:t>Write your sentences below:</w:t>
      </w:r>
    </w:p>
    <w:p>
      <w:pPr>
        <w:spacing w:after="200"/>
      </w:pPr>
      <w:r>
        <w:rPr>
          <w:b w:val="0"/>
          <w:i w:val="0"/>
          <w:color w:val="666666"/>
          <w:sz w:val="20"/>
          <w:u w:val="none"/>
        </w:rPr>
        <w:t>___________________________________________________________________________________________</w:t>
      </w:r>
    </w:p>
    <w:p>
      <w:pPr>
        <w:spacing w:after="200"/>
      </w:pPr>
      <w:r>
        <w:rPr>
          <w:b w:val="0"/>
          <w:i w:val="0"/>
          <w:color w:val="666666"/>
          <w:sz w:val="20"/>
          <w:u w:val="none"/>
        </w:rPr>
        <w:t>___________________________________________________________________________________________</w:t>
      </w:r>
    </w:p>
    <w:p>
      <w:pPr>
        <w:spacing w:after="200"/>
      </w:pPr>
      <w:r>
        <w:rPr>
          <w:b w:val="0"/>
          <w:i w:val="0"/>
          <w:color w:val="666666"/>
          <w:sz w:val="20"/>
          <w:u w:val="none"/>
        </w:rPr>
        <w:t>___________________________________________________________________________________________</w:t>
      </w:r>
    </w:p>
    <w:p>
      <w:pPr>
        <w:spacing w:after="200"/>
      </w:pPr>
      <w:r>
        <w:rPr>
          <w:b w:val="0"/>
          <w:i w:val="0"/>
          <w:color w:val="666666"/>
          <w:sz w:val="20"/>
          <w:u w:val="none"/>
        </w:rPr>
        <w:t>___________________________________________________________________________________________</w:t>
      </w:r>
    </w:p>
    <w:p>
      <w:pPr>
        <w:spacing w:after="200"/>
      </w:pPr>
      <w:r>
        <w:rPr>
          <w:b w:val="0"/>
          <w:i w:val="0"/>
          <w:color w:val="666666"/>
          <w:sz w:val="20"/>
          <w:u w:val="none"/>
        </w:rPr>
        <w:t>___________________________________________________________________________________________</w:t>
      </w:r>
    </w:p>
    <w:p>
      <w:pPr>
        <w:spacing w:after="200"/>
      </w:pPr>
      <w:r>
        <w:rPr>
          <w:b w:val="0"/>
          <w:i w:val="0"/>
          <w:color w:val="666666"/>
          <w:sz w:val="20"/>
          <w:u w:val="none"/>
        </w:rPr>
        <w:t>___________________________________________________________________________________________</w:t>
      </w:r>
    </w:p>
    <w:sectPr w:rsidR="00FC693F" w:rsidRPr="0006063C" w:rsidSect="00034616">
      <w:headerReference w:type="default" r:id="rId9"/>
      <w:footerReference w:type="default" r:id="rId10"/>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b w:val="0"/>
        <w:i w:val="0"/>
        <w:color w:val="666666"/>
        <w:sz w:val="18"/>
        <w:u w:val="none"/>
      </w:rPr>
      <w:t xml:space="preserve">Present Continuous Tense Worksheet   —   </w:t>
    </w:r>
    <w:r>
      <w:rPr>
        <w:b w:val="0"/>
        <w:i w:val="0"/>
        <w:color w:val="666666"/>
        <w:sz w:val="18"/>
        <w:u w:val="none"/>
      </w:rPr>
      <w:t xml:space="preserve">Page </w:t>
    </w:r>
    <w:r>
      <w:fldChar w:fldCharType="begin"/>
      <w:instrText xml:space="preserve">PAGE</w:instrText>
      <w:fldChar w:fldCharType="end"/>
    </w:r>
    <w:r>
      <w:rPr>
        <w:b w:val="0"/>
        <w:i w:val="0"/>
        <w:color w:val="666666"/>
        <w:sz w:val="18"/>
        <w:u w:val="none"/>
      </w:rP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color="CCCCCC" w:space="4"/>
      </w:pBdr>
    </w:pPr>
    <w:r/>
    <w:r>
      <w:rPr>
        <w:b w:val="0"/>
        <w:i w:val="0"/>
        <w:color w:val="666666"/>
        <w:sz w:val="18"/>
        <w:u w:val="none"/>
      </w:rPr>
      <w:t>Serdarli Primary School</w:t>
    </w:r>
    <w:r>
      <w:rPr>
        <w:b w:val="0"/>
        <w:i w:val="0"/>
        <w:color w:val="666666"/>
        <w:sz w:val="18"/>
        <w:u w:val="none"/>
      </w:rPr>
      <w:tab/>
      <w:t>English — Grade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33333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