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My School — Practice Worksheet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___ is a student. (Ali)</w:t>
      </w:r>
    </w:p>
    <w:p>
      <w:pPr>
        <w:spacing w:after="80"/>
        <w:ind w:left="340"/>
      </w:pPr>
      <w:r>
        <w:rPr>
          <w:b w:val="0"/>
          <w:i w:val="0"/>
          <w:u w:val="none"/>
        </w:rPr>
        <w:t>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___ is a teacher. (My mother)</w:t>
      </w:r>
    </w:p>
    <w:p>
      <w:pPr>
        <w:spacing w:after="80"/>
        <w:ind w:left="340"/>
      </w:pPr>
      <w:r>
        <w:rPr>
          <w:b w:val="0"/>
          <w:i w:val="0"/>
          <w:u w:val="none"/>
        </w:rPr>
        <w:t>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___ is on the board. (The picture)</w:t>
      </w:r>
    </w:p>
    <w:p>
      <w:pPr>
        <w:spacing w:after="80"/>
        <w:ind w:left="340"/>
      </w:pPr>
      <w:r>
        <w:rPr>
          <w:b w:val="0"/>
          <w:i w:val="0"/>
          <w:u w:val="none"/>
        </w:rPr>
        <w:t>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___ are in the classroom. (Ali and Sara)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___ are in the library. (My friends and I)</w:t>
      </w:r>
    </w:p>
    <w:p>
      <w:pPr>
        <w:spacing w:after="80"/>
        <w:ind w:left="340"/>
      </w:pPr>
      <w:r>
        <w:rPr>
          <w:b w:val="0"/>
          <w:i w:val="0"/>
          <w:u w:val="none"/>
        </w:rPr>
        <w:t>We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___ is my friend. (Leyla)</w:t>
      </w:r>
    </w:p>
    <w:p>
      <w:pPr>
        <w:spacing w:after="80"/>
        <w:ind w:left="340"/>
      </w:pPr>
      <w:r>
        <w:rPr>
          <w:b w:val="0"/>
          <w:i w:val="0"/>
          <w:u w:val="none"/>
        </w:rPr>
        <w:t>She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___ is very big. (Our school)</w:t>
      </w:r>
    </w:p>
    <w:p>
      <w:pPr>
        <w:spacing w:after="80"/>
        <w:ind w:left="340"/>
      </w:pPr>
      <w:r>
        <w:rPr>
          <w:b w:val="0"/>
          <w:i w:val="0"/>
          <w:u w:val="none"/>
        </w:rPr>
        <w:t>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___ are my books. (The books)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___ is near the door. (The table)</w:t>
      </w:r>
    </w:p>
    <w:p>
      <w:pPr>
        <w:spacing w:after="80"/>
        <w:ind w:left="340"/>
      </w:pPr>
      <w:r>
        <w:rPr>
          <w:b w:val="0"/>
          <w:i w:val="0"/>
          <w:u w:val="none"/>
        </w:rPr>
        <w:t>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___ are in the playground. (The students)</w:t>
      </w:r>
    </w:p>
    <w:p>
      <w:pPr>
        <w:spacing w:after="80"/>
        <w:ind w:left="340"/>
      </w:pPr>
      <w:r>
        <w:rPr>
          <w:b w:val="0"/>
          <w:i w:val="0"/>
          <w:u w:val="none"/>
        </w:rPr>
        <w:t>They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Ali and I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The computer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My father and my mother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The chairs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Sara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The pencil case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My friends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My brother and I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The board marker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Ali's books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I ___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She ___ my English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They ___ in the playground.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We ___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He ___ in the library.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It ___ a big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You ___ my friend.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The books ___ on the desk.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My mother ___ a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Ali and Sara ___ in the canteen.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I ___ in the gym.</w:t>
      </w:r>
    </w:p>
    <w:p>
      <w:pPr>
        <w:spacing w:after="80"/>
        <w:ind w:left="340"/>
      </w:pPr>
      <w:r>
        <w:rPr>
          <w:b w:val="0"/>
          <w:i w:val="0"/>
          <w:u w:val="none"/>
        </w:rPr>
        <w:t>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The picture ___ on the wall.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A) She are a student.  B) She is a student.  C) She am a student.  D) …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A) They is in the classroom.  B) They am in the classroom.  C) They ar…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A) I are a pupil.  B) I is a pupil.  C) I am a pupil.  D) I be a pupil…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A) The book are on the desk.  B) The book is on the desk.  C) The book…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A) We is in the library.  B) We am in the library.  C) We are in the l…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A) You is my friend.  B) You are my friend.  C) You am my friend.  D) …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A) He am my brother.  B) He are my brother.  C) He is my brother.  D) …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A) It are a pencil.  B) It am a pencil.  C) It is a pencil.  D) It be …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book / read / desk / chair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write / pencil / table / ruler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rubber / board / draw / window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listen / door / desk / window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table / chair / book / stand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pencil / open / ruler / book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close / canteen / library / computer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desk / table / chair / sit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playground / library / run / canteen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book / ruler / desk / colour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color w:val="666666"/>
          <w:sz w:val="18"/>
          <w:u w:val="none"/>
        </w:rPr>
        <w:t>I can read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read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color w:val="666666"/>
          <w:sz w:val="18"/>
          <w:u w:val="none"/>
        </w:rPr>
        <w:t>She can write her name.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write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color w:val="666666"/>
          <w:sz w:val="18"/>
          <w:u w:val="none"/>
        </w:rPr>
        <w:t>We can play football in the playground.</w:t>
      </w:r>
    </w:p>
    <w:p>
      <w:pPr>
        <w:spacing w:after="80"/>
        <w:ind w:left="340"/>
      </w:pPr>
      <w:r>
        <w:rPr>
          <w:b w:val="0"/>
          <w:i w:val="0"/>
          <w:u w:val="none"/>
        </w:rPr>
        <w:t>play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color w:val="666666"/>
          <w:sz w:val="18"/>
          <w:u w:val="none"/>
        </w:rPr>
        <w:t>Can you open the window, please?</w:t>
      </w:r>
    </w:p>
    <w:p>
      <w:pPr>
        <w:spacing w:after="80"/>
        <w:ind w:left="340"/>
      </w:pPr>
      <w:r>
        <w:rPr>
          <w:b w:val="0"/>
          <w:i w:val="0"/>
          <w:u w:val="none"/>
        </w:rPr>
        <w:t>open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color w:val="666666"/>
          <w:sz w:val="18"/>
          <w:u w:val="none"/>
        </w:rPr>
        <w:t>Please close the door.</w:t>
      </w:r>
    </w:p>
    <w:p>
      <w:pPr>
        <w:spacing w:after="80"/>
        <w:ind w:left="340"/>
      </w:pPr>
      <w:r>
        <w:rPr>
          <w:b w:val="0"/>
          <w:i w:val="0"/>
          <w:u w:val="none"/>
        </w:rPr>
        <w:t>close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color w:val="666666"/>
          <w:sz w:val="18"/>
          <w:u w:val="none"/>
        </w:rPr>
        <w:t>Listen to the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listen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color w:val="666666"/>
          <w:sz w:val="18"/>
          <w:u w:val="none"/>
        </w:rPr>
        <w:t>Look at the board.</w:t>
      </w:r>
    </w:p>
    <w:p>
      <w:pPr>
        <w:spacing w:after="80"/>
        <w:ind w:left="340"/>
      </w:pPr>
      <w:r>
        <w:rPr>
          <w:b w:val="0"/>
          <w:i w:val="0"/>
          <w:u w:val="none"/>
        </w:rPr>
        <w:t>look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color w:val="666666"/>
          <w:sz w:val="18"/>
          <w:u w:val="none"/>
        </w:rPr>
        <w:t>Stand up, please.</w:t>
      </w:r>
    </w:p>
    <w:p>
      <w:pPr>
        <w:spacing w:after="80"/>
        <w:ind w:left="340"/>
      </w:pPr>
      <w:r>
        <w:rPr>
          <w:b w:val="0"/>
          <w:i w:val="0"/>
          <w:u w:val="none"/>
        </w:rPr>
        <w:t>stand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color w:val="666666"/>
          <w:sz w:val="18"/>
          <w:u w:val="none"/>
        </w:rPr>
        <w:t>Please sit on the chair.</w:t>
      </w:r>
    </w:p>
    <w:p>
      <w:pPr>
        <w:spacing w:after="80"/>
        <w:ind w:left="340"/>
      </w:pPr>
      <w:r>
        <w:rPr>
          <w:b w:val="0"/>
          <w:i w:val="0"/>
          <w:u w:val="none"/>
        </w:rPr>
        <w:t>sit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color w:val="666666"/>
          <w:sz w:val="18"/>
          <w:u w:val="none"/>
        </w:rPr>
        <w:t>Let's draw a picture.</w:t>
      </w:r>
    </w:p>
    <w:p>
      <w:pPr>
        <w:spacing w:after="80"/>
        <w:ind w:left="340"/>
      </w:pPr>
      <w:r>
        <w:rPr>
          <w:b w:val="0"/>
          <w:i w:val="0"/>
          <w:u w:val="none"/>
        </w:rPr>
        <w:t>draw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color w:val="666666"/>
          <w:sz w:val="18"/>
          <w:u w:val="none"/>
        </w:rPr>
        <w:t>read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reading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color w:val="666666"/>
          <w:sz w:val="18"/>
          <w:u w:val="none"/>
        </w:rPr>
        <w:t>play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playing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color w:val="666666"/>
          <w:sz w:val="18"/>
          <w:u w:val="none"/>
        </w:rPr>
        <w:t>draw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drawing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color w:val="666666"/>
          <w:sz w:val="18"/>
          <w:u w:val="none"/>
        </w:rPr>
        <w:t>listen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listening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65) </w:t>
      </w:r>
      <w:r>
        <w:rPr>
          <w:b w:val="0"/>
          <w:i w:val="0"/>
          <w:color w:val="666666"/>
          <w:sz w:val="18"/>
          <w:u w:val="none"/>
        </w:rPr>
        <w:t>look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looking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66) </w:t>
      </w:r>
      <w:r>
        <w:rPr>
          <w:b w:val="0"/>
          <w:i w:val="0"/>
          <w:color w:val="666666"/>
          <w:sz w:val="18"/>
          <w:u w:val="none"/>
        </w:rPr>
        <w:t>stand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standing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67) </w:t>
      </w:r>
      <w:r>
        <w:rPr>
          <w:b w:val="0"/>
          <w:i w:val="0"/>
          <w:color w:val="666666"/>
          <w:sz w:val="18"/>
          <w:u w:val="none"/>
        </w:rPr>
        <w:t>open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opening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68) </w:t>
      </w:r>
      <w:r>
        <w:rPr>
          <w:b w:val="0"/>
          <w:i w:val="0"/>
          <w:color w:val="666666"/>
          <w:sz w:val="18"/>
          <w:u w:val="none"/>
        </w:rPr>
        <w:t>colour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colouring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69) </w:t>
      </w:r>
      <w:r>
        <w:rPr>
          <w:b w:val="0"/>
          <w:i w:val="0"/>
          <w:color w:val="666666"/>
          <w:sz w:val="18"/>
          <w:u w:val="none"/>
        </w:rPr>
        <w:t>count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counting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70) </w:t>
      </w:r>
      <w:r>
        <w:rPr>
          <w:b w:val="0"/>
          <w:i w:val="0"/>
          <w:color w:val="666666"/>
          <w:sz w:val="18"/>
          <w:u w:val="none"/>
        </w:rPr>
        <w:t>watch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watching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71) </w:t>
      </w:r>
      <w:r>
        <w:rPr>
          <w:b w:val="0"/>
          <w:i w:val="0"/>
          <w:color w:val="666666"/>
          <w:sz w:val="18"/>
          <w:u w:val="none"/>
        </w:rPr>
        <w:t>sing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singing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72) </w:t>
      </w:r>
      <w:r>
        <w:rPr>
          <w:b w:val="0"/>
          <w:i w:val="0"/>
          <w:color w:val="666666"/>
          <w:sz w:val="18"/>
          <w:u w:val="none"/>
        </w:rPr>
        <w:t>eat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eating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73) </w:t>
      </w:r>
      <w:r>
        <w:rPr>
          <w:b w:val="0"/>
          <w:i w:val="0"/>
          <w:color w:val="666666"/>
          <w:sz w:val="18"/>
          <w:u w:val="none"/>
        </w:rPr>
        <w:t>play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74) </w:t>
      </w:r>
      <w:r>
        <w:rPr>
          <w:b w:val="0"/>
          <w:i w:val="0"/>
          <w:color w:val="666666"/>
          <w:sz w:val="18"/>
          <w:u w:val="none"/>
        </w:rPr>
        <w:t>listen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75) </w:t>
      </w:r>
      <w:r>
        <w:rPr>
          <w:b w:val="0"/>
          <w:i w:val="0"/>
          <w:color w:val="666666"/>
          <w:sz w:val="18"/>
          <w:u w:val="none"/>
        </w:rPr>
        <w:t>open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76) </w:t>
      </w:r>
      <w:r>
        <w:rPr>
          <w:b w:val="0"/>
          <w:i w:val="0"/>
          <w:color w:val="666666"/>
          <w:sz w:val="18"/>
          <w:u w:val="none"/>
        </w:rPr>
        <w:t>watch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77) </w:t>
      </w:r>
      <w:r>
        <w:rPr>
          <w:b w:val="0"/>
          <w:i w:val="0"/>
          <w:color w:val="666666"/>
          <w:sz w:val="18"/>
          <w:u w:val="none"/>
        </w:rPr>
        <w:t>count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78) </w:t>
      </w:r>
      <w:r>
        <w:rPr>
          <w:b w:val="0"/>
          <w:i w:val="0"/>
          <w:color w:val="666666"/>
          <w:sz w:val="18"/>
          <w:u w:val="none"/>
        </w:rPr>
        <w:t>draw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79) </w:t>
      </w:r>
      <w:r>
        <w:rPr>
          <w:b w:val="0"/>
          <w:i w:val="0"/>
          <w:color w:val="666666"/>
          <w:sz w:val="18"/>
          <w:u w:val="none"/>
        </w:rPr>
        <w:t>colour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80) </w:t>
      </w:r>
      <w:r>
        <w:rPr>
          <w:b w:val="0"/>
          <w:i w:val="0"/>
          <w:color w:val="666666"/>
          <w:sz w:val="18"/>
          <w:u w:val="none"/>
        </w:rPr>
        <w:t>sing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81) </w:t>
      </w:r>
      <w:r>
        <w:rPr>
          <w:b w:val="0"/>
          <w:i w:val="0"/>
          <w:color w:val="666666"/>
          <w:sz w:val="18"/>
          <w:u w:val="none"/>
        </w:rPr>
        <w:t>write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writing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82) </w:t>
      </w:r>
      <w:r>
        <w:rPr>
          <w:b w:val="0"/>
          <w:i w:val="0"/>
          <w:color w:val="666666"/>
          <w:sz w:val="18"/>
          <w:u w:val="none"/>
        </w:rPr>
        <w:t>close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closing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83) </w:t>
      </w:r>
      <w:r>
        <w:rPr>
          <w:b w:val="0"/>
          <w:i w:val="0"/>
          <w:color w:val="666666"/>
          <w:sz w:val="18"/>
          <w:u w:val="none"/>
        </w:rPr>
        <w:t>use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using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84) </w:t>
      </w:r>
      <w:r>
        <w:rPr>
          <w:b w:val="0"/>
          <w:i w:val="0"/>
          <w:color w:val="666666"/>
          <w:sz w:val="18"/>
          <w:u w:val="none"/>
        </w:rPr>
        <w:t>dance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dancing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85) </w:t>
      </w:r>
      <w:r>
        <w:rPr>
          <w:b w:val="0"/>
          <w:i w:val="0"/>
          <w:color w:val="666666"/>
          <w:sz w:val="18"/>
          <w:u w:val="none"/>
        </w:rPr>
        <w:t>glue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gluing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86) </w:t>
      </w:r>
      <w:r>
        <w:rPr>
          <w:b w:val="0"/>
          <w:i w:val="0"/>
          <w:color w:val="666666"/>
          <w:sz w:val="18"/>
          <w:u w:val="none"/>
        </w:rPr>
        <w:t>ride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riding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87) </w:t>
      </w:r>
      <w:r>
        <w:rPr>
          <w:b w:val="0"/>
          <w:i w:val="0"/>
          <w:color w:val="666666"/>
          <w:sz w:val="18"/>
          <w:u w:val="none"/>
        </w:rPr>
        <w:t>make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making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88) </w:t>
      </w:r>
      <w:r>
        <w:rPr>
          <w:b w:val="0"/>
          <w:i w:val="0"/>
          <w:color w:val="666666"/>
          <w:sz w:val="18"/>
          <w:u w:val="none"/>
        </w:rPr>
        <w:t>come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coming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89) </w:t>
      </w:r>
      <w:r>
        <w:rPr>
          <w:b w:val="0"/>
          <w:i w:val="0"/>
          <w:color w:val="666666"/>
          <w:sz w:val="18"/>
          <w:u w:val="none"/>
        </w:rPr>
        <w:t>write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90) </w:t>
      </w:r>
      <w:r>
        <w:rPr>
          <w:b w:val="0"/>
          <w:i w:val="0"/>
          <w:color w:val="666666"/>
          <w:sz w:val="18"/>
          <w:u w:val="none"/>
        </w:rPr>
        <w:t>close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91) </w:t>
      </w:r>
      <w:r>
        <w:rPr>
          <w:b w:val="0"/>
          <w:i w:val="0"/>
          <w:color w:val="666666"/>
          <w:sz w:val="18"/>
          <w:u w:val="none"/>
        </w:rPr>
        <w:t>run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running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92) </w:t>
      </w:r>
      <w:r>
        <w:rPr>
          <w:b w:val="0"/>
          <w:i w:val="0"/>
          <w:color w:val="666666"/>
          <w:sz w:val="18"/>
          <w:u w:val="none"/>
        </w:rPr>
        <w:t>sit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sitting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93) </w:t>
      </w:r>
      <w:r>
        <w:rPr>
          <w:b w:val="0"/>
          <w:i w:val="0"/>
          <w:color w:val="666666"/>
          <w:sz w:val="18"/>
          <w:u w:val="none"/>
        </w:rPr>
        <w:t>cut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cutting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94) </w:t>
      </w:r>
      <w:r>
        <w:rPr>
          <w:b w:val="0"/>
          <w:i w:val="0"/>
          <w:color w:val="666666"/>
          <w:sz w:val="18"/>
          <w:u w:val="none"/>
        </w:rPr>
        <w:t>swim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swimming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95) </w:t>
      </w:r>
      <w:r>
        <w:rPr>
          <w:b w:val="0"/>
          <w:i w:val="0"/>
          <w:color w:val="666666"/>
          <w:sz w:val="18"/>
          <w:u w:val="none"/>
        </w:rPr>
        <w:t>get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getting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96) </w:t>
      </w:r>
      <w:r>
        <w:rPr>
          <w:b w:val="0"/>
          <w:i w:val="0"/>
          <w:color w:val="666666"/>
          <w:sz w:val="18"/>
          <w:u w:val="none"/>
        </w:rPr>
        <w:t>put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putting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97) </w:t>
      </w:r>
      <w:r>
        <w:rPr>
          <w:b w:val="0"/>
          <w:i w:val="0"/>
          <w:color w:val="666666"/>
          <w:sz w:val="18"/>
          <w:u w:val="none"/>
        </w:rPr>
        <w:t>stop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stopping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98) </w:t>
      </w:r>
      <w:r>
        <w:rPr>
          <w:b w:val="0"/>
          <w:i w:val="0"/>
          <w:color w:val="666666"/>
          <w:sz w:val="18"/>
          <w:u w:val="none"/>
        </w:rPr>
        <w:t>win →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winning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99) </w:t>
      </w:r>
      <w:r>
        <w:rPr>
          <w:b w:val="0"/>
          <w:i w:val="0"/>
          <w:color w:val="666666"/>
          <w:sz w:val="18"/>
          <w:u w:val="none"/>
        </w:rPr>
        <w:t>run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100) </w:t>
      </w:r>
      <w:r>
        <w:rPr>
          <w:b w:val="0"/>
          <w:i w:val="0"/>
          <w:color w:val="666666"/>
          <w:sz w:val="18"/>
          <w:u w:val="none"/>
        </w:rPr>
        <w:t>swim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