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Grade 4 - Unit 1: There is / There are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There is / There are - Count, Fill, Choose, Answer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Konu Anlatimi - There is / There are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DIKKAT: </w:t>
            </w:r>
            <w:r>
              <w:rPr>
                <w:b w:val="0"/>
                <w:i w:val="0"/>
                <w:u w:val="none"/>
              </w:rPr>
              <w:t xml:space="preserve">Tek nesne -&gt; </w:t>
            </w:r>
            <w:r>
              <w:rPr>
                <w:b/>
                <w:i w:val="0"/>
                <w:u w:val="none"/>
              </w:rPr>
              <w:t>There is</w:t>
            </w:r>
            <w:r>
              <w:rPr>
                <w:b w:val="0"/>
                <w:i w:val="0"/>
                <w:u w:val="none"/>
              </w:rPr>
              <w:t xml:space="preserve"> a book.   |   Cok nesne -&gt; </w:t>
            </w:r>
            <w:r>
              <w:rPr>
                <w:b/>
                <w:i w:val="0"/>
                <w:u w:val="none"/>
              </w:rPr>
              <w:t>There are</w:t>
            </w:r>
            <w:r>
              <w:rPr>
                <w:b w:val="0"/>
                <w:i w:val="0"/>
                <w:u w:val="none"/>
              </w:rPr>
              <w:t xml:space="preserve"> two books.</w:t>
            </w:r>
          </w:p>
        </w:tc>
      </w:tr>
    </w:tbl>
    <w:p>
      <w:pPr>
        <w:spacing w:after="0"/>
      </w:pPr>
    </w:p>
    <w:p>
      <w:pPr>
        <w:jc w:val="both"/>
      </w:pPr>
      <w:r>
        <w:rPr>
          <w:b w:val="0"/>
          <w:i w:val="0"/>
          <w:u w:val="none"/>
        </w:rPr>
        <w:t xml:space="preserve">There </w:t>
      </w:r>
      <w:r>
        <w:rPr>
          <w:b/>
          <w:i w:val="0"/>
          <w:u w:val="none"/>
        </w:rPr>
        <w:t>is</w:t>
      </w:r>
      <w:r>
        <w:rPr>
          <w:b w:val="0"/>
          <w:i w:val="0"/>
          <w:u w:val="none"/>
        </w:rPr>
        <w:t xml:space="preserve"> + tekil isim: There is a pen.  There </w:t>
      </w:r>
      <w:r>
        <w:rPr>
          <w:b/>
          <w:i w:val="0"/>
          <w:u w:val="none"/>
        </w:rPr>
        <w:t>are</w:t>
      </w:r>
      <w:r>
        <w:rPr>
          <w:b w:val="0"/>
          <w:i w:val="0"/>
          <w:u w:val="none"/>
        </w:rPr>
        <w:t xml:space="preserve"> + cogul isim: There are three pens.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___ a board in the classroom.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Tek nesne var -&gt; </w:t>
            </w:r>
            <w:r>
              <w:rPr>
                <w:b/>
                <w:i w:val="0"/>
                <w:u w:val="none"/>
              </w:rPr>
              <w:t>is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 xml:space="preserve">There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 a board in the classroom.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___ two windows in the classroom.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Iki nesne var, cogul -&gt; </w:t>
            </w:r>
            <w:r>
              <w:rPr>
                <w:b/>
                <w:i w:val="0"/>
                <w:u w:val="none"/>
              </w:rPr>
              <w:t>are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 xml:space="preserve">There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 xml:space="preserve"> two windows in the classroom.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1 - Look at the Pictures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Look at the picture. Choose There is or There are.</w:t>
      </w:r>
    </w:p>
    <w:p>
      <w:r>
        <w:drawing>
          <wp:inline xmlns:a="http://schemas.openxmlformats.org/drawingml/2006/main" xmlns:pic="http://schemas.openxmlformats.org/drawingml/2006/picture">
            <wp:extent cx="5400000" cy="11780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objec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7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center"/>
      </w:pPr>
      <w:r>
        <w:rPr>
          <w:b w:val="0"/>
          <w:i/>
          <w:color w:val="666666"/>
          <w:sz w:val="18"/>
          <w:u w:val="none"/>
        </w:rPr>
        <w:t>Look: pencil, ruler, rubber, school bag, chair, book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How many rubbers are there? There ___ one rubber.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How many objects are there? There ___ six objects.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11780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w-object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78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center"/>
      </w:pPr>
      <w:r>
        <w:rPr>
          <w:b w:val="0"/>
          <w:i/>
          <w:color w:val="666666"/>
          <w:sz w:val="18"/>
          <w:u w:val="none"/>
        </w:rPr>
        <w:t>Look: pen, computer, scissors, crayon, window, door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How many pens are there? ___ one pen.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There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There are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It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They are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How many objects are there? ___ six objects.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There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It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There are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Are there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2 - Fill in the Blanks (is / are)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Fill in the blanks with is or are.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door in the classroom.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windows in the classroom.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three books on the table.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computer in the room.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board in the classroom.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six chairs in the room.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 w:val="0"/>
                <w:i w:val="0"/>
                <w:u w:val="none"/>
              </w:rPr>
              <w:t xml:space="preserve">Tek isim: a book, one book -&gt; </w:t>
            </w:r>
            <w:r>
              <w:rPr>
                <w:b/>
                <w:i w:val="0"/>
                <w:u w:val="none"/>
              </w:rPr>
              <w:t>is</w:t>
            </w:r>
            <w:r>
              <w:rPr>
                <w:b w:val="0"/>
                <w:i w:val="0"/>
                <w:u w:val="none"/>
              </w:rPr>
              <w:t xml:space="preserve">.  Cogul isim: two books -&gt; </w:t>
            </w:r>
            <w:r>
              <w:rPr>
                <w:b/>
                <w:i w:val="0"/>
                <w:u w:val="none"/>
              </w:rPr>
              <w:t>are</w:t>
            </w:r>
            <w:r>
              <w:rPr>
                <w:b w:val="0"/>
                <w:i w:val="0"/>
                <w:u w:val="none"/>
              </w:rPr>
              <w:t>.</w:t>
            </w:r>
          </w:p>
        </w:tc>
      </w:tr>
    </w:tbl>
    <w:p>
      <w:pPr>
        <w:spacing w:after="0"/>
      </w:pP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pen in the school bag.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five pencils in the school bag.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one library in the school.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playgrounds in the school.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3 - One or More?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Count and fill in the blanks.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computer.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two computers.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book.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ten books in the library.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a door.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four doors in the school.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There ___ a table in the canteen.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There ___ eight windows in the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4 - Negative: isn't / aren't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DIKKAT: </w:t>
            </w:r>
            <w:r>
              <w:rPr>
                <w:b w:val="0"/>
                <w:i w:val="0"/>
                <w:u w:val="none"/>
              </w:rPr>
              <w:t xml:space="preserve">Olumsuz: There </w:t>
            </w:r>
            <w:r>
              <w:rPr>
                <w:b/>
                <w:i w:val="0"/>
                <w:u w:val="none"/>
              </w:rPr>
              <w:t>isn't</w:t>
            </w:r>
            <w:r>
              <w:rPr>
                <w:b w:val="0"/>
                <w:i w:val="0"/>
                <w:u w:val="none"/>
              </w:rPr>
              <w:t xml:space="preserve"> a pen. (tek)   |   There </w:t>
            </w:r>
            <w:r>
              <w:rPr>
                <w:b/>
                <w:i w:val="0"/>
                <w:u w:val="none"/>
              </w:rPr>
              <w:t>aren't</w:t>
            </w:r>
            <w:r>
              <w:rPr>
                <w:b w:val="0"/>
                <w:i w:val="0"/>
                <w:u w:val="none"/>
              </w:rPr>
              <w:t xml:space="preserve"> two pens. (cok)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There ___ a computer in the classroom. (not)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Tek nesne -&gt; is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 xml:space="preserve">Olumsuz -&gt; is + not = </w:t>
            </w:r>
            <w:r>
              <w:rPr>
                <w:b/>
                <w:i w:val="0"/>
                <w:u w:val="none"/>
              </w:rPr>
              <w:t>isn't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 xml:space="preserve">There </w:t>
            </w:r>
            <w:r>
              <w:rPr>
                <w:b/>
                <w:i w:val="0"/>
                <w:u w:val="none"/>
              </w:rPr>
              <w:t>isn't</w:t>
            </w:r>
            <w:r>
              <w:rPr>
                <w:b w:val="0"/>
                <w:i w:val="0"/>
                <w:u w:val="none"/>
              </w:rPr>
              <w:t xml:space="preserve"> a computer in the classroom.</w:t>
            </w:r>
          </w:p>
        </w:tc>
      </w:tr>
    </w:tbl>
    <w:p>
      <w:pPr>
        <w:spacing w:after="0"/>
      </w:pP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a library in the school. (not)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two boards in the room. (not)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 xml:space="preserve"> six students in the classroom. (not)</w:t>
      </w:r>
    </w:p>
    <w:p>
      <w:pPr>
        <w:keepNext w:val="0"/>
        <w:spacing w:after="100"/>
        <w:ind w:left="340"/>
      </w:pPr>
      <w:r>
        <w:rPr>
          <w:b w:val="0"/>
          <w:i w:val="0"/>
          <w:u w:val="none"/>
        </w:rPr>
        <w:t xml:space="preserve">There </w:t>
      </w:r>
      <w:r>
        <w:rPr>
          <w:b w:val="0"/>
          <w:i w:val="0"/>
          <w:color w:val="666666"/>
          <w:u w:val="none"/>
        </w:rPr>
        <w:t>______________</w:t>
      </w:r>
      <w:r>
        <w:rPr>
          <w:b w:val="0"/>
          <w:i w:val="0"/>
          <w:u w:val="none"/>
        </w:rPr>
        <w:t xml:space="preserve"> a ball in the school bag. (not)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There ___ five windows in the classroom. (not)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There ___ a table in the playground. (not)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There isn't two books in the bag.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There aren't three chairs in the 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There isn't a door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5 - Question: Is there / Are there?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 w:val="0"/>
                <w:i w:val="0"/>
                <w:u w:val="none"/>
              </w:rPr>
              <w:t xml:space="preserve">Soru: </w:t>
            </w:r>
            <w:r>
              <w:rPr>
                <w:b/>
                <w:i w:val="0"/>
                <w:u w:val="none"/>
              </w:rPr>
              <w:t>Is there</w:t>
            </w:r>
            <w:r>
              <w:rPr>
                <w:b w:val="0"/>
                <w:i w:val="0"/>
                <w:u w:val="none"/>
              </w:rPr>
              <w:t xml:space="preserve"> a pen?   |   </w:t>
            </w:r>
            <w:r>
              <w:rPr>
                <w:b/>
                <w:i w:val="0"/>
                <w:u w:val="none"/>
              </w:rPr>
              <w:t>Are there</w:t>
            </w:r>
            <w:r>
              <w:rPr>
                <w:b w:val="0"/>
                <w:i w:val="0"/>
                <w:u w:val="none"/>
              </w:rPr>
              <w:t xml:space="preserve"> two pens?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___ there a library in the school?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Tek nesne -&gt; </w:t>
            </w:r>
            <w:r>
              <w:rPr>
                <w:b/>
                <w:i w:val="0"/>
                <w:u w:val="none"/>
              </w:rPr>
              <w:t>Is there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/>
                <w:i w:val="0"/>
                <w:u w:val="none"/>
              </w:rPr>
              <w:t>Is there</w:t>
            </w:r>
            <w:r>
              <w:rPr>
                <w:b w:val="0"/>
                <w:i w:val="0"/>
                <w:u w:val="none"/>
              </w:rPr>
              <w:t xml:space="preserve"> a library in the school?</w:t>
            </w:r>
          </w:p>
        </w:tc>
      </w:tr>
    </w:tbl>
    <w:p>
      <w:pPr>
        <w:spacing w:after="0"/>
      </w:pP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there a door in the classroom?</w:t>
      </w:r>
    </w:p>
    <w:p>
      <w:pPr>
        <w:keepNext w:val="0"/>
        <w:spacing w:after="100"/>
        <w:ind w:left="340"/>
      </w:pP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there two windows in the classroom?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___ there a playground in the school? Yes, there is.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___ there five students in the classroom?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Is there a book on the table? Yes, there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Are there two pens in the bag? No, there ___.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isn't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aren't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Make a question: ______ a library in the school? (one)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6 - There is / There are + in / on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 xml:space="preserve">There is a book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the table.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 xml:space="preserve">There are two chairs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the room.</w:t>
      </w:r>
    </w:p>
    <w:p>
      <w:pPr>
        <w:keepNext w:val="0"/>
        <w:spacing w:after="10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 xml:space="preserve">There is a computer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 xml:space="preserve"> the classroom.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There are three books ___ the table.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There is a picture ___ the classroom.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on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at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under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7 - How many ... 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REMEMBER: </w:t>
            </w:r>
            <w:r>
              <w:rPr>
                <w:b/>
                <w:i w:val="0"/>
                <w:u w:val="none"/>
              </w:rPr>
              <w:t>How many</w:t>
            </w:r>
            <w:r>
              <w:rPr>
                <w:b w:val="0"/>
                <w:i w:val="0"/>
                <w:u w:val="none"/>
              </w:rPr>
              <w:t xml:space="preserve"> + cogul isim: How many students are there?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  <w:u w:val="none"/>
              </w:rPr>
              <w:t>EXAMPLE</w:t>
            </w:r>
          </w:p>
          <w:p>
            <w:r>
              <w:rPr>
                <w:b w:val="0"/>
                <w:i w:val="0"/>
                <w:u w:val="none"/>
              </w:rPr>
              <w:t>___ students are there? Twenty students.</w:t>
            </w:r>
          </w:p>
          <w:p>
            <w:r>
              <w:rPr>
                <w:b w:val="0"/>
                <w:i/>
                <w:color w:val="666666"/>
                <w:sz w:val="20"/>
                <w:u w:val="none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 xml:space="preserve">Kac tane -&gt; </w:t>
            </w:r>
            <w:r>
              <w:rPr>
                <w:b/>
                <w:i w:val="0"/>
                <w:u w:val="none"/>
              </w:rPr>
              <w:t>How many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  <w:u w:val="none"/>
              </w:rPr>
              <w:t xml:space="preserve">2. </w:t>
            </w:r>
            <w:r>
              <w:rPr>
                <w:b/>
                <w:i w:val="0"/>
                <w:u w:val="none"/>
              </w:rPr>
              <w:t>How many</w:t>
            </w:r>
            <w:r>
              <w:rPr>
                <w:b w:val="0"/>
                <w:i w:val="0"/>
                <w:u w:val="none"/>
              </w:rPr>
              <w:t xml:space="preserve"> students are there?</w:t>
            </w:r>
          </w:p>
        </w:tc>
      </w:tr>
    </w:tbl>
    <w:p>
      <w:pPr>
        <w:spacing w:after="0"/>
      </w:pP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___ books are there? Five books.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How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How many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What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___ chairs are there? Twelve chairs.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How many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How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Where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Whose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How many books are there? (10)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Is there a library in your school?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Are there two boards in your classroom?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8 - Diyalog Alistirmasi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fill in the blanks.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38) </w:t>
      </w:r>
      <w:r>
        <w:rPr>
          <w:b/>
          <w:i w:val="0"/>
          <w:u w:val="none"/>
        </w:rPr>
        <w:t>Ali:</w:t>
      </w:r>
      <w:r>
        <w:rPr>
          <w:b w:val="0"/>
          <w:i w:val="0"/>
          <w:u w:val="none"/>
        </w:rPr>
        <w:t xml:space="preserve"> How many books are there?</w:t>
      </w:r>
    </w:p>
    <w:p>
      <w:pPr>
        <w:keepNext w:val="0"/>
        <w:spacing w:after="100"/>
        <w:ind w:left="340"/>
      </w:pPr>
      <w:r>
        <w:rPr>
          <w:b/>
          <w:i w:val="0"/>
          <w:u w:val="none"/>
        </w:rPr>
        <w:t>Sara:</w:t>
      </w:r>
      <w:r>
        <w:rPr>
          <w:b w:val="0"/>
          <w:i w:val="0"/>
          <w:u w:val="none"/>
        </w:rPr>
        <w:t xml:space="preserve"> There </w:t>
      </w:r>
      <w:r>
        <w:rPr>
          <w:b w:val="0"/>
          <w:i w:val="0"/>
          <w:color w:val="666666"/>
          <w:u w:val="none"/>
        </w:rPr>
        <w:t>__________</w:t>
      </w:r>
      <w:r>
        <w:rPr>
          <w:b w:val="0"/>
          <w:i w:val="0"/>
          <w:u w:val="none"/>
        </w:rPr>
        <w:t xml:space="preserve"> ten books.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39) </w:t>
      </w:r>
      <w:r>
        <w:rPr>
          <w:b/>
          <w:i w:val="0"/>
          <w:u w:val="none"/>
        </w:rPr>
        <w:t>Sara:</w:t>
      </w:r>
      <w:r>
        <w:rPr>
          <w:b w:val="0"/>
          <w:i w:val="0"/>
          <w:u w:val="none"/>
        </w:rPr>
        <w:t xml:space="preserve"> Is there a library in the school?</w:t>
      </w:r>
    </w:p>
    <w:p>
      <w:pPr>
        <w:keepNext w:val="0"/>
        <w:spacing w:after="100"/>
        <w:ind w:left="340"/>
      </w:pPr>
      <w:r>
        <w:rPr>
          <w:b/>
          <w:i w:val="0"/>
          <w:u w:val="none"/>
        </w:rPr>
        <w:t>Ali:</w:t>
      </w:r>
      <w:r>
        <w:rPr>
          <w:b w:val="0"/>
          <w:i w:val="0"/>
          <w:u w:val="none"/>
        </w:rPr>
        <w:t xml:space="preserve"> Yes, there </w:t>
      </w:r>
      <w:r>
        <w:rPr>
          <w:b w:val="0"/>
          <w:i w:val="0"/>
          <w:color w:val="666666"/>
          <w:u w:val="none"/>
        </w:rPr>
        <w:t>________</w:t>
      </w:r>
      <w:r>
        <w:rPr>
          <w:b w:val="0"/>
          <w:i w:val="0"/>
          <w:u w:val="none"/>
        </w:rPr>
        <w:t>.</w:t>
      </w:r>
    </w:p>
    <w:p>
      <w:pPr>
        <w:keepNext/>
        <w:spacing w:after="100"/>
      </w:pPr>
      <w:r>
        <w:rPr>
          <w:b/>
          <w:i w:val="0"/>
          <w:color w:val="2E5E8C"/>
          <w:u w:val="none"/>
        </w:rPr>
        <w:t xml:space="preserve">40) </w:t>
      </w:r>
      <w:r>
        <w:rPr>
          <w:b/>
          <w:i w:val="0"/>
          <w:u w:val="none"/>
        </w:rPr>
        <w:t>Tom:</w:t>
      </w:r>
      <w:r>
        <w:rPr>
          <w:b w:val="0"/>
          <w:i w:val="0"/>
          <w:u w:val="none"/>
        </w:rPr>
        <w:t xml:space="preserve"> Are there two computers in the room?</w:t>
      </w:r>
    </w:p>
    <w:p>
      <w:pPr>
        <w:keepNext w:val="0"/>
        <w:spacing w:after="100"/>
        <w:ind w:left="340"/>
      </w:pPr>
      <w:r>
        <w:rPr>
          <w:b/>
          <w:i w:val="0"/>
          <w:u w:val="none"/>
        </w:rPr>
        <w:t>Leyla:</w:t>
      </w:r>
      <w:r>
        <w:rPr>
          <w:b w:val="0"/>
          <w:i w:val="0"/>
          <w:u w:val="none"/>
        </w:rPr>
        <w:t xml:space="preserve"> No, there </w:t>
      </w:r>
      <w:r>
        <w:rPr>
          <w:b w:val="0"/>
          <w:i w:val="0"/>
          <w:color w:val="666666"/>
          <w:u w:val="none"/>
        </w:rPr>
        <w:t>________________</w:t>
      </w:r>
      <w:r>
        <w:rPr>
          <w:b w:val="0"/>
          <w:i w:val="0"/>
          <w:u w:val="none"/>
        </w:rPr>
        <w:t>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9 - Karisik Test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There ___ a school bag on the chair.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There ___ three crayons in the bag.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There ___ a computer in the office.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There ___ two playgrounds in the school.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There isn't a ___ in the classroom.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chairs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windows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door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books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There are eight ___ in the classroom.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chair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window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students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board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u w:val="none"/>
        </w:rPr>
        <w:t>___ there a playground in the school? Yes, there is.</w:t>
      </w:r>
    </w:p>
    <w:tbl>
      <w:tblPr>
        <w:tblW w:type="auto" w:w="0"/>
        <w:tblInd w:w="720" w:type="dxa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229"/>
        <w:gridCol w:w="2229"/>
        <w:gridCol w:w="2229"/>
        <w:gridCol w:w="2229"/>
      </w:tblGrid>
      <w:tr>
        <w:trPr>
          <w:cantSplit/>
        </w:trPr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Is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Are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Am</w:t>
            </w:r>
          </w:p>
        </w:tc>
        <w:tc>
          <w:tcPr>
            <w:tcW w:type="dxa" w:w="222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Do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u w:val="none"/>
        </w:rPr>
        <w:t>How many chairs are there? ___ twelve chairs.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There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There are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It is</w:t>
      </w:r>
    </w:p>
    <w:p>
      <w:pPr>
        <w:spacing w:after="40"/>
        <w:ind w:left="72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Is there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There are a book on the table.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There is a pen in the school bag.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u w:val="none"/>
        </w:rPr>
        <w:t>There isn't three windows in the classroom.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Bolum 10 - Writing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u w:val="none"/>
        </w:rPr>
        <w:t>Write five sentences about your classroom. Use: There is ... / There are ...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  <w:u w:val="none"/>
        </w:rPr>
        <w:t>___________________________________________________________________________________________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4 - Unit 1: There is / There are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