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10" w:color="2E5E8C" w:space="4"/>
        </w:pBdr>
      </w:pPr>
      <w:r>
        <w:rPr>
          <w:b/>
          <w:i w:val="0"/>
          <w:color w:val="2E5E8C"/>
          <w:sz w:val="28"/>
          <w:u w:val="none"/>
        </w:rPr>
        <w:t>Grade 4 - Unit 1: My School — Cevap Anahtarı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color w:val="666666"/>
          <w:sz w:val="18"/>
          <w:u w:val="none"/>
        </w:rPr>
        <w:t>Eşleştirme (6 çift)</w:t>
      </w:r>
    </w:p>
    <w:p>
      <w:pPr>
        <w:spacing w:after="80"/>
        <w:ind w:left="340"/>
      </w:pPr>
      <w:r>
        <w:rPr>
          <w:b w:val="0"/>
          <w:i w:val="0"/>
          <w:u w:val="none"/>
        </w:rPr>
        <w:t>1→C, 2→F, 3→A, 4→E, 5→B, 6→D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color w:val="666666"/>
          <w:sz w:val="18"/>
          <w:u w:val="none"/>
        </w:rPr>
        <w:t>What colour is it?</w:t>
      </w:r>
    </w:p>
    <w:p>
      <w:pPr>
        <w:spacing w:after="80"/>
        <w:ind w:left="340"/>
      </w:pPr>
      <w:r>
        <w:rPr>
          <w:b w:val="0"/>
          <w:i w:val="0"/>
          <w:u w:val="none"/>
        </w:rPr>
        <w:t>A) red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color w:val="666666"/>
          <w:sz w:val="18"/>
          <w:u w:val="none"/>
        </w:rPr>
        <w:t>What colour is it?</w:t>
      </w:r>
    </w:p>
    <w:p>
      <w:pPr>
        <w:spacing w:after="80"/>
        <w:ind w:left="340"/>
      </w:pPr>
      <w:r>
        <w:rPr>
          <w:b w:val="0"/>
          <w:i w:val="0"/>
          <w:u w:val="none"/>
        </w:rPr>
        <w:t>B) blue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color w:val="666666"/>
          <w:sz w:val="18"/>
          <w:u w:val="none"/>
        </w:rPr>
        <w:t>What colour is it?</w:t>
      </w:r>
    </w:p>
    <w:p>
      <w:pPr>
        <w:spacing w:after="80"/>
        <w:ind w:left="340"/>
      </w:pPr>
      <w:r>
        <w:rPr>
          <w:b w:val="0"/>
          <w:i w:val="0"/>
          <w:u w:val="none"/>
        </w:rPr>
        <w:t>C) yellow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color w:val="666666"/>
          <w:sz w:val="18"/>
          <w:u w:val="none"/>
        </w:rPr>
        <w:t>What colour is it?</w:t>
      </w:r>
    </w:p>
    <w:p>
      <w:pPr>
        <w:spacing w:after="80"/>
        <w:ind w:left="340"/>
      </w:pPr>
      <w:r>
        <w:rPr>
          <w:b w:val="0"/>
          <w:i w:val="0"/>
          <w:u w:val="none"/>
        </w:rPr>
        <w:t>D) green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color w:val="666666"/>
          <w:sz w:val="18"/>
          <w:u w:val="none"/>
        </w:rPr>
        <w:t>What colour is it?</w:t>
      </w:r>
    </w:p>
    <w:p>
      <w:pPr>
        <w:spacing w:after="80"/>
        <w:ind w:left="340"/>
      </w:pPr>
      <w:r>
        <w:rPr>
          <w:b w:val="0"/>
          <w:i w:val="0"/>
          <w:u w:val="none"/>
        </w:rPr>
        <w:t>A) orange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color w:val="666666"/>
          <w:sz w:val="18"/>
          <w:u w:val="none"/>
        </w:rPr>
        <w:t>What colour is it?</w:t>
      </w:r>
    </w:p>
    <w:p>
      <w:pPr>
        <w:spacing w:after="80"/>
        <w:ind w:left="340"/>
      </w:pPr>
      <w:r>
        <w:rPr>
          <w:b w:val="0"/>
          <w:i w:val="0"/>
          <w:u w:val="none"/>
        </w:rPr>
        <w:t>B) black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color w:val="666666"/>
          <w:sz w:val="18"/>
          <w:u w:val="none"/>
        </w:rPr>
        <w:t>1 = ___    2 = ___    3 =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one, two, three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color w:val="666666"/>
          <w:sz w:val="18"/>
          <w:u w:val="none"/>
        </w:rPr>
        <w:t>4 = ___    5 = ___    6 =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four, five, six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color w:val="666666"/>
          <w:sz w:val="18"/>
          <w:u w:val="none"/>
        </w:rPr>
        <w:t>7 = ___    8 = ___    9 = ___    10 =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seven, eight, nine, ten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color w:val="666666"/>
          <w:sz w:val="18"/>
          <w:u w:val="none"/>
        </w:rPr>
        <w:t>Eşleştirme (4 çift)</w:t>
      </w:r>
    </w:p>
    <w:p>
      <w:pPr>
        <w:spacing w:after="80"/>
        <w:ind w:left="340"/>
      </w:pPr>
      <w:r>
        <w:rPr>
          <w:b w:val="0"/>
          <w:i w:val="0"/>
          <w:u w:val="none"/>
        </w:rPr>
        <w:t>1→B, 2→D, 3→A, 4→C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color w:val="666666"/>
          <w:sz w:val="18"/>
          <w:u w:val="none"/>
        </w:rPr>
        <w:t>11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C) eleven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color w:val="666666"/>
          <w:sz w:val="18"/>
          <w:u w:val="none"/>
        </w:rPr>
        <w:t>15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D) fifteen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color w:val="666666"/>
          <w:sz w:val="18"/>
          <w:u w:val="none"/>
        </w:rPr>
        <w:t>18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A) eighteen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color w:val="666666"/>
          <w:sz w:val="18"/>
          <w:u w:val="none"/>
        </w:rPr>
        <w:t>20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B) twenty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color w:val="666666"/>
          <w:sz w:val="18"/>
          <w:u w:val="none"/>
        </w:rPr>
        <w:t>30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C) thirty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color w:val="666666"/>
          <w:sz w:val="18"/>
          <w:u w:val="none"/>
        </w:rPr>
        <w:t>50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D) fifty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color w:val="666666"/>
          <w:sz w:val="18"/>
          <w:u w:val="none"/>
        </w:rPr>
        <w:t>20 = ___    30 = ___    40 = ___    50 =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twenty, thirty, forty, fifty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color w:val="666666"/>
          <w:sz w:val="18"/>
          <w:u w:val="none"/>
        </w:rPr>
        <w:t>60 = ___    70 = ___    80 = ___    90 = ___    100 =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sixty, seventy, eighty, ninety, hundred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color w:val="666666"/>
          <w:sz w:val="18"/>
          <w:u w:val="none"/>
        </w:rPr>
        <w:t>10, 20, 30, 40, 50 ... Write two numbers after 50 (words).</w:t>
      </w:r>
    </w:p>
    <w:p>
      <w:pPr>
        <w:spacing w:after="80"/>
        <w:ind w:left="340"/>
      </w:pPr>
      <w:r>
        <w:rPr>
          <w:b w:val="0"/>
          <w:i w:val="0"/>
          <w:u w:val="none"/>
        </w:rPr>
        <w:t>sixty, seventy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 w:val="0"/>
          <w:color w:val="666666"/>
          <w:sz w:val="18"/>
          <w:u w:val="none"/>
        </w:rPr>
        <w:t>Eşleştirme (6 çift)</w:t>
      </w:r>
    </w:p>
    <w:p>
      <w:pPr>
        <w:spacing w:after="80"/>
        <w:ind w:left="340"/>
      </w:pPr>
      <w:r>
        <w:rPr>
          <w:b w:val="0"/>
          <w:i w:val="0"/>
          <w:u w:val="none"/>
        </w:rPr>
        <w:t>1→C, 2→F, 3→B, 4→E, 5→D, 6→A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color w:val="666666"/>
          <w:sz w:val="18"/>
          <w:u w:val="none"/>
        </w:rPr>
        <w:t>We write with a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pencil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color w:val="666666"/>
          <w:sz w:val="18"/>
          <w:u w:val="none"/>
        </w:rPr>
        <w:t>We erase with a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rubber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color w:val="666666"/>
          <w:sz w:val="18"/>
          <w:u w:val="none"/>
        </w:rPr>
        <w:t>We draw a line with a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ruler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color w:val="666666"/>
          <w:sz w:val="18"/>
          <w:u w:val="none"/>
        </w:rPr>
        <w:t>We put our books in a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school bag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color w:val="666666"/>
          <w:sz w:val="18"/>
          <w:u w:val="none"/>
        </w:rPr>
        <w:t>We sit on a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chair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color w:val="666666"/>
          <w:sz w:val="18"/>
          <w:u w:val="none"/>
        </w:rPr>
        <w:t>We look at it. It is big and black.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board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 w:val="0"/>
          <w:color w:val="666666"/>
          <w:sz w:val="18"/>
          <w:u w:val="none"/>
        </w:rPr>
        <w:t>We open it and look out.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window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29) </w:t>
      </w:r>
      <w:r>
        <w:rPr>
          <w:b w:val="0"/>
          <w:i w:val="0"/>
          <w:color w:val="666666"/>
          <w:sz w:val="18"/>
          <w:u w:val="none"/>
        </w:rPr>
        <w:t>We cut with it.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scissors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30) </w:t>
      </w:r>
      <w:r>
        <w:rPr>
          <w:b w:val="0"/>
          <w:i w:val="0"/>
          <w:color w:val="666666"/>
          <w:sz w:val="18"/>
          <w:u w:val="none"/>
        </w:rPr>
        <w:t>___ pencil</w:t>
      </w:r>
    </w:p>
    <w:p>
      <w:pPr>
        <w:spacing w:after="80"/>
        <w:ind w:left="340"/>
      </w:pPr>
      <w:r>
        <w:rPr>
          <w:b w:val="0"/>
          <w:i w:val="0"/>
          <w:u w:val="none"/>
        </w:rPr>
        <w:t>A) 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31) </w:t>
      </w:r>
      <w:r>
        <w:rPr>
          <w:b w:val="0"/>
          <w:i w:val="0"/>
          <w:color w:val="666666"/>
          <w:sz w:val="18"/>
          <w:u w:val="none"/>
        </w:rPr>
        <w:t>___ orange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32) </w:t>
      </w:r>
      <w:r>
        <w:rPr>
          <w:b w:val="0"/>
          <w:i w:val="0"/>
          <w:color w:val="666666"/>
          <w:sz w:val="18"/>
          <w:u w:val="none"/>
        </w:rPr>
        <w:t>___ eraser</w:t>
      </w:r>
    </w:p>
    <w:p>
      <w:pPr>
        <w:spacing w:after="80"/>
        <w:ind w:left="340"/>
      </w:pPr>
      <w:r>
        <w:rPr>
          <w:b w:val="0"/>
          <w:i w:val="0"/>
          <w:u w:val="none"/>
        </w:rPr>
        <w:t>C) an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33) </w:t>
      </w:r>
      <w:r>
        <w:rPr>
          <w:b w:val="0"/>
          <w:i w:val="0"/>
          <w:color w:val="666666"/>
          <w:sz w:val="18"/>
          <w:u w:val="none"/>
        </w:rPr>
        <w:t>___ book</w:t>
      </w:r>
    </w:p>
    <w:p>
      <w:pPr>
        <w:spacing w:after="80"/>
        <w:ind w:left="340"/>
      </w:pPr>
      <w:r>
        <w:rPr>
          <w:b w:val="0"/>
          <w:i w:val="0"/>
          <w:u w:val="none"/>
        </w:rPr>
        <w:t>D) 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34) </w:t>
      </w:r>
      <w:r>
        <w:rPr>
          <w:b w:val="0"/>
          <w:i w:val="0"/>
          <w:color w:val="666666"/>
          <w:sz w:val="18"/>
          <w:u w:val="none"/>
        </w:rPr>
        <w:t>___ ruler</w:t>
      </w:r>
    </w:p>
    <w:p>
      <w:pPr>
        <w:spacing w:after="80"/>
        <w:ind w:left="340"/>
      </w:pPr>
      <w:r>
        <w:rPr>
          <w:b w:val="0"/>
          <w:i w:val="0"/>
          <w:u w:val="none"/>
        </w:rPr>
        <w:t>A) 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35) </w:t>
      </w:r>
      <w:r>
        <w:rPr>
          <w:b w:val="0"/>
          <w:i w:val="0"/>
          <w:color w:val="666666"/>
          <w:sz w:val="18"/>
          <w:u w:val="none"/>
        </w:rPr>
        <w:t>___ object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36) </w:t>
      </w:r>
      <w:r>
        <w:rPr>
          <w:b w:val="0"/>
          <w:i w:val="0"/>
          <w:color w:val="666666"/>
          <w:sz w:val="18"/>
          <w:u w:val="none"/>
        </w:rPr>
        <w:t>It is ___ pen.  It is ___ ruler.  It is ___ orange.</w:t>
      </w:r>
    </w:p>
    <w:p>
      <w:pPr>
        <w:spacing w:after="80"/>
        <w:ind w:left="340"/>
      </w:pPr>
      <w:r>
        <w:rPr>
          <w:b w:val="0"/>
          <w:i w:val="0"/>
          <w:u w:val="none"/>
        </w:rPr>
        <w:t>a, a, an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37) </w:t>
      </w:r>
      <w:r>
        <w:rPr>
          <w:b w:val="0"/>
          <w:i w:val="0"/>
          <w:color w:val="666666"/>
          <w:sz w:val="18"/>
          <w:u w:val="none"/>
        </w:rPr>
        <w:t>I have got ___ book.  I have got ___ eraser.</w:t>
      </w:r>
    </w:p>
    <w:p>
      <w:pPr>
        <w:spacing w:after="80"/>
        <w:ind w:left="340"/>
      </w:pPr>
      <w:r>
        <w:rPr>
          <w:b w:val="0"/>
          <w:i w:val="0"/>
          <w:u w:val="none"/>
        </w:rPr>
        <w:t>a, an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38) </w:t>
      </w:r>
      <w:r>
        <w:rPr>
          <w:b w:val="0"/>
          <w:i w:val="0"/>
          <w:color w:val="666666"/>
          <w:sz w:val="18"/>
          <w:u w:val="none"/>
        </w:rPr>
        <w:t>1. ___________   2. ___________   3. ___________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pencil, ruler, rubber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39) </w:t>
      </w:r>
      <w:r>
        <w:rPr>
          <w:b w:val="0"/>
          <w:i w:val="0"/>
          <w:color w:val="666666"/>
          <w:sz w:val="18"/>
          <w:u w:val="none"/>
        </w:rPr>
        <w:t>4. ___________   5. ___________   6. ___________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school bag, chair, book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40) </w:t>
      </w:r>
      <w:r>
        <w:rPr>
          <w:b w:val="0"/>
          <w:i w:val="0"/>
          <w:color w:val="666666"/>
          <w:sz w:val="18"/>
          <w:u w:val="none"/>
        </w:rPr>
        <w:t>7. ___________   8. ___________   9. ___________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pen, computer, scissors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41) </w:t>
      </w:r>
      <w:r>
        <w:rPr>
          <w:b w:val="0"/>
          <w:i w:val="0"/>
          <w:color w:val="666666"/>
          <w:sz w:val="18"/>
          <w:u w:val="none"/>
        </w:rPr>
        <w:t>___ is a pen. (elimde)</w:t>
      </w:r>
    </w:p>
    <w:p>
      <w:pPr>
        <w:spacing w:after="80"/>
        <w:ind w:left="340"/>
      </w:pPr>
      <w:r>
        <w:rPr>
          <w:b w:val="0"/>
          <w:i w:val="0"/>
          <w:u w:val="none"/>
        </w:rPr>
        <w:t>C) This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42) </w:t>
      </w:r>
      <w:r>
        <w:rPr>
          <w:b w:val="0"/>
          <w:i w:val="0"/>
          <w:color w:val="666666"/>
          <w:sz w:val="18"/>
          <w:u w:val="none"/>
        </w:rPr>
        <w:t>___ is a door. (uzak)</w:t>
      </w:r>
    </w:p>
    <w:p>
      <w:pPr>
        <w:spacing w:after="80"/>
        <w:ind w:left="340"/>
      </w:pPr>
      <w:r>
        <w:rPr>
          <w:b w:val="0"/>
          <w:i w:val="0"/>
          <w:u w:val="none"/>
        </w:rPr>
        <w:t>D) That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43) </w:t>
      </w:r>
      <w:r>
        <w:rPr>
          <w:b w:val="0"/>
          <w:i w:val="0"/>
          <w:color w:val="666666"/>
          <w:sz w:val="18"/>
          <w:u w:val="none"/>
        </w:rPr>
        <w:t>___ is my chair. (yakınımda)</w:t>
      </w:r>
    </w:p>
    <w:p>
      <w:pPr>
        <w:spacing w:after="80"/>
        <w:ind w:left="340"/>
      </w:pPr>
      <w:r>
        <w:rPr>
          <w:b w:val="0"/>
          <w:i w:val="0"/>
          <w:u w:val="none"/>
        </w:rPr>
        <w:t>A) This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44) </w:t>
      </w:r>
      <w:r>
        <w:rPr>
          <w:b w:val="0"/>
          <w:i w:val="0"/>
          <w:color w:val="666666"/>
          <w:sz w:val="18"/>
          <w:u w:val="none"/>
        </w:rPr>
        <w:t>___ (yakın) is a book. ___ (uzak) is a window.</w:t>
      </w:r>
    </w:p>
    <w:p>
      <w:pPr>
        <w:spacing w:after="80"/>
        <w:ind w:left="340"/>
      </w:pPr>
      <w:r>
        <w:rPr>
          <w:b w:val="0"/>
          <w:i w:val="0"/>
          <w:u w:val="none"/>
        </w:rPr>
        <w:t>This, That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45) </w:t>
      </w:r>
      <w:r>
        <w:rPr>
          <w:b w:val="0"/>
          <w:i w:val="0"/>
          <w:color w:val="666666"/>
          <w:sz w:val="18"/>
          <w:u w:val="none"/>
        </w:rPr>
        <w:t>Eşleştirme (6 çift)</w:t>
      </w:r>
    </w:p>
    <w:p>
      <w:pPr>
        <w:spacing w:after="80"/>
        <w:ind w:left="340"/>
      </w:pPr>
      <w:r>
        <w:rPr>
          <w:b w:val="0"/>
          <w:i w:val="0"/>
          <w:u w:val="none"/>
        </w:rPr>
        <w:t>1→B, 2→D, 3→F, 4→A, 5→E, 6→C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46) </w:t>
      </w:r>
      <w:r>
        <w:rPr>
          <w:b w:val="0"/>
          <w:i w:val="0"/>
          <w:color w:val="666666"/>
          <w:sz w:val="18"/>
          <w:u w:val="none"/>
        </w:rPr>
        <w:t>We read books in the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library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47) </w:t>
      </w:r>
      <w:r>
        <w:rPr>
          <w:b w:val="0"/>
          <w:i w:val="0"/>
          <w:color w:val="666666"/>
          <w:sz w:val="18"/>
          <w:u w:val="none"/>
        </w:rPr>
        <w:t>We eat in the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canteen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48) </w:t>
      </w:r>
      <w:r>
        <w:rPr>
          <w:b w:val="0"/>
          <w:i w:val="0"/>
          <w:color w:val="666666"/>
          <w:sz w:val="18"/>
          <w:u w:val="none"/>
        </w:rPr>
        <w:t>We play football in the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playground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49) </w:t>
      </w:r>
      <w:r>
        <w:rPr>
          <w:b w:val="0"/>
          <w:i w:val="0"/>
          <w:color w:val="666666"/>
          <w:sz w:val="18"/>
          <w:u w:val="none"/>
        </w:rPr>
        <w:t>We do PE in the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gym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50) </w:t>
      </w:r>
      <w:r>
        <w:rPr>
          <w:b w:val="0"/>
          <w:i w:val="0"/>
          <w:color w:val="666666"/>
          <w:sz w:val="18"/>
          <w:u w:val="none"/>
        </w:rPr>
        <w:t>The teacher is in the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office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51) </w:t>
      </w:r>
      <w:r>
        <w:rPr>
          <w:b w:val="0"/>
          <w:i w:val="0"/>
          <w:color w:val="666666"/>
          <w:sz w:val="18"/>
          <w:u w:val="none"/>
        </w:rPr>
        <w:t>We read and write in the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classroom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52) </w:t>
      </w:r>
      <w:r>
        <w:rPr>
          <w:b w:val="0"/>
          <w:i w:val="0"/>
          <w:color w:val="666666"/>
          <w:sz w:val="18"/>
          <w:u w:val="none"/>
        </w:rPr>
        <w:t xml:space="preserve">We read books in the ___. We eat in the ___. We play in the </w:t>
      </w:r>
    </w:p>
    <w:p>
      <w:pPr>
        <w:spacing w:after="80"/>
        <w:ind w:left="340"/>
      </w:pPr>
      <w:r>
        <w:rPr>
          <w:b w:val="0"/>
          <w:i w:val="0"/>
          <w:u w:val="none"/>
        </w:rPr>
        <w:t>library, canteen, playground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53) </w:t>
      </w:r>
      <w:r>
        <w:rPr>
          <w:b w:val="0"/>
          <w:i w:val="0"/>
          <w:color w:val="666666"/>
          <w:sz w:val="18"/>
          <w:u w:val="none"/>
        </w:rPr>
        <w:t>We count numbers in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maths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54) </w:t>
      </w:r>
      <w:r>
        <w:rPr>
          <w:b w:val="0"/>
          <w:i w:val="0"/>
          <w:color w:val="666666"/>
          <w:sz w:val="18"/>
          <w:u w:val="none"/>
        </w:rPr>
        <w:t>We sing songs in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music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55) </w:t>
      </w:r>
      <w:r>
        <w:rPr>
          <w:b w:val="0"/>
          <w:i w:val="0"/>
          <w:color w:val="666666"/>
          <w:sz w:val="18"/>
          <w:u w:val="none"/>
        </w:rPr>
        <w:t>We draw and colour in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art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56) </w:t>
      </w:r>
      <w:r>
        <w:rPr>
          <w:b w:val="0"/>
          <w:i w:val="0"/>
          <w:color w:val="666666"/>
          <w:sz w:val="18"/>
          <w:u w:val="none"/>
        </w:rPr>
        <w:t>We speak English in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English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57) </w:t>
      </w:r>
      <w:r>
        <w:rPr>
          <w:b w:val="0"/>
          <w:i w:val="0"/>
          <w:color w:val="666666"/>
          <w:sz w:val="18"/>
          <w:u w:val="none"/>
        </w:rPr>
        <w:t>We run and jump in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PE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58) </w:t>
      </w:r>
      <w:r>
        <w:rPr>
          <w:b w:val="0"/>
          <w:i w:val="0"/>
          <w:color w:val="666666"/>
          <w:sz w:val="18"/>
          <w:u w:val="none"/>
        </w:rPr>
        <w:t>1. ___ 2. ___ 3. ___ 4. ___ 5. ___ 6. ___ 7.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Monday, Tuesday, Wednesday, Thursday, Friday, Saturday, Sunday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59) </w:t>
      </w:r>
      <w:r>
        <w:rPr>
          <w:b w:val="0"/>
          <w:i w:val="0"/>
          <w:color w:val="666666"/>
          <w:sz w:val="18"/>
          <w:u w:val="none"/>
        </w:rPr>
        <w:t>Which day is after Monday?</w:t>
      </w:r>
    </w:p>
    <w:p>
      <w:pPr>
        <w:spacing w:after="80"/>
        <w:ind w:left="340"/>
      </w:pPr>
      <w:r>
        <w:rPr>
          <w:b w:val="0"/>
          <w:i w:val="0"/>
          <w:u w:val="none"/>
        </w:rPr>
        <w:t>B) Tuesday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60) </w:t>
      </w:r>
      <w:r>
        <w:rPr>
          <w:b w:val="0"/>
          <w:i w:val="0"/>
          <w:color w:val="666666"/>
          <w:sz w:val="18"/>
          <w:u w:val="none"/>
        </w:rPr>
        <w:t>Which day is before Friday?</w:t>
      </w:r>
    </w:p>
    <w:p>
      <w:pPr>
        <w:spacing w:after="80"/>
        <w:ind w:left="340"/>
      </w:pPr>
      <w:r>
        <w:rPr>
          <w:b w:val="0"/>
          <w:i w:val="0"/>
          <w:u w:val="none"/>
        </w:rPr>
        <w:t>C) Thursday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61) </w:t>
      </w:r>
      <w:r>
        <w:rPr>
          <w:b w:val="0"/>
          <w:i w:val="0"/>
          <w:color w:val="666666"/>
          <w:sz w:val="18"/>
          <w:u w:val="none"/>
        </w:rPr>
        <w:t>Which day is the first school day?</w:t>
      </w:r>
    </w:p>
    <w:p>
      <w:pPr>
        <w:spacing w:after="80"/>
        <w:ind w:left="340"/>
      </w:pPr>
      <w:r>
        <w:rPr>
          <w:b w:val="0"/>
          <w:i w:val="0"/>
          <w:u w:val="none"/>
        </w:rPr>
        <w:t>D) Monday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62) </w:t>
      </w:r>
      <w:r>
        <w:rPr>
          <w:b w:val="0"/>
          <w:i w:val="0"/>
          <w:color w:val="666666"/>
          <w:sz w:val="18"/>
          <w:u w:val="none"/>
        </w:rPr>
        <w:t>Which day is not a school day?</w:t>
      </w:r>
    </w:p>
    <w:p>
      <w:pPr>
        <w:spacing w:after="80"/>
        <w:ind w:left="340"/>
      </w:pPr>
      <w:r>
        <w:rPr>
          <w:b w:val="0"/>
          <w:i w:val="0"/>
          <w:u w:val="none"/>
        </w:rPr>
        <w:t>A) Sunday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63) </w:t>
      </w:r>
      <w:r>
        <w:rPr>
          <w:b w:val="0"/>
          <w:i w:val="0"/>
          <w:color w:val="666666"/>
          <w:sz w:val="18"/>
          <w:u w:val="none"/>
        </w:rPr>
        <w:t>I ___ a student. She ___ my teacher. They ___ in the classro</w:t>
      </w:r>
    </w:p>
    <w:p>
      <w:pPr>
        <w:spacing w:after="80"/>
        <w:ind w:left="340"/>
      </w:pPr>
      <w:r>
        <w:rPr>
          <w:b w:val="0"/>
          <w:i w:val="0"/>
          <w:u w:val="none"/>
        </w:rPr>
        <w:t>am, is,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64) </w:t>
      </w:r>
      <w:r>
        <w:rPr>
          <w:b w:val="0"/>
          <w:i w:val="0"/>
          <w:color w:val="666666"/>
          <w:sz w:val="18"/>
          <w:u w:val="none"/>
        </w:rPr>
        <w:t>We ___ students. He ___ in the gym. It ___ a book.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are, is,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65) </w:t>
      </w:r>
      <w:r>
        <w:rPr>
          <w:b w:val="0"/>
          <w:i w:val="0"/>
          <w:color w:val="666666"/>
          <w:sz w:val="18"/>
          <w:u w:val="none"/>
        </w:rPr>
        <w:t>You ___ my friend. My school ___ big. I ___ happy.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are, is, am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66) </w:t>
      </w:r>
      <w:r>
        <w:rPr>
          <w:b w:val="0"/>
          <w:i w:val="0"/>
          <w:color w:val="666666"/>
          <w:sz w:val="18"/>
          <w:u w:val="none"/>
        </w:rPr>
        <w:t>___ you a student?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67) </w:t>
      </w:r>
      <w:r>
        <w:rPr>
          <w:b w:val="0"/>
          <w:i w:val="0"/>
          <w:color w:val="666666"/>
          <w:sz w:val="18"/>
          <w:u w:val="none"/>
        </w:rPr>
        <w:t>___ she your teacher?</w:t>
      </w:r>
    </w:p>
    <w:p>
      <w:pPr>
        <w:spacing w:after="80"/>
        <w:ind w:left="340"/>
      </w:pPr>
      <w:r>
        <w:rPr>
          <w:b w:val="0"/>
          <w:i w:val="0"/>
          <w:u w:val="none"/>
        </w:rPr>
        <w:t>C)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68) </w:t>
      </w:r>
      <w:r>
        <w:rPr>
          <w:b w:val="0"/>
          <w:i w:val="0"/>
          <w:color w:val="666666"/>
          <w:sz w:val="18"/>
          <w:u w:val="none"/>
        </w:rPr>
        <w:t>They ___ my friends.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69) </w:t>
      </w:r>
      <w:r>
        <w:rPr>
          <w:b w:val="0"/>
          <w:i w:val="0"/>
          <w:color w:val="666666"/>
          <w:sz w:val="18"/>
          <w:u w:val="none"/>
        </w:rPr>
        <w:t>Ali ___ in the playground.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70) </w:t>
      </w:r>
      <w:r>
        <w:rPr>
          <w:b w:val="0"/>
          <w:i w:val="0"/>
          <w:color w:val="666666"/>
          <w:sz w:val="18"/>
          <w:u w:val="none"/>
        </w:rPr>
        <w:t>I ___ nine.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71) </w:t>
      </w:r>
      <w:r>
        <w:rPr>
          <w:b w:val="0"/>
          <w:i w:val="0"/>
          <w:color w:val="666666"/>
          <w:sz w:val="18"/>
          <w:u w:val="none"/>
        </w:rPr>
        <w:t>There ___ a board in the classroom. There ___ two windows.</w:t>
      </w:r>
    </w:p>
    <w:p>
      <w:pPr>
        <w:spacing w:after="80"/>
        <w:ind w:left="340"/>
      </w:pPr>
      <w:r>
        <w:rPr>
          <w:b w:val="0"/>
          <w:i w:val="0"/>
          <w:u w:val="none"/>
        </w:rPr>
        <w:t>is,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72) </w:t>
      </w:r>
      <w:r>
        <w:rPr>
          <w:b w:val="0"/>
          <w:i w:val="0"/>
          <w:color w:val="666666"/>
          <w:sz w:val="18"/>
          <w:u w:val="none"/>
        </w:rPr>
        <w:t>There ___ five books. There ___ a computer.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are,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73) </w:t>
      </w:r>
      <w:r>
        <w:rPr>
          <w:b w:val="0"/>
          <w:i w:val="0"/>
          <w:color w:val="666666"/>
          <w:sz w:val="18"/>
          <w:u w:val="none"/>
        </w:rPr>
        <w:t>How many students are there? ___ twenty students.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There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74) </w:t>
      </w:r>
      <w:r>
        <w:rPr>
          <w:b w:val="0"/>
          <w:i w:val="0"/>
          <w:color w:val="666666"/>
          <w:sz w:val="18"/>
          <w:u w:val="none"/>
        </w:rPr>
        <w:t>How many chairs are there? ___ one chair.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There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75) </w:t>
      </w:r>
      <w:r>
        <w:rPr>
          <w:b w:val="0"/>
          <w:i w:val="0"/>
          <w:color w:val="666666"/>
          <w:sz w:val="18"/>
          <w:u w:val="none"/>
        </w:rPr>
        <w:t>I ___ ___ a pen. She ___ ___ a ruler. We ___ ___ two books.</w:t>
      </w:r>
    </w:p>
    <w:p>
      <w:pPr>
        <w:spacing w:after="80"/>
        <w:ind w:left="340"/>
      </w:pPr>
      <w:r>
        <w:rPr>
          <w:b w:val="0"/>
          <w:i w:val="0"/>
          <w:u w:val="none"/>
        </w:rPr>
        <w:t>have, got, has, got, have, got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76) </w:t>
      </w:r>
      <w:r>
        <w:rPr>
          <w:b w:val="0"/>
          <w:i w:val="0"/>
          <w:color w:val="666666"/>
          <w:sz w:val="18"/>
          <w:u w:val="none"/>
        </w:rPr>
        <w:t>He ___ ___ a school bag. They ___ ___ a ball.</w:t>
      </w:r>
    </w:p>
    <w:p>
      <w:pPr>
        <w:spacing w:after="80"/>
        <w:ind w:left="340"/>
      </w:pPr>
      <w:r>
        <w:rPr>
          <w:b w:val="0"/>
          <w:i w:val="0"/>
          <w:u w:val="none"/>
        </w:rPr>
        <w:t>has, got, have, got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77) </w:t>
      </w:r>
      <w:r>
        <w:rPr>
          <w:b w:val="0"/>
          <w:i w:val="0"/>
          <w:color w:val="666666"/>
          <w:sz w:val="18"/>
          <w:u w:val="none"/>
        </w:rPr>
        <w:t>I has got a book.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78) </w:t>
      </w:r>
      <w:r>
        <w:rPr>
          <w:b w:val="0"/>
          <w:i w:val="0"/>
          <w:color w:val="666666"/>
          <w:sz w:val="18"/>
          <w:u w:val="none"/>
        </w:rPr>
        <w:t>She has got a ruler.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79) </w:t>
      </w:r>
      <w:r>
        <w:rPr>
          <w:b w:val="0"/>
          <w:i w:val="0"/>
          <w:color w:val="666666"/>
          <w:sz w:val="18"/>
          <w:u w:val="none"/>
        </w:rPr>
        <w:t>They have got two pens.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80) </w:t>
      </w:r>
      <w:r>
        <w:rPr>
          <w:b w:val="0"/>
          <w:i w:val="0"/>
          <w:color w:val="666666"/>
          <w:sz w:val="18"/>
          <w:u w:val="none"/>
        </w:rPr>
        <w:t>Eşleştirme (4 çift)</w:t>
      </w:r>
    </w:p>
    <w:p>
      <w:pPr>
        <w:spacing w:after="80"/>
        <w:ind w:left="340"/>
      </w:pPr>
      <w:r>
        <w:rPr>
          <w:b w:val="0"/>
          <w:i w:val="0"/>
          <w:u w:val="none"/>
        </w:rPr>
        <w:t>1→B, 2→C, 3→D, 4→A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81) </w:t>
      </w:r>
      <w:r>
        <w:rPr>
          <w:b w:val="0"/>
          <w:i w:val="0"/>
          <w:color w:val="666666"/>
          <w:sz w:val="18"/>
          <w:u w:val="none"/>
        </w:rPr>
        <w:t>___ is a pen. (1 tane, yakın)</w:t>
      </w:r>
    </w:p>
    <w:p>
      <w:pPr>
        <w:spacing w:after="80"/>
        <w:ind w:left="340"/>
      </w:pPr>
      <w:r>
        <w:rPr>
          <w:b w:val="0"/>
          <w:i w:val="0"/>
          <w:u w:val="none"/>
        </w:rPr>
        <w:t>A) This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82) </w:t>
      </w:r>
      <w:r>
        <w:rPr>
          <w:b w:val="0"/>
          <w:i w:val="0"/>
          <w:color w:val="666666"/>
          <w:sz w:val="18"/>
          <w:u w:val="none"/>
        </w:rPr>
        <w:t>___ is a board. (1 tane, uzak)</w:t>
      </w:r>
    </w:p>
    <w:p>
      <w:pPr>
        <w:spacing w:after="80"/>
        <w:ind w:left="340"/>
      </w:pPr>
      <w:r>
        <w:rPr>
          <w:b w:val="0"/>
          <w:i w:val="0"/>
          <w:u w:val="none"/>
        </w:rPr>
        <w:t>B) That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83) </w:t>
      </w:r>
      <w:r>
        <w:rPr>
          <w:b w:val="0"/>
          <w:i w:val="0"/>
          <w:color w:val="666666"/>
          <w:sz w:val="18"/>
          <w:u w:val="none"/>
        </w:rPr>
        <w:t>___ are chairs. (2 tane, yakın)</w:t>
      </w:r>
    </w:p>
    <w:p>
      <w:pPr>
        <w:spacing w:after="80"/>
        <w:ind w:left="340"/>
      </w:pPr>
      <w:r>
        <w:rPr>
          <w:b w:val="0"/>
          <w:i w:val="0"/>
          <w:u w:val="none"/>
        </w:rPr>
        <w:t>C) These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84) </w:t>
      </w:r>
      <w:r>
        <w:rPr>
          <w:b w:val="0"/>
          <w:i w:val="0"/>
          <w:color w:val="666666"/>
          <w:sz w:val="18"/>
          <w:u w:val="none"/>
        </w:rPr>
        <w:t>___ are windows. (2 tane, uzak)</w:t>
      </w:r>
    </w:p>
    <w:p>
      <w:pPr>
        <w:spacing w:after="80"/>
        <w:ind w:left="340"/>
      </w:pPr>
      <w:r>
        <w:rPr>
          <w:b w:val="0"/>
          <w:i w:val="0"/>
          <w:u w:val="none"/>
        </w:rPr>
        <w:t>D) Those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85) </w:t>
      </w:r>
      <w:r>
        <w:rPr>
          <w:b w:val="0"/>
          <w:i w:val="0"/>
          <w:color w:val="666666"/>
          <w:sz w:val="18"/>
          <w:u w:val="none"/>
        </w:rPr>
        <w:t>___ are my friends.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These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86) </w:t>
      </w:r>
      <w:r>
        <w:rPr>
          <w:b w:val="0"/>
          <w:i w:val="0"/>
          <w:color w:val="666666"/>
          <w:sz w:val="18"/>
          <w:u w:val="none"/>
        </w:rPr>
        <w:t>___ is my classroom.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This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87) </w:t>
      </w:r>
      <w:r>
        <w:rPr>
          <w:b w:val="0"/>
          <w:i w:val="0"/>
          <w:color w:val="666666"/>
          <w:sz w:val="18"/>
          <w:u w:val="none"/>
        </w:rPr>
        <w:t>___ is a ruler. (1, yakın) ___ are rulers. (2, uzak)</w:t>
      </w:r>
    </w:p>
    <w:p>
      <w:pPr>
        <w:spacing w:after="80"/>
        <w:ind w:left="340"/>
      </w:pPr>
      <w:r>
        <w:rPr>
          <w:b w:val="0"/>
          <w:i w:val="0"/>
          <w:u w:val="none"/>
        </w:rPr>
        <w:t>This, Those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88) </w:t>
      </w:r>
      <w:r>
        <w:rPr>
          <w:b w:val="0"/>
          <w:i w:val="0"/>
          <w:color w:val="666666"/>
          <w:sz w:val="18"/>
          <w:u w:val="none"/>
        </w:rPr>
        <w:t>___ is a chair. (1, uzak) ___ are chairs. (3, yakın)</w:t>
      </w:r>
    </w:p>
    <w:p>
      <w:pPr>
        <w:spacing w:after="80"/>
        <w:ind w:left="340"/>
      </w:pPr>
      <w:r>
        <w:rPr>
          <w:b w:val="0"/>
          <w:i w:val="0"/>
          <w:u w:val="none"/>
        </w:rPr>
        <w:t>That, These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89) </w:t>
      </w:r>
      <w:r>
        <w:rPr>
          <w:b w:val="0"/>
          <w:i w:val="0"/>
          <w:color w:val="666666"/>
          <w:sz w:val="18"/>
          <w:u w:val="none"/>
        </w:rPr>
        <w:t>___ book is this? It is Sara's book.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Whose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90) </w:t>
      </w:r>
      <w:r>
        <w:rPr>
          <w:b w:val="0"/>
          <w:i w:val="0"/>
          <w:color w:val="666666"/>
          <w:sz w:val="18"/>
          <w:u w:val="none"/>
        </w:rPr>
        <w:t>This is ___ bag. (Sara)</w:t>
      </w:r>
    </w:p>
    <w:p>
      <w:pPr>
        <w:spacing w:after="80"/>
        <w:ind w:left="340"/>
      </w:pPr>
      <w:r>
        <w:rPr>
          <w:b w:val="0"/>
          <w:i w:val="0"/>
          <w:u w:val="none"/>
        </w:rPr>
        <w:t>D) Sara's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91) </w:t>
      </w:r>
      <w:r>
        <w:rPr>
          <w:b w:val="0"/>
          <w:i w:val="0"/>
          <w:color w:val="666666"/>
          <w:sz w:val="18"/>
          <w:u w:val="none"/>
        </w:rPr>
        <w:t>This is ___ pen. (Ali)</w:t>
      </w:r>
    </w:p>
    <w:p>
      <w:pPr>
        <w:spacing w:after="80"/>
        <w:ind w:left="340"/>
      </w:pPr>
      <w:r>
        <w:rPr>
          <w:b w:val="0"/>
          <w:i w:val="0"/>
          <w:u w:val="none"/>
        </w:rPr>
        <w:t>A) Ali's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92) </w:t>
      </w:r>
      <w:r>
        <w:rPr>
          <w:b w:val="0"/>
          <w:i w:val="0"/>
          <w:color w:val="666666"/>
          <w:sz w:val="18"/>
          <w:u w:val="none"/>
        </w:rPr>
        <w:t>___ ruler is this? It is Ali's ruler.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Whose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93) </w:t>
      </w:r>
      <w:r>
        <w:rPr>
          <w:b w:val="0"/>
          <w:i w:val="0"/>
          <w:color w:val="666666"/>
          <w:sz w:val="18"/>
          <w:u w:val="none"/>
        </w:rPr>
        <w:t>This is ___ (Ali) book. This is ___ (Sara) ruler.</w:t>
      </w:r>
    </w:p>
    <w:p>
      <w:pPr>
        <w:spacing w:after="80"/>
        <w:ind w:left="340"/>
      </w:pPr>
      <w:r>
        <w:rPr>
          <w:b w:val="0"/>
          <w:i w:val="0"/>
          <w:u w:val="none"/>
        </w:rPr>
        <w:t>Ali's, Sara's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94) </w:t>
      </w:r>
      <w:r>
        <w:rPr>
          <w:b w:val="0"/>
          <w:i w:val="0"/>
          <w:color w:val="666666"/>
          <w:sz w:val="18"/>
          <w:u w:val="none"/>
        </w:rPr>
        <w:t>Whose chair is this? It is Ali's chair. → Whose ___ is this?</w:t>
      </w:r>
    </w:p>
    <w:p>
      <w:pPr>
        <w:spacing w:after="80"/>
        <w:ind w:left="340"/>
      </w:pPr>
      <w:r>
        <w:rPr>
          <w:b w:val="0"/>
          <w:i w:val="0"/>
          <w:u w:val="none"/>
        </w:rPr>
        <w:t>chair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95) </w:t>
      </w:r>
      <w:r>
        <w:rPr>
          <w:b w:val="0"/>
          <w:i w:val="0"/>
          <w:color w:val="666666"/>
          <w:sz w:val="18"/>
          <w:u w:val="none"/>
        </w:rPr>
        <w:t>I ___ (read) a book. She ___ (write) her name.</w:t>
      </w:r>
    </w:p>
    <w:p>
      <w:pPr>
        <w:spacing w:after="80"/>
        <w:ind w:left="340"/>
      </w:pPr>
      <w:r>
        <w:rPr>
          <w:b w:val="0"/>
          <w:i w:val="0"/>
          <w:u w:val="none"/>
        </w:rPr>
        <w:t>am reading, is writing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96) </w:t>
      </w:r>
      <w:r>
        <w:rPr>
          <w:b w:val="0"/>
          <w:i w:val="0"/>
          <w:color w:val="666666"/>
          <w:sz w:val="18"/>
          <w:u w:val="none"/>
        </w:rPr>
        <w:t>They ___ (play) a game. He ___ (count) the numbers.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 playing, is counting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97) </w:t>
      </w:r>
      <w:r>
        <w:rPr>
          <w:b w:val="0"/>
          <w:i w:val="0"/>
          <w:color w:val="666666"/>
          <w:sz w:val="18"/>
          <w:u w:val="none"/>
        </w:rPr>
        <w:t>We ___ (listen) to a song. The students ___ (colour) the pic</w:t>
      </w:r>
    </w:p>
    <w:p>
      <w:pPr>
        <w:spacing w:after="80"/>
        <w:ind w:left="340"/>
      </w:pPr>
      <w:r>
        <w:rPr>
          <w:b w:val="0"/>
          <w:i w:val="0"/>
          <w:u w:val="none"/>
        </w:rPr>
        <w:t>are listening, are colouring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98) </w:t>
      </w:r>
      <w:r>
        <w:rPr>
          <w:b w:val="0"/>
          <w:i w:val="0"/>
          <w:color w:val="666666"/>
          <w:sz w:val="18"/>
          <w:u w:val="none"/>
        </w:rPr>
        <w:t>Look! The students ___ a picture.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are drawing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99) </w:t>
      </w:r>
      <w:r>
        <w:rPr>
          <w:b w:val="0"/>
          <w:i w:val="0"/>
          <w:color w:val="666666"/>
          <w:sz w:val="18"/>
          <w:u w:val="none"/>
        </w:rPr>
        <w:t>What is she doing? She ___ a book.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is reading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100) </w:t>
      </w:r>
      <w:r>
        <w:rPr>
          <w:b w:val="0"/>
          <w:i w:val="0"/>
          <w:color w:val="666666"/>
          <w:sz w:val="18"/>
          <w:u w:val="none"/>
        </w:rPr>
        <w:t>What are you doing? I ___ my name.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am writing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101) </w:t>
      </w:r>
      <w:r>
        <w:rPr>
          <w:b w:val="0"/>
          <w:i w:val="0"/>
          <w:color w:val="666666"/>
          <w:sz w:val="18"/>
          <w:u w:val="none"/>
        </w:rPr>
        <w:t>He ___ a song now.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is singing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102) </w:t>
      </w:r>
      <w:r>
        <w:rPr>
          <w:b w:val="0"/>
          <w:i w:val="0"/>
          <w:color w:val="666666"/>
          <w:sz w:val="18"/>
          <w:u w:val="none"/>
        </w:rPr>
        <w:t>They ___ in the playground.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are running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103) </w:t>
      </w:r>
      <w:r>
        <w:rPr>
          <w:b w:val="0"/>
          <w:i w:val="0"/>
          <w:color w:val="666666"/>
          <w:sz w:val="18"/>
          <w:u w:val="none"/>
        </w:rPr>
        <w:t>I ___ (not / sleep). He ___ (not / run).</w:t>
      </w:r>
    </w:p>
    <w:p>
      <w:pPr>
        <w:spacing w:after="80"/>
        <w:ind w:left="340"/>
      </w:pPr>
      <w:r>
        <w:rPr>
          <w:b w:val="0"/>
          <w:i w:val="0"/>
          <w:u w:val="none"/>
        </w:rPr>
        <w:t>am not sleeping, is not running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104) </w:t>
      </w:r>
      <w:r>
        <w:rPr>
          <w:b w:val="0"/>
          <w:i w:val="0"/>
          <w:color w:val="666666"/>
          <w:sz w:val="18"/>
          <w:u w:val="none"/>
        </w:rPr>
        <w:t>They ___ (not / swim). We ___ (not / watch) a DVD.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 not swimming, are not watching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105) </w:t>
      </w:r>
      <w:r>
        <w:rPr>
          <w:b w:val="0"/>
          <w:i w:val="0"/>
          <w:color w:val="666666"/>
          <w:sz w:val="18"/>
          <w:u w:val="none"/>
        </w:rPr>
        <w:t>___ she writing? Yes, she is.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106) </w:t>
      </w:r>
      <w:r>
        <w:rPr>
          <w:b w:val="0"/>
          <w:i w:val="0"/>
          <w:color w:val="666666"/>
          <w:sz w:val="18"/>
          <w:u w:val="none"/>
        </w:rPr>
        <w:t>Are they playing? No, they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are not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107) </w:t>
      </w:r>
      <w:r>
        <w:rPr>
          <w:b w:val="0"/>
          <w:i w:val="0"/>
          <w:color w:val="666666"/>
          <w:sz w:val="18"/>
          <w:u w:val="none"/>
        </w:rPr>
        <w:t>___ you listening? Yes, I am.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108) </w:t>
      </w:r>
      <w:r>
        <w:rPr>
          <w:b w:val="0"/>
          <w:i w:val="0"/>
          <w:color w:val="666666"/>
          <w:sz w:val="18"/>
          <w:u w:val="none"/>
        </w:rPr>
        <w:t>Is he singing? No, he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is not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109) </w:t>
      </w:r>
      <w:r>
        <w:rPr>
          <w:b w:val="0"/>
          <w:i w:val="0"/>
          <w:color w:val="666666"/>
          <w:sz w:val="18"/>
          <w:u w:val="none"/>
        </w:rPr>
        <w:t>She is write a book.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110) </w:t>
      </w:r>
      <w:r>
        <w:rPr>
          <w:b w:val="0"/>
          <w:i w:val="0"/>
          <w:color w:val="666666"/>
          <w:sz w:val="18"/>
          <w:u w:val="none"/>
        </w:rPr>
        <w:t>They are playing football.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111) </w:t>
      </w:r>
      <w:r>
        <w:rPr>
          <w:b w:val="0"/>
          <w:i w:val="0"/>
          <w:color w:val="666666"/>
          <w:sz w:val="18"/>
          <w:u w:val="none"/>
        </w:rPr>
        <w:t>I am reading a book.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112) </w:t>
      </w:r>
      <w:r>
        <w:rPr>
          <w:b w:val="0"/>
          <w:i w:val="0"/>
          <w:color w:val="666666"/>
          <w:sz w:val="18"/>
          <w:u w:val="none"/>
        </w:rPr>
        <w:t>___ is this? It is a ruler.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What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113) </w:t>
      </w:r>
      <w:r>
        <w:rPr>
          <w:b w:val="0"/>
          <w:i w:val="0"/>
          <w:color w:val="666666"/>
          <w:sz w:val="18"/>
          <w:u w:val="none"/>
        </w:rPr>
        <w:t>___ is your teacher? She is in the classroom.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Where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114) </w:t>
      </w:r>
      <w:r>
        <w:rPr>
          <w:b w:val="0"/>
          <w:i w:val="0"/>
          <w:color w:val="666666"/>
          <w:sz w:val="18"/>
          <w:u w:val="none"/>
        </w:rPr>
        <w:t>___ book is this? It is Ali's book.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Whose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115) </w:t>
      </w:r>
      <w:r>
        <w:rPr>
          <w:b w:val="0"/>
          <w:i w:val="0"/>
          <w:color w:val="666666"/>
          <w:sz w:val="18"/>
          <w:u w:val="none"/>
        </w:rPr>
        <w:t>___ students are there? Twelve students.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How many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116) </w:t>
      </w:r>
      <w:r>
        <w:rPr>
          <w:b w:val="0"/>
          <w:i w:val="0"/>
          <w:color w:val="666666"/>
          <w:sz w:val="18"/>
          <w:u w:val="none"/>
        </w:rPr>
        <w:t>___ is he doing? He is reading.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What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117) </w:t>
      </w:r>
      <w:r>
        <w:rPr>
          <w:b w:val="0"/>
          <w:i w:val="0"/>
          <w:color w:val="666666"/>
          <w:sz w:val="18"/>
          <w:u w:val="none"/>
        </w:rPr>
        <w:t>___ is your name?</w:t>
      </w:r>
    </w:p>
    <w:p>
      <w:pPr>
        <w:spacing w:after="80"/>
        <w:ind w:left="340"/>
      </w:pPr>
      <w:r>
        <w:rPr>
          <w:b w:val="0"/>
          <w:i w:val="0"/>
          <w:u w:val="none"/>
        </w:rPr>
        <w:t>A) What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118) </w:t>
      </w:r>
      <w:r>
        <w:rPr>
          <w:b w:val="0"/>
          <w:i w:val="0"/>
          <w:color w:val="666666"/>
          <w:sz w:val="18"/>
          <w:u w:val="none"/>
        </w:rPr>
        <w:t>___ is she? She is my teacher.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Who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119) </w:t>
      </w:r>
      <w:r>
        <w:rPr>
          <w:b w:val="0"/>
          <w:i w:val="0"/>
          <w:color w:val="666666"/>
          <w:sz w:val="18"/>
          <w:u w:val="none"/>
        </w:rPr>
        <w:t>___ are you? I am in the gym.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Where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120) </w:t>
      </w:r>
      <w:r>
        <w:rPr>
          <w:b w:val="0"/>
          <w:i w:val="0"/>
          <w:color w:val="666666"/>
          <w:sz w:val="18"/>
          <w:u w:val="none"/>
        </w:rPr>
        <w:t>___ is this? It is a book. ___ is your teacher? She is Sara.</w:t>
      </w:r>
    </w:p>
    <w:p>
      <w:pPr>
        <w:spacing w:after="80"/>
        <w:ind w:left="340"/>
      </w:pPr>
      <w:r>
        <w:rPr>
          <w:b w:val="0"/>
          <w:i w:val="0"/>
          <w:u w:val="none"/>
        </w:rPr>
        <w:t>What, Who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121) </w:t>
      </w:r>
      <w:r>
        <w:rPr>
          <w:b w:val="0"/>
          <w:i w:val="0"/>
          <w:color w:val="666666"/>
          <w:sz w:val="18"/>
          <w:u w:val="none"/>
        </w:rPr>
        <w:t xml:space="preserve">___ book is this? It is Ali's book. ___ students are there? </w:t>
      </w:r>
    </w:p>
    <w:p>
      <w:pPr>
        <w:spacing w:after="80"/>
        <w:ind w:left="340"/>
      </w:pPr>
      <w:r>
        <w:rPr>
          <w:b w:val="0"/>
          <w:i w:val="0"/>
          <w:u w:val="none"/>
        </w:rPr>
        <w:t>Whose, How many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122) </w:t>
      </w:r>
      <w:r>
        <w:rPr>
          <w:b w:val="0"/>
          <w:i w:val="0"/>
          <w:color w:val="666666"/>
          <w:sz w:val="18"/>
          <w:u w:val="none"/>
        </w:rPr>
        <w:t>Make a question: ______ is ______ ? (name sor)</w:t>
      </w:r>
    </w:p>
    <w:p>
      <w:pPr>
        <w:spacing w:after="80"/>
        <w:ind w:left="340"/>
      </w:pPr>
      <w:r>
        <w:rPr>
          <w:b w:val="0"/>
          <w:i w:val="0"/>
          <w:u w:val="none"/>
        </w:rPr>
        <w:t>What is your name?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123) </w:t>
      </w:r>
      <w:r>
        <w:rPr>
          <w:b w:val="0"/>
          <w:i w:val="0"/>
          <w:color w:val="666666"/>
          <w:sz w:val="18"/>
          <w:u w:val="none"/>
        </w:rPr>
        <w:t>Make a question: ______ is the library ? (yere sor)</w:t>
      </w:r>
    </w:p>
    <w:p>
      <w:pPr>
        <w:spacing w:after="80"/>
        <w:ind w:left="340"/>
      </w:pPr>
      <w:r>
        <w:rPr>
          <w:b w:val="0"/>
          <w:i w:val="0"/>
          <w:u w:val="none"/>
        </w:rPr>
        <w:t>Where is the library?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124) </w:t>
      </w:r>
      <w:r>
        <w:rPr>
          <w:b w:val="0"/>
          <w:i w:val="0"/>
          <w:color w:val="666666"/>
          <w:sz w:val="18"/>
          <w:u w:val="none"/>
        </w:rPr>
        <w:t>Make a question: ______ book is this ? (kimin)</w:t>
      </w:r>
    </w:p>
    <w:p>
      <w:pPr>
        <w:spacing w:after="80"/>
        <w:ind w:left="340"/>
      </w:pPr>
      <w:r>
        <w:rPr>
          <w:b w:val="0"/>
          <w:i w:val="0"/>
          <w:u w:val="none"/>
        </w:rPr>
        <w:t>Whose book is this?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125) </w:t>
      </w:r>
      <w:r>
        <w:rPr>
          <w:b w:val="0"/>
          <w:i w:val="0"/>
          <w:color w:val="666666"/>
          <w:sz w:val="18"/>
          <w:u w:val="none"/>
        </w:rPr>
        <w:t>Ali is a student.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126) </w:t>
      </w:r>
      <w:r>
        <w:rPr>
          <w:b w:val="0"/>
          <w:i w:val="0"/>
          <w:color w:val="666666"/>
          <w:sz w:val="18"/>
          <w:u w:val="none"/>
        </w:rPr>
        <w:t>Ali's school is small.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127) </w:t>
      </w:r>
      <w:r>
        <w:rPr>
          <w:b w:val="0"/>
          <w:i w:val="0"/>
          <w:color w:val="666666"/>
          <w:sz w:val="18"/>
          <w:u w:val="none"/>
        </w:rPr>
        <w:t>Ali has got a pen and a book.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128) </w:t>
      </w:r>
      <w:r>
        <w:rPr>
          <w:b w:val="0"/>
          <w:i w:val="0"/>
          <w:color w:val="666666"/>
          <w:sz w:val="18"/>
          <w:u w:val="none"/>
        </w:rPr>
        <w:t>They play in the gym.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129) </w:t>
      </w:r>
      <w:r>
        <w:rPr>
          <w:b w:val="0"/>
          <w:i w:val="0"/>
          <w:color w:val="666666"/>
          <w:sz w:val="18"/>
          <w:u w:val="none"/>
        </w:rPr>
        <w:t>Who is Ali's teacher?</w:t>
      </w:r>
    </w:p>
    <w:p>
      <w:pPr>
        <w:spacing w:after="80"/>
        <w:ind w:left="340"/>
      </w:pPr>
      <w:r>
        <w:rPr>
          <w:b w:val="0"/>
          <w:i w:val="0"/>
          <w:u w:val="none"/>
        </w:rPr>
        <w:t>Sara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130) </w:t>
      </w:r>
      <w:r>
        <w:rPr>
          <w:b w:val="0"/>
          <w:i w:val="0"/>
          <w:color w:val="666666"/>
          <w:sz w:val="18"/>
          <w:u w:val="none"/>
        </w:rPr>
        <w:t>Where do they play?</w:t>
      </w:r>
    </w:p>
    <w:p>
      <w:pPr>
        <w:spacing w:after="80"/>
        <w:ind w:left="340"/>
      </w:pPr>
      <w:r>
        <w:rPr>
          <w:b w:val="0"/>
          <w:i w:val="0"/>
          <w:u w:val="none"/>
        </w:rPr>
        <w:t>In the playground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131) </w:t>
      </w:r>
      <w:r>
        <w:rPr>
          <w:b w:val="0"/>
          <w:i w:val="0"/>
          <w:color w:val="666666"/>
          <w:sz w:val="18"/>
          <w:u w:val="none"/>
        </w:rPr>
        <w:t>What has Ali got?</w:t>
      </w:r>
    </w:p>
    <w:p>
      <w:pPr>
        <w:spacing w:after="80"/>
        <w:ind w:left="340"/>
      </w:pPr>
      <w:r>
        <w:rPr>
          <w:b w:val="0"/>
          <w:i w:val="0"/>
          <w:u w:val="none"/>
        </w:rPr>
        <w:t>A pen and a book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132) </w:t>
      </w:r>
      <w:r>
        <w:rPr>
          <w:b w:val="0"/>
          <w:i w:val="0"/>
          <w:color w:val="666666"/>
          <w:sz w:val="18"/>
          <w:u w:val="none"/>
        </w:rPr>
        <w:t xml:space="preserve">Write five sentences about the objects in the picture. Use: </w:t>
      </w:r>
    </w:p>
    <w:p>
      <w:pPr>
        <w:spacing w:after="80"/>
        <w:ind w:left="340"/>
      </w:pPr>
      <w:r>
        <w:rPr>
          <w:b w:val="0"/>
          <w:i w:val="0"/>
          <w:u w:val="none"/>
        </w:rPr>
        <w:t>Öğrenci örnekleri: This is a pencil. I have got a book. There is a ruler. This is a school bag. I have got a chair.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133) </w:t>
      </w:r>
      <w:r>
        <w:rPr>
          <w:b w:val="0"/>
          <w:i w:val="0"/>
          <w:color w:val="666666"/>
          <w:sz w:val="18"/>
          <w:u w:val="none"/>
        </w:rPr>
        <w:t>Write about your school. (name, classroom, teacher, subjects</w:t>
      </w:r>
    </w:p>
    <w:p>
      <w:pPr>
        <w:spacing w:after="80"/>
        <w:ind w:left="340"/>
      </w:pPr>
      <w:r>
        <w:rPr>
          <w:b w:val="0"/>
          <w:i w:val="0"/>
          <w:u w:val="none"/>
        </w:rPr>
        <w:t>Öğrenci cevabı: My school is big. My classroom is nice. My teacher is ... I like English. We play in the playground.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134) </w:t>
      </w:r>
      <w:r>
        <w:rPr>
          <w:b w:val="0"/>
          <w:i w:val="0"/>
          <w:color w:val="666666"/>
          <w:sz w:val="18"/>
          <w:u w:val="none"/>
        </w:rPr>
        <w:t>kırmızı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D) red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135) </w:t>
      </w:r>
      <w:r>
        <w:rPr>
          <w:b w:val="0"/>
          <w:i w:val="0"/>
          <w:color w:val="666666"/>
          <w:sz w:val="18"/>
          <w:u w:val="none"/>
        </w:rPr>
        <w:t>It is ___ book.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136) </w:t>
      </w:r>
      <w:r>
        <w:rPr>
          <w:b w:val="0"/>
          <w:i w:val="0"/>
          <w:color w:val="666666"/>
          <w:sz w:val="18"/>
          <w:u w:val="none"/>
        </w:rPr>
        <w:t>We read books in the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library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137) </w:t>
      </w:r>
      <w:r>
        <w:rPr>
          <w:b w:val="0"/>
          <w:i w:val="0"/>
          <w:color w:val="666666"/>
          <w:sz w:val="18"/>
          <w:u w:val="none"/>
        </w:rPr>
        <w:t>She ___ my teacher.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138) </w:t>
      </w:r>
      <w:r>
        <w:rPr>
          <w:b w:val="0"/>
          <w:i w:val="0"/>
          <w:color w:val="666666"/>
          <w:sz w:val="18"/>
          <w:u w:val="none"/>
        </w:rPr>
        <w:t>___ are my books.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These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139) </w:t>
      </w:r>
      <w:r>
        <w:rPr>
          <w:b w:val="0"/>
          <w:i w:val="0"/>
          <w:color w:val="666666"/>
          <w:sz w:val="18"/>
          <w:u w:val="none"/>
        </w:rPr>
        <w:t>Look! He ___ a picture.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is drawing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140) </w:t>
      </w:r>
      <w:r>
        <w:rPr>
          <w:b w:val="0"/>
          <w:i w:val="0"/>
          <w:color w:val="666666"/>
          <w:sz w:val="18"/>
          <w:u w:val="none"/>
        </w:rPr>
        <w:t>___ is your name?</w:t>
      </w:r>
    </w:p>
    <w:p>
      <w:pPr>
        <w:spacing w:after="80"/>
        <w:ind w:left="340"/>
      </w:pPr>
      <w:r>
        <w:rPr>
          <w:b w:val="0"/>
          <w:i w:val="0"/>
          <w:u w:val="none"/>
        </w:rPr>
        <w:t>B) What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141) </w:t>
      </w:r>
      <w:r>
        <w:rPr>
          <w:b w:val="0"/>
          <w:i w:val="0"/>
          <w:color w:val="666666"/>
          <w:sz w:val="18"/>
          <w:u w:val="none"/>
        </w:rPr>
        <w:t>This is ___ bag. (Sara)</w:t>
      </w:r>
    </w:p>
    <w:p>
      <w:pPr>
        <w:spacing w:after="80"/>
        <w:ind w:left="340"/>
      </w:pPr>
      <w:r>
        <w:rPr>
          <w:b w:val="0"/>
          <w:i w:val="0"/>
          <w:u w:val="none"/>
        </w:rPr>
        <w:t>C) Sara's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142) </w:t>
      </w:r>
      <w:r>
        <w:rPr>
          <w:b w:val="0"/>
          <w:i w:val="0"/>
          <w:color w:val="666666"/>
          <w:sz w:val="18"/>
          <w:u w:val="none"/>
        </w:rPr>
        <w:t>There ___ two windows.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143) </w:t>
      </w:r>
      <w:r>
        <w:rPr>
          <w:b w:val="0"/>
          <w:i w:val="0"/>
          <w:color w:val="666666"/>
          <w:sz w:val="18"/>
          <w:u w:val="none"/>
        </w:rPr>
        <w:t>___ students are there? Ten.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How many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144) </w:t>
      </w:r>
      <w:r>
        <w:rPr>
          <w:b w:val="0"/>
          <w:i w:val="0"/>
          <w:color w:val="666666"/>
          <w:sz w:val="18"/>
          <w:u w:val="none"/>
        </w:rPr>
        <w:t>Monday is a school day.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145) </w:t>
      </w:r>
      <w:r>
        <w:rPr>
          <w:b w:val="0"/>
          <w:i w:val="0"/>
          <w:color w:val="666666"/>
          <w:sz w:val="18"/>
          <w:u w:val="none"/>
        </w:rPr>
        <w:t>We sing songs in the library.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146) </w:t>
      </w:r>
      <w:r>
        <w:rPr>
          <w:b w:val="0"/>
          <w:i w:val="0"/>
          <w:color w:val="666666"/>
          <w:sz w:val="18"/>
          <w:u w:val="none"/>
        </w:rPr>
        <w:t>I have got a school bag.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147) </w:t>
      </w:r>
      <w:r>
        <w:rPr>
          <w:b w:val="0"/>
          <w:i w:val="0"/>
          <w:color w:val="666666"/>
          <w:sz w:val="18"/>
          <w:u w:val="none"/>
        </w:rPr>
        <w:t>She are my friend.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148) </w:t>
      </w:r>
      <w:r>
        <w:rPr>
          <w:b w:val="0"/>
          <w:i w:val="0"/>
          <w:color w:val="666666"/>
          <w:sz w:val="18"/>
          <w:u w:val="none"/>
        </w:rPr>
        <w:t xml:space="preserve">Write three sentences about your classroom. Use: There is / </w:t>
      </w:r>
    </w:p>
    <w:p>
      <w:pPr>
        <w:spacing w:after="80"/>
        <w:ind w:left="340"/>
      </w:pPr>
      <w:r>
        <w:rPr>
          <w:b w:val="0"/>
          <w:i w:val="0"/>
          <w:u w:val="none"/>
        </w:rPr>
        <w:t>There is a board. There are chairs. There is a computer.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