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Grade 4 - Unit 1: My School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Çalışma Kitabı | Basitten Karmaşığa | Colours, Objects, Places, To Be, Present Continuous, WH-Questions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Ad Soyad: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1 — Colours and Numbers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Renkleri ve sayıları tekrar edelim. Resme bak, doğru cevabı seç.</w:t>
      </w:r>
    </w:p>
    <w:p>
      <w:r>
        <w:drawing>
          <wp:inline xmlns:a="http://schemas.openxmlformats.org/drawingml/2006/main" xmlns:pic="http://schemas.openxmlformats.org/drawingml/2006/picture">
            <wp:extent cx="5400000" cy="11780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w-colour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780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 w:val="0"/>
          <w:i/>
          <w:color w:val="666666"/>
          <w:sz w:val="18"/>
          <w:u w:val="none"/>
        </w:rPr>
        <w:t>Colours: red, blue, yellow, green, orange, black</w:t>
      </w:r>
    </w:p>
    <w:p>
      <w:pPr>
        <w:keepNext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/>
          <w:color w:val="666666"/>
          <w:sz w:val="20"/>
          <w:u w:val="none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kırmızı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yellow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mavi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black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sarı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red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yeşil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white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5. </w:t>
            </w:r>
            <w:r>
              <w:rPr>
                <w:b w:val="0"/>
                <w:i w:val="0"/>
                <w:u w:val="none"/>
              </w:rPr>
              <w:t>siyah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E) </w:t>
            </w:r>
            <w:r>
              <w:rPr>
                <w:b w:val="0"/>
                <w:i w:val="0"/>
                <w:u w:val="none"/>
              </w:rPr>
              <w:t>green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6. </w:t>
            </w:r>
            <w:r>
              <w:rPr>
                <w:b w:val="0"/>
                <w:i w:val="0"/>
                <w:u w:val="none"/>
              </w:rPr>
              <w:t>beyaz</w:t>
            </w:r>
          </w:p>
        </w:tc>
        <w:tc>
          <w:tcPr>
            <w:tcW w:type="dxa" w:w="964"/>
          </w:tcPr>
          <w:p>
            <w:pPr>
              <w:keepNext w:val="0"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F) </w:t>
            </w:r>
            <w:r>
              <w:rPr>
                <w:b w:val="0"/>
                <w:i w:val="0"/>
                <w:u w:val="none"/>
              </w:rPr>
              <w:t>blue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Bu renk ne? Doğru kelimeyi seç.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396000" cy="39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_re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" cy="3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u w:val="none"/>
        </w:rPr>
        <w:t>What colour is it?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red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blue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yellow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green</w:t>
            </w:r>
          </w:p>
        </w:tc>
      </w:tr>
    </w:tbl>
    <w:p>
      <w:pPr>
        <w:keepNext/>
      </w:pPr>
      <w:r>
        <w:drawing>
          <wp:inline xmlns:a="http://schemas.openxmlformats.org/drawingml/2006/main" xmlns:pic="http://schemas.openxmlformats.org/drawingml/2006/picture">
            <wp:extent cx="396000" cy="39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_blu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00" cy="3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u w:val="none"/>
        </w:rPr>
        <w:t>What colour is it?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red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blue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black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brown</w:t>
            </w:r>
          </w:p>
        </w:tc>
      </w:tr>
    </w:tbl>
    <w:p>
      <w:pPr>
        <w:keepNext/>
      </w:pPr>
      <w:r>
        <w:drawing>
          <wp:inline xmlns:a="http://schemas.openxmlformats.org/drawingml/2006/main" xmlns:pic="http://schemas.openxmlformats.org/drawingml/2006/picture">
            <wp:extent cx="396000" cy="396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_yellow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000" cy="3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u w:val="none"/>
        </w:rPr>
        <w:t>What colour is it?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orange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green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yellow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white</w:t>
            </w:r>
          </w:p>
        </w:tc>
      </w:tr>
    </w:tbl>
    <w:p>
      <w:pPr>
        <w:keepNext/>
      </w:pPr>
      <w:r>
        <w:drawing>
          <wp:inline xmlns:a="http://schemas.openxmlformats.org/drawingml/2006/main" xmlns:pic="http://schemas.openxmlformats.org/drawingml/2006/picture">
            <wp:extent cx="396000" cy="39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_green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6000" cy="3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u w:val="none"/>
        </w:rPr>
        <w:t>What colour is it?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blue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purple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red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green</w:t>
            </w:r>
          </w:p>
        </w:tc>
      </w:tr>
    </w:tbl>
    <w:p>
      <w:pPr>
        <w:keepNext/>
      </w:pPr>
      <w:r>
        <w:drawing>
          <wp:inline xmlns:a="http://schemas.openxmlformats.org/drawingml/2006/main" xmlns:pic="http://schemas.openxmlformats.org/drawingml/2006/picture">
            <wp:extent cx="396000" cy="39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_oran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6000" cy="3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u w:val="none"/>
        </w:rPr>
        <w:t>What colour is it?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orange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yellow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brown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pink</w:t>
            </w:r>
          </w:p>
        </w:tc>
      </w:tr>
    </w:tbl>
    <w:p>
      <w:pPr>
        <w:keepNext/>
      </w:pPr>
      <w:r>
        <w:drawing>
          <wp:inline xmlns:a="http://schemas.openxmlformats.org/drawingml/2006/main" xmlns:pic="http://schemas.openxmlformats.org/drawingml/2006/picture">
            <wp:extent cx="396000" cy="396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_black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6000" cy="3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u w:val="none"/>
        </w:rPr>
        <w:t>What colour is it?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white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black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grey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blue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Sayıları yazalım. Kelime bankasını kullan.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u w:val="none"/>
        </w:rPr>
        <w:t xml:space="preserve">1 =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   2 =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   3 = </w:t>
      </w:r>
      <w:r>
        <w:rPr>
          <w:b w:val="0"/>
          <w:i w:val="0"/>
          <w:color w:val="666666"/>
          <w:u w:val="none"/>
        </w:rPr>
        <w:t>______________</w:t>
      </w:r>
    </w:p>
    <w:p>
      <w:pPr>
        <w:keepNext/>
        <w:spacing w:before="80"/>
      </w:pPr>
      <w:r>
        <w:rPr>
          <w:b/>
          <w:i w:val="0"/>
          <w:color w:val="2E5E8C"/>
          <w:sz w:val="20"/>
          <w:u w:val="none"/>
        </w:rPr>
        <w:t xml:space="preserve">Kelime bankası: </w:t>
      </w:r>
      <w:r>
        <w:rPr>
          <w:b w:val="0"/>
          <w:i/>
          <w:sz w:val="20"/>
          <w:u w:val="none"/>
        </w:rPr>
        <w:t>four  |  two  |  three  |  five  |  one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u w:val="none"/>
        </w:rPr>
        <w:t xml:space="preserve">4 =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   5 =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   6 = </w:t>
      </w:r>
      <w:r>
        <w:rPr>
          <w:b w:val="0"/>
          <w:i w:val="0"/>
          <w:color w:val="666666"/>
          <w:u w:val="none"/>
        </w:rPr>
        <w:t>__________</w:t>
      </w:r>
    </w:p>
    <w:p>
      <w:pPr>
        <w:keepNext/>
        <w:spacing w:before="80"/>
      </w:pPr>
      <w:r>
        <w:rPr>
          <w:b/>
          <w:i w:val="0"/>
          <w:color w:val="2E5E8C"/>
          <w:sz w:val="20"/>
          <w:u w:val="none"/>
        </w:rPr>
        <w:t xml:space="preserve">Kelime bankası: </w:t>
      </w:r>
      <w:r>
        <w:rPr>
          <w:b w:val="0"/>
          <w:i/>
          <w:sz w:val="20"/>
          <w:u w:val="none"/>
        </w:rPr>
        <w:t>seven  |  five  |  six  |  eight  |  four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u w:val="none"/>
        </w:rPr>
        <w:t xml:space="preserve">7 =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   8 =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   9 =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   10 = </w:t>
      </w:r>
      <w:r>
        <w:rPr>
          <w:b w:val="0"/>
          <w:i w:val="0"/>
          <w:color w:val="666666"/>
          <w:u w:val="none"/>
        </w:rPr>
        <w:t>__________</w:t>
      </w:r>
    </w:p>
    <w:p>
      <w:pPr>
        <w:keepNext/>
        <w:spacing w:before="80"/>
      </w:pPr>
      <w:r>
        <w:rPr>
          <w:b/>
          <w:i w:val="0"/>
          <w:color w:val="2E5E8C"/>
          <w:sz w:val="20"/>
          <w:u w:val="none"/>
        </w:rPr>
        <w:t xml:space="preserve">Kelime bankası: </w:t>
      </w:r>
      <w:r>
        <w:rPr>
          <w:b w:val="0"/>
          <w:i/>
          <w:sz w:val="20"/>
          <w:u w:val="none"/>
        </w:rPr>
        <w:t>ten  |  eight  |  nine  |  eleven  |  seven  |  twelve</w:t>
      </w:r>
    </w:p>
    <w:p>
      <w:pPr>
        <w:keepNext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/>
          <w:color w:val="666666"/>
          <w:sz w:val="20"/>
          <w:u w:val="none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5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nine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7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five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9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ten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10</w:t>
            </w:r>
          </w:p>
        </w:tc>
        <w:tc>
          <w:tcPr>
            <w:tcW w:type="dxa" w:w="964"/>
          </w:tcPr>
          <w:p>
            <w:pPr>
              <w:keepNext w:val="0"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seven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3"/>
          <w:u w:val="none"/>
        </w:rPr>
        <w:t>Bölüm 1b — Numbers 11 to 100</w:t>
      </w:r>
    </w:p>
    <w:p>
      <w:pPr>
        <w:jc w:val="both"/>
      </w:pPr>
      <w:r>
        <w:rPr>
          <w:b w:val="0"/>
          <w:i w:val="0"/>
          <w:u w:val="none"/>
        </w:rPr>
        <w:t>11 = eleven, 12 = twelve, 13 = thirteen, 14 = fourteen, 15 = fifteen, 16 = sixteen, 17 = seventeen, 18 = eighteen, 19 = nineteen, 20 = twenty.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u w:val="none"/>
        </w:rPr>
        <w:t>11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twelve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ten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eleven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twenty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u w:val="none"/>
        </w:rPr>
        <w:t>15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fifty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fourteen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five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fifteen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u w:val="none"/>
        </w:rPr>
        <w:t>18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eighteen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eighty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eight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seventeen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u w:val="none"/>
        </w:rPr>
        <w:t>20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twelve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twenty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two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u w:val="none"/>
        </w:rPr>
        <w:t>30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thirteen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three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thirty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forty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u w:val="none"/>
        </w:rPr>
        <w:t>50 = 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fifteen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five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sixty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fifty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Boşlukları doldur.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u w:val="none"/>
        </w:rPr>
        <w:t xml:space="preserve">20 =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   30 =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   40 =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   50 = </w:t>
      </w:r>
      <w:r>
        <w:rPr>
          <w:b w:val="0"/>
          <w:i w:val="0"/>
          <w:color w:val="666666"/>
          <w:u w:val="none"/>
        </w:rPr>
        <w:t>______________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u w:val="none"/>
        </w:rPr>
        <w:t xml:space="preserve">60 =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   70 =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 xml:space="preserve">    80 =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   90 =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   100 = </w:t>
      </w:r>
      <w:r>
        <w:rPr>
          <w:b w:val="0"/>
          <w:i w:val="0"/>
          <w:color w:val="666666"/>
          <w:u w:val="none"/>
        </w:rPr>
        <w:t>__________________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cantSplit/>
        </w:trPr>
        <w:tc>
          <w:tcPr>
            <w:tcW w:type="dxa" w:w="1928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10</w:t>
            </w:r>
          </w:p>
        </w:tc>
        <w:tc>
          <w:tcPr>
            <w:tcW w:type="dxa" w:w="1928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20</w:t>
            </w:r>
          </w:p>
        </w:tc>
        <w:tc>
          <w:tcPr>
            <w:tcW w:type="dxa" w:w="1928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30</w:t>
            </w:r>
          </w:p>
        </w:tc>
        <w:tc>
          <w:tcPr>
            <w:tcW w:type="dxa" w:w="1928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40</w:t>
            </w:r>
          </w:p>
        </w:tc>
        <w:tc>
          <w:tcPr>
            <w:tcW w:type="dxa" w:w="1928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50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keepNext w:val="0"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ten</w:t>
            </w:r>
          </w:p>
        </w:tc>
        <w:tc>
          <w:tcPr>
            <w:tcW w:type="dxa" w:w="1928"/>
          </w:tcPr>
          <w:p>
            <w:pPr>
              <w:keepNext w:val="0"/>
            </w:pPr>
            <w:r>
              <w:rPr>
                <w:b w:val="0"/>
                <w:i w:val="0"/>
                <w:sz w:val="20"/>
                <w:u w:val="none"/>
              </w:rPr>
              <w:t>twenty</w:t>
            </w:r>
          </w:p>
        </w:tc>
        <w:tc>
          <w:tcPr>
            <w:tcW w:type="dxa" w:w="1928"/>
          </w:tcPr>
          <w:p>
            <w:pPr>
              <w:keepNext w:val="0"/>
            </w:pPr>
            <w:r>
              <w:rPr>
                <w:b w:val="0"/>
                <w:i w:val="0"/>
                <w:sz w:val="20"/>
                <w:u w:val="none"/>
              </w:rPr>
              <w:t>thirty</w:t>
            </w:r>
          </w:p>
        </w:tc>
        <w:tc>
          <w:tcPr>
            <w:tcW w:type="dxa" w:w="1928"/>
          </w:tcPr>
          <w:p>
            <w:pPr>
              <w:keepNext w:val="0"/>
            </w:pPr>
            <w:r>
              <w:rPr>
                <w:b w:val="0"/>
                <w:i w:val="0"/>
                <w:sz w:val="20"/>
                <w:u w:val="none"/>
              </w:rPr>
              <w:t>forty</w:t>
            </w:r>
          </w:p>
        </w:tc>
        <w:tc>
          <w:tcPr>
            <w:tcW w:type="dxa" w:w="1928"/>
          </w:tcPr>
          <w:p>
            <w:pPr>
              <w:keepNext w:val="0"/>
            </w:pPr>
            <w:r>
              <w:rPr>
                <w:b w:val="0"/>
                <w:i w:val="0"/>
                <w:sz w:val="20"/>
                <w:u w:val="none"/>
              </w:rPr>
              <w:t>fifty</w:t>
            </w:r>
          </w:p>
        </w:tc>
      </w:tr>
    </w:tbl>
    <w:p>
      <w:pPr>
        <w:spacing w:after="0"/>
      </w:pP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u w:val="none"/>
        </w:rPr>
        <w:t>10, 20, 30, 40, 50 ... Write two numbers after 50 (words).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2 — Classroom Objects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Resme bak ve nesneleri öğren.</w:t>
      </w:r>
    </w:p>
    <w:p>
      <w:r>
        <w:drawing>
          <wp:inline xmlns:a="http://schemas.openxmlformats.org/drawingml/2006/main" xmlns:pic="http://schemas.openxmlformats.org/drawingml/2006/picture">
            <wp:extent cx="5400000" cy="117801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w-object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780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 w:val="0"/>
          <w:i/>
          <w:color w:val="666666"/>
          <w:sz w:val="18"/>
          <w:u w:val="none"/>
        </w:rPr>
        <w:t>Classroom objects</w:t>
      </w:r>
    </w:p>
    <w:p>
      <w:r>
        <w:drawing>
          <wp:inline xmlns:a="http://schemas.openxmlformats.org/drawingml/2006/main" xmlns:pic="http://schemas.openxmlformats.org/drawingml/2006/picture">
            <wp:extent cx="5400000" cy="117801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w-objects2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780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 w:val="0"/>
          <w:i/>
          <w:color w:val="666666"/>
          <w:sz w:val="18"/>
          <w:u w:val="none"/>
        </w:rPr>
        <w:t>More classroom objects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PÜF NOKTASI: </w:t>
            </w:r>
            <w:r>
              <w:rPr>
                <w:b/>
                <w:i w:val="0"/>
                <w:u w:val="none"/>
              </w:rPr>
              <w:t>a</w:t>
            </w:r>
            <w:r>
              <w:rPr>
                <w:b w:val="0"/>
                <w:i w:val="0"/>
                <w:u w:val="none"/>
              </w:rPr>
              <w:t xml:space="preserve"> + sessiz harf: a pen, a book | </w:t>
            </w:r>
            <w:r>
              <w:rPr>
                <w:b/>
                <w:i w:val="0"/>
                <w:u w:val="none"/>
              </w:rPr>
              <w:t>an</w:t>
            </w:r>
            <w:r>
              <w:rPr>
                <w:b w:val="0"/>
                <w:i w:val="0"/>
                <w:u w:val="none"/>
              </w:rPr>
              <w:t xml:space="preserve"> + sesli harf: an orange, an eraser</w:t>
            </w:r>
          </w:p>
        </w:tc>
      </w:tr>
    </w:tbl>
    <w:p>
      <w:pPr>
        <w:spacing w:after="0"/>
      </w:pPr>
    </w:p>
    <w:p>
      <w:pPr>
        <w:keepNext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/>
          <w:color w:val="666666"/>
          <w:sz w:val="20"/>
          <w:u w:val="none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pencil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kitap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ruler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silgi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rubber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kalem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school bag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sandalye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5. </w:t>
            </w:r>
            <w:r>
              <w:rPr>
                <w:b w:val="0"/>
                <w:i w:val="0"/>
                <w:u w:val="none"/>
              </w:rPr>
              <w:t>chair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E) </w:t>
            </w:r>
            <w:r>
              <w:rPr>
                <w:b w:val="0"/>
                <w:i w:val="0"/>
                <w:u w:val="none"/>
              </w:rPr>
              <w:t>okul çantası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6. </w:t>
            </w:r>
            <w:r>
              <w:rPr>
                <w:b w:val="0"/>
                <w:i w:val="0"/>
                <w:u w:val="none"/>
              </w:rPr>
              <w:t>book</w:t>
            </w:r>
          </w:p>
        </w:tc>
        <w:tc>
          <w:tcPr>
            <w:tcW w:type="dxa" w:w="964"/>
          </w:tcPr>
          <w:p>
            <w:pPr>
              <w:keepNext w:val="0"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F) </w:t>
            </w:r>
            <w:r>
              <w:rPr>
                <w:b w:val="0"/>
                <w:i w:val="0"/>
                <w:u w:val="none"/>
              </w:rPr>
              <w:t>cetvel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u w:val="none"/>
        </w:rPr>
        <w:t>We write with a ___.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pencil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ruler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chair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window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u w:val="none"/>
        </w:rPr>
        <w:t>We erase with a ___.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pen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rubber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book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door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u w:val="none"/>
        </w:rPr>
        <w:t>We draw a line with a ___.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school bag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chair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ruler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crayon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u w:val="none"/>
        </w:rPr>
        <w:t>We put our books in a ___.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chair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window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door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school bag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u w:val="none"/>
        </w:rPr>
        <w:t>We sit on a ___.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chair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book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pen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ruler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u w:val="none"/>
        </w:rPr>
        <w:t>We look at it. It is big and black.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chair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board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pen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rubber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u w:val="none"/>
        </w:rPr>
        <w:t>We open it and look out.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book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door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window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bag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u w:val="none"/>
        </w:rPr>
        <w:t>We cut with it.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ruler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pen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book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scissors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a / an? Doğru olanı seç.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u w:val="none"/>
        </w:rPr>
        <w:t>___ pencil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two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u w:val="none"/>
        </w:rPr>
        <w:t>___ orange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one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u w:val="none"/>
        </w:rPr>
        <w:t>___ eraser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three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u w:val="none"/>
        </w:rPr>
        <w:t>___ book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one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u w:val="none"/>
        </w:rPr>
        <w:t>___ ruler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two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u w:val="none"/>
        </w:rPr>
        <w:t>___ object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one</w:t>
            </w:r>
          </w:p>
        </w:tc>
      </w:tr>
    </w:tbl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u w:val="none"/>
        </w:rPr>
        <w:t xml:space="preserve">It is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pen.  It is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ruler.  It is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orange.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u w:val="none"/>
        </w:rPr>
        <w:t xml:space="preserve">I have got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book.  I have got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eraser.</w:t>
      </w:r>
    </w:p>
    <w:p>
      <w:pPr>
        <w:keepNext/>
        <w:spacing w:before="80"/>
      </w:pPr>
      <w:r>
        <w:rPr>
          <w:b/>
          <w:i w:val="0"/>
          <w:color w:val="2E5E8C"/>
          <w:sz w:val="20"/>
          <w:u w:val="none"/>
        </w:rPr>
        <w:t xml:space="preserve">Kelime bankası: </w:t>
      </w:r>
      <w:r>
        <w:rPr>
          <w:b w:val="0"/>
          <w:i/>
          <w:sz w:val="20"/>
          <w:u w:val="none"/>
        </w:rPr>
        <w:t>an  |  a  |  the</w:t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3"/>
          <w:u w:val="none"/>
        </w:rPr>
        <w:t>Bölüm 2b — Write the Objects</w:t>
      </w:r>
    </w:p>
    <w:p>
      <w:r>
        <w:drawing>
          <wp:inline xmlns:a="http://schemas.openxmlformats.org/drawingml/2006/main" xmlns:pic="http://schemas.openxmlformats.org/drawingml/2006/picture">
            <wp:extent cx="3960000" cy="3960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bjects-grid-blank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 w:val="0"/>
          <w:i/>
          <w:color w:val="666666"/>
          <w:sz w:val="18"/>
          <w:u w:val="none"/>
        </w:rPr>
        <w:t>Look and write the words.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u w:val="none"/>
        </w:rPr>
        <w:t>1. ___________   2. ___________   3. 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u w:val="none"/>
        </w:rPr>
        <w:t>4. ___________   5. ___________   6. 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u w:val="none"/>
        </w:rPr>
        <w:t>7. ___________   8. ___________   9. 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DİKKAT: </w:t>
            </w:r>
            <w:r>
              <w:rPr>
                <w:b/>
                <w:i w:val="0"/>
                <w:u w:val="none"/>
              </w:rPr>
              <w:t>this</w:t>
            </w:r>
            <w:r>
              <w:rPr>
                <w:b w:val="0"/>
                <w:i w:val="0"/>
                <w:u w:val="none"/>
              </w:rPr>
              <w:t xml:space="preserve"> = yakın (bu) | </w:t>
            </w:r>
            <w:r>
              <w:rPr>
                <w:b/>
                <w:i w:val="0"/>
                <w:u w:val="none"/>
              </w:rPr>
              <w:t>that</w:t>
            </w:r>
            <w:r>
              <w:rPr>
                <w:b w:val="0"/>
                <w:i w:val="0"/>
                <w:u w:val="none"/>
              </w:rPr>
              <w:t xml:space="preserve"> = uzak (şu)</w:t>
            </w:r>
          </w:p>
        </w:tc>
      </w:tr>
    </w:tbl>
    <w:p>
      <w:pPr>
        <w:spacing w:after="0"/>
      </w:pP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u w:val="none"/>
        </w:rPr>
        <w:t>___ is a pen. (elimde)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That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These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Those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u w:val="none"/>
        </w:rPr>
        <w:t>___ is a door. (uzak)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These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Those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u w:val="none"/>
        </w:rPr>
        <w:t>___ is my chair. (yakınımda)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That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Those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</w:tbl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(yakın) is a book.</w:t>
      </w:r>
    </w:p>
    <w:p>
      <w:pPr>
        <w:keepNext w:val="0"/>
        <w:spacing w:after="100"/>
        <w:ind w:left="340"/>
      </w:pP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(uzak) is a window.</w:t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3 — School Places, Subjects and Days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Okuldaki yerleri öğren.</w:t>
      </w:r>
    </w:p>
    <w:p>
      <w:r>
        <w:drawing>
          <wp:inline xmlns:a="http://schemas.openxmlformats.org/drawingml/2006/main" xmlns:pic="http://schemas.openxmlformats.org/drawingml/2006/picture">
            <wp:extent cx="5760000" cy="1261241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w-places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2612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 w:val="0"/>
          <w:i/>
          <w:color w:val="666666"/>
          <w:sz w:val="18"/>
          <w:u w:val="none"/>
        </w:rPr>
        <w:t>School places</w:t>
      </w:r>
    </w:p>
    <w:p>
      <w:pPr>
        <w:keepNext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/>
          <w:color w:val="666666"/>
          <w:sz w:val="20"/>
          <w:u w:val="none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library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oyun alanı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canteen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kütüphane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gym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sınıf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playground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yemekhane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5. </w:t>
            </w:r>
            <w:r>
              <w:rPr>
                <w:b w:val="0"/>
                <w:i w:val="0"/>
                <w:u w:val="none"/>
              </w:rPr>
              <w:t>office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E) </w:t>
            </w:r>
            <w:r>
              <w:rPr>
                <w:b w:val="0"/>
                <w:i w:val="0"/>
                <w:u w:val="none"/>
              </w:rPr>
              <w:t>ofis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6. </w:t>
            </w:r>
            <w:r>
              <w:rPr>
                <w:b w:val="0"/>
                <w:i w:val="0"/>
                <w:u w:val="none"/>
              </w:rPr>
              <w:t>classroom</w:t>
            </w:r>
          </w:p>
        </w:tc>
        <w:tc>
          <w:tcPr>
            <w:tcW w:type="dxa" w:w="964"/>
          </w:tcPr>
          <w:p>
            <w:pPr>
              <w:keepNext w:val="0"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F) </w:t>
            </w:r>
            <w:r>
              <w:rPr>
                <w:b w:val="0"/>
                <w:i w:val="0"/>
                <w:u w:val="none"/>
              </w:rPr>
              <w:t>spor salonu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Nerede? Doğru yeri seç.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u w:val="none"/>
        </w:rPr>
        <w:t>We read books in the ___.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gym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library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canteen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office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u w:val="none"/>
        </w:rPr>
        <w:t>We eat in the ___.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library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gym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canteen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office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u w:val="none"/>
        </w:rPr>
        <w:t>We play football in the ___.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library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office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classroom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playground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u w:val="none"/>
        </w:rPr>
        <w:t>We do PE in the ___.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gym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canteen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library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office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u w:val="none"/>
        </w:rPr>
        <w:t>The teacher is in the ___.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playground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office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canteen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gym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u w:val="none"/>
        </w:rPr>
        <w:t>We read and write in the ___.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gym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canteen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classroom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playground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u w:val="none"/>
        </w:rPr>
        <w:t xml:space="preserve">We read books in the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>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We eat in the </w:t>
      </w:r>
      <w:r>
        <w:rPr>
          <w:b w:val="0"/>
          <w:i w:val="0"/>
          <w:color w:val="666666"/>
          <w:u w:val="none"/>
        </w:rPr>
        <w:t>__________________</w:t>
      </w:r>
      <w:r>
        <w:rPr>
          <w:b w:val="0"/>
          <w:i w:val="0"/>
          <w:u w:val="none"/>
        </w:rPr>
        <w:t>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We play in the </w:t>
      </w:r>
      <w:r>
        <w:rPr>
          <w:b w:val="0"/>
          <w:i w:val="0"/>
          <w:color w:val="666666"/>
          <w:u w:val="none"/>
        </w:rPr>
        <w:t>________________________</w:t>
      </w:r>
      <w:r>
        <w:rPr>
          <w:b w:val="0"/>
          <w:i w:val="0"/>
          <w:u w:val="none"/>
        </w:rPr>
        <w:t>.</w:t>
      </w:r>
    </w:p>
    <w:p>
      <w:pPr>
        <w:keepNext/>
        <w:spacing w:before="80"/>
      </w:pPr>
      <w:r>
        <w:rPr>
          <w:b/>
          <w:i w:val="0"/>
          <w:color w:val="2E5E8C"/>
          <w:sz w:val="20"/>
          <w:u w:val="none"/>
        </w:rPr>
        <w:t xml:space="preserve">Kelime bankası: </w:t>
      </w:r>
      <w:r>
        <w:rPr>
          <w:b w:val="0"/>
          <w:i/>
          <w:sz w:val="20"/>
          <w:u w:val="none"/>
        </w:rPr>
        <w:t>playground  |  canteen  |  gym  |  library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3"/>
          <w:u w:val="none"/>
        </w:rPr>
        <w:t>Subjects</w:t>
      </w:r>
    </w:p>
    <w:p>
      <w:r>
        <w:drawing>
          <wp:inline xmlns:a="http://schemas.openxmlformats.org/drawingml/2006/main" xmlns:pic="http://schemas.openxmlformats.org/drawingml/2006/picture">
            <wp:extent cx="4320000" cy="2702769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subjects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027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 w:val="0"/>
          <w:i/>
          <w:color w:val="666666"/>
          <w:sz w:val="18"/>
          <w:u w:val="none"/>
        </w:rPr>
        <w:t>School subjects</w:t>
      </w:r>
    </w:p>
    <w:p>
      <w:pPr>
        <w:jc w:val="both"/>
      </w:pPr>
      <w:r>
        <w:rPr>
          <w:b w:val="0"/>
          <w:i w:val="0"/>
          <w:u w:val="none"/>
        </w:rPr>
        <w:t>Subjects: English, Turkish, maths, science, music, art, PE, social.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53) </w:t>
      </w:r>
      <w:r>
        <w:rPr>
          <w:b w:val="0"/>
          <w:i w:val="0"/>
          <w:u w:val="none"/>
        </w:rPr>
        <w:t>We count numbers in ___.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music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art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PE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maths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54) </w:t>
      </w:r>
      <w:r>
        <w:rPr>
          <w:b w:val="0"/>
          <w:i w:val="0"/>
          <w:u w:val="none"/>
        </w:rPr>
        <w:t>We sing songs in ___.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music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maths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science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PE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55) </w:t>
      </w:r>
      <w:r>
        <w:rPr>
          <w:b w:val="0"/>
          <w:i w:val="0"/>
          <w:u w:val="none"/>
        </w:rPr>
        <w:t>We draw and colour in ___.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science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art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maths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music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56) </w:t>
      </w:r>
      <w:r>
        <w:rPr>
          <w:b w:val="0"/>
          <w:i w:val="0"/>
          <w:u w:val="none"/>
        </w:rPr>
        <w:t>We speak English in ___.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Turkish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art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English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PE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57) </w:t>
      </w:r>
      <w:r>
        <w:rPr>
          <w:b w:val="0"/>
          <w:i w:val="0"/>
          <w:u w:val="none"/>
        </w:rPr>
        <w:t>We run and jump in ___.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music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art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science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PE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3"/>
          <w:u w:val="none"/>
        </w:rPr>
        <w:t>Days of the Week</w:t>
      </w:r>
    </w:p>
    <w:p>
      <w:pPr>
        <w:jc w:val="both"/>
      </w:pPr>
      <w:r>
        <w:rPr>
          <w:b w:val="0"/>
          <w:i w:val="0"/>
          <w:u w:val="none"/>
        </w:rPr>
        <w:t>Monday, Tuesday, Wednesday, Thursday, Friday, Saturday, Sunday.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58) </w:t>
      </w:r>
      <w:r>
        <w:rPr>
          <w:b w:val="0"/>
          <w:i w:val="0"/>
          <w:u w:val="none"/>
        </w:rPr>
        <w:t xml:space="preserve">1. </w:t>
      </w:r>
      <w:r>
        <w:rPr>
          <w:b w:val="0"/>
          <w:i w:val="0"/>
          <w:color w:val="666666"/>
          <w:u w:val="none"/>
        </w:rPr>
        <w:t>________________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2. </w:t>
      </w:r>
      <w:r>
        <w:rPr>
          <w:b w:val="0"/>
          <w:i w:val="0"/>
          <w:color w:val="666666"/>
          <w:u w:val="none"/>
        </w:rPr>
        <w:t>__________________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3. </w:t>
      </w:r>
      <w:r>
        <w:rPr>
          <w:b w:val="0"/>
          <w:i w:val="0"/>
          <w:color w:val="666666"/>
          <w:u w:val="none"/>
        </w:rPr>
        <w:t>______________________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4. </w:t>
      </w:r>
      <w:r>
        <w:rPr>
          <w:b w:val="0"/>
          <w:i w:val="0"/>
          <w:color w:val="666666"/>
          <w:u w:val="none"/>
        </w:rPr>
        <w:t>____________________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5. </w:t>
      </w:r>
      <w:r>
        <w:rPr>
          <w:b w:val="0"/>
          <w:i w:val="0"/>
          <w:color w:val="666666"/>
          <w:u w:val="none"/>
        </w:rPr>
        <w:t>________________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6. </w:t>
      </w:r>
      <w:r>
        <w:rPr>
          <w:b w:val="0"/>
          <w:i w:val="0"/>
          <w:color w:val="666666"/>
          <w:u w:val="none"/>
        </w:rPr>
        <w:t>____________________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7. </w:t>
      </w:r>
      <w:r>
        <w:rPr>
          <w:b w:val="0"/>
          <w:i w:val="0"/>
          <w:color w:val="666666"/>
          <w:u w:val="none"/>
        </w:rPr>
        <w:t>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59) </w:t>
      </w:r>
      <w:r>
        <w:rPr>
          <w:b w:val="0"/>
          <w:i w:val="0"/>
          <w:u w:val="none"/>
        </w:rPr>
        <w:t>Which day is after Monday?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Sunday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Tuesday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Friday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Wednesday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60) </w:t>
      </w:r>
      <w:r>
        <w:rPr>
          <w:b w:val="0"/>
          <w:i w:val="0"/>
          <w:u w:val="none"/>
        </w:rPr>
        <w:t>Which day is before Friday?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Saturday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Monday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Thursday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Sunday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61) </w:t>
      </w:r>
      <w:r>
        <w:rPr>
          <w:b w:val="0"/>
          <w:i w:val="0"/>
          <w:u w:val="none"/>
        </w:rPr>
        <w:t>Which day is the first school day?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Sunday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Saturday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Friday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Monday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62) </w:t>
      </w:r>
      <w:r>
        <w:rPr>
          <w:b w:val="0"/>
          <w:i w:val="0"/>
          <w:u w:val="none"/>
        </w:rPr>
        <w:t>Which day is not a school day?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Sunday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Monday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Tuesday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Wednesday</w:t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4 — To Be, There is / There are, Have got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PÜF NOKTASI: </w:t>
            </w:r>
            <w:r>
              <w:rPr>
                <w:b w:val="0"/>
                <w:i w:val="0"/>
                <w:u w:val="none"/>
              </w:rPr>
              <w:t xml:space="preserve">I </w:t>
            </w:r>
            <w:r>
              <w:rPr>
                <w:b/>
                <w:i w:val="0"/>
                <w:u w:val="none"/>
              </w:rPr>
              <w:t>am</w:t>
            </w:r>
            <w:r>
              <w:rPr>
                <w:b w:val="0"/>
                <w:i w:val="0"/>
                <w:u w:val="none"/>
              </w:rPr>
              <w:t xml:space="preserve"> | He/She/It </w:t>
            </w:r>
            <w:r>
              <w:rPr>
                <w:b/>
                <w:i w:val="0"/>
                <w:u w:val="none"/>
              </w:rPr>
              <w:t>is</w:t>
            </w:r>
            <w:r>
              <w:rPr>
                <w:b w:val="0"/>
                <w:i w:val="0"/>
                <w:u w:val="none"/>
              </w:rPr>
              <w:t xml:space="preserve"> | You/We/They </w:t>
            </w:r>
            <w:r>
              <w:rPr>
                <w:b/>
                <w:i w:val="0"/>
                <w:u w:val="none"/>
              </w:rPr>
              <w:t>are</w:t>
            </w:r>
            <w:r>
              <w:rPr>
                <w:b w:val="0"/>
                <w:i w:val="0"/>
                <w:u w:val="none"/>
              </w:rPr>
              <w:t xml:space="preserve">  —  There </w:t>
            </w:r>
            <w:r>
              <w:rPr>
                <w:b/>
                <w:i w:val="0"/>
                <w:u w:val="none"/>
              </w:rPr>
              <w:t>is</w:t>
            </w:r>
            <w:r>
              <w:rPr>
                <w:b w:val="0"/>
                <w:i w:val="0"/>
                <w:u w:val="none"/>
              </w:rPr>
              <w:t xml:space="preserve"> a book. / There </w:t>
            </w:r>
            <w:r>
              <w:rPr>
                <w:b/>
                <w:i w:val="0"/>
                <w:u w:val="none"/>
              </w:rPr>
              <w:t>are</w:t>
            </w:r>
            <w:r>
              <w:rPr>
                <w:b w:val="0"/>
                <w:i w:val="0"/>
                <w:u w:val="none"/>
              </w:rPr>
              <w:t xml:space="preserve"> two books.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0F6EF"/>
            <w:tcBorders>
              <w:top w:val="single" w:sz="8" w:color="C9DBC7"/>
              <w:bottom w:val="single" w:sz="8" w:color="C9DBC7"/>
              <w:right w:val="single" w:sz="8" w:color="C9DBC7"/>
            </w:tcBorders>
            <w:tcBorders>
              <w:left w:val="single" w:sz="20" w:color="4F7942"/>
            </w:tcBorders>
          </w:tcPr>
          <w:p>
            <w:pPr>
              <w:spacing w:before="40"/>
            </w:pPr>
            <w:r>
              <w:rPr>
                <w:b/>
                <w:i w:val="0"/>
                <w:color w:val="4F7942"/>
                <w:sz w:val="18"/>
                <w:u w:val="none"/>
              </w:rPr>
              <w:t>ÖRNEK</w:t>
            </w:r>
          </w:p>
          <w:p>
            <w:r>
              <w:rPr>
                <w:b w:val="0"/>
                <w:i w:val="0"/>
                <w:u w:val="none"/>
              </w:rPr>
              <w:t>___ a book on the table.</w:t>
            </w:r>
          </w:p>
          <w:p>
            <w:r>
              <w:rPr>
                <w:b w:val="0"/>
                <w:i/>
                <w:color w:val="666666"/>
                <w:sz w:val="20"/>
                <w:u w:val="none"/>
              </w:rPr>
              <w:t>Çözüm: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 xml:space="preserve">Tek nesne var → </w:t>
            </w:r>
            <w:r>
              <w:rPr>
                <w:b/>
                <w:i w:val="0"/>
                <w:u w:val="none"/>
              </w:rPr>
              <w:t>is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 xml:space="preserve">There </w:t>
            </w:r>
            <w:r>
              <w:rPr>
                <w:b/>
                <w:i w:val="0"/>
                <w:u w:val="none"/>
              </w:rPr>
              <w:t>is</w:t>
            </w:r>
            <w:r>
              <w:rPr>
                <w:b w:val="0"/>
                <w:i w:val="0"/>
                <w:u w:val="none"/>
              </w:rPr>
              <w:t xml:space="preserve"> a book on the table.</w:t>
            </w:r>
          </w:p>
        </w:tc>
      </w:tr>
    </w:tbl>
    <w:p>
      <w:pPr>
        <w:spacing w:after="0"/>
      </w:pP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am / is / are ile doldur.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63) </w:t>
      </w: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student.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She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my teacher.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They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in the classroom.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64) </w:t>
      </w:r>
      <w:r>
        <w:rPr>
          <w:b w:val="0"/>
          <w:i w:val="0"/>
          <w:u w:val="none"/>
        </w:rPr>
        <w:t xml:space="preserve">We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students.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He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in the gym.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It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book.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65) </w:t>
      </w:r>
      <w:r>
        <w:rPr>
          <w:b w:val="0"/>
          <w:i w:val="0"/>
          <w:u w:val="none"/>
        </w:rPr>
        <w:t xml:space="preserve">You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my friend.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My school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big.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happy.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66) </w:t>
      </w:r>
      <w:r>
        <w:rPr>
          <w:b w:val="0"/>
          <w:i w:val="0"/>
          <w:u w:val="none"/>
        </w:rPr>
        <w:t>___ you a student?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67) </w:t>
      </w:r>
      <w:r>
        <w:rPr>
          <w:b w:val="0"/>
          <w:i w:val="0"/>
          <w:u w:val="none"/>
        </w:rPr>
        <w:t>___ she your teacher?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68) </w:t>
      </w:r>
      <w:r>
        <w:rPr>
          <w:b w:val="0"/>
          <w:i w:val="0"/>
          <w:u w:val="none"/>
        </w:rPr>
        <w:t>They ___ my friends.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69) </w:t>
      </w:r>
      <w:r>
        <w:rPr>
          <w:b w:val="0"/>
          <w:i w:val="0"/>
          <w:u w:val="none"/>
        </w:rPr>
        <w:t>Ali ___ in the playground.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70) </w:t>
      </w:r>
      <w:r>
        <w:rPr>
          <w:b w:val="0"/>
          <w:i w:val="0"/>
          <w:u w:val="none"/>
        </w:rPr>
        <w:t>I ___ nine.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There is / There are ile doldur.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71) </w:t>
      </w: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board in the classroom.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two windows.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72) </w:t>
      </w: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five books.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computer.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73) </w:t>
      </w:r>
      <w:r>
        <w:rPr>
          <w:b w:val="0"/>
          <w:i w:val="0"/>
          <w:u w:val="none"/>
        </w:rPr>
        <w:t>How many students are there? ___ twenty students.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There is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It is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There are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He is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74) </w:t>
      </w:r>
      <w:r>
        <w:rPr>
          <w:b w:val="0"/>
          <w:i w:val="0"/>
          <w:u w:val="none"/>
        </w:rPr>
        <w:t>How many chairs are there? ___ one chair.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There are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They are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It are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There is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have got / has got ile doldur.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75) </w:t>
      </w: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a pen.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She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a ruler.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We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two books.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76) </w:t>
      </w:r>
      <w:r>
        <w:rPr>
          <w:b w:val="0"/>
          <w:i w:val="0"/>
          <w:u w:val="none"/>
        </w:rPr>
        <w:t xml:space="preserve">He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a school bag.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They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a ball.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77) </w:t>
      </w:r>
      <w:r>
        <w:rPr>
          <w:b w:val="0"/>
          <w:i w:val="0"/>
          <w:u w:val="none"/>
        </w:rPr>
        <w:t>I has got a book.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78) </w:t>
      </w:r>
      <w:r>
        <w:rPr>
          <w:b w:val="0"/>
          <w:i w:val="0"/>
          <w:u w:val="none"/>
        </w:rPr>
        <w:t>She has got a ruler.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79) </w:t>
      </w:r>
      <w:r>
        <w:rPr>
          <w:b w:val="0"/>
          <w:i w:val="0"/>
          <w:u w:val="none"/>
        </w:rPr>
        <w:t>They have got two pens.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5 — This / That / These / Those, Whose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PÜF NOKTASI: </w:t>
            </w:r>
            <w:r>
              <w:rPr>
                <w:b w:val="0"/>
                <w:i w:val="0"/>
                <w:u w:val="none"/>
              </w:rPr>
              <w:t xml:space="preserve">Tek: </w:t>
            </w:r>
            <w:r>
              <w:rPr>
                <w:b/>
                <w:i w:val="0"/>
                <w:u w:val="none"/>
              </w:rPr>
              <w:t>this</w:t>
            </w:r>
            <w:r>
              <w:rPr>
                <w:b w:val="0"/>
                <w:i w:val="0"/>
                <w:u w:val="none"/>
              </w:rPr>
              <w:t xml:space="preserve"> (yakın) / </w:t>
            </w:r>
            <w:r>
              <w:rPr>
                <w:b/>
                <w:i w:val="0"/>
                <w:u w:val="none"/>
              </w:rPr>
              <w:t>that</w:t>
            </w:r>
            <w:r>
              <w:rPr>
                <w:b w:val="0"/>
                <w:i w:val="0"/>
                <w:u w:val="none"/>
              </w:rPr>
              <w:t xml:space="preserve"> (uzak)  —  Cok: </w:t>
            </w:r>
            <w:r>
              <w:rPr>
                <w:b/>
                <w:i w:val="0"/>
                <w:u w:val="none"/>
              </w:rPr>
              <w:t>these</w:t>
            </w:r>
            <w:r>
              <w:rPr>
                <w:b w:val="0"/>
                <w:i w:val="0"/>
                <w:u w:val="none"/>
              </w:rPr>
              <w:t xml:space="preserve"> (yakın) / </w:t>
            </w:r>
            <w:r>
              <w:rPr>
                <w:b/>
                <w:i w:val="0"/>
                <w:u w:val="none"/>
              </w:rPr>
              <w:t>those</w:t>
            </w:r>
            <w:r>
              <w:rPr>
                <w:b w:val="0"/>
                <w:i w:val="0"/>
                <w:u w:val="none"/>
              </w:rPr>
              <w:t xml:space="preserve"> (uzak)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0F6EF"/>
            <w:tcBorders>
              <w:top w:val="single" w:sz="8" w:color="C9DBC7"/>
              <w:bottom w:val="single" w:sz="8" w:color="C9DBC7"/>
              <w:right w:val="single" w:sz="8" w:color="C9DBC7"/>
            </w:tcBorders>
            <w:tcBorders>
              <w:left w:val="single" w:sz="20" w:color="4F7942"/>
            </w:tcBorders>
          </w:tcPr>
          <w:p>
            <w:pPr>
              <w:spacing w:before="40"/>
            </w:pPr>
            <w:r>
              <w:rPr>
                <w:b/>
                <w:i w:val="0"/>
                <w:color w:val="4F7942"/>
                <w:sz w:val="18"/>
                <w:u w:val="none"/>
              </w:rPr>
              <w:t>ÖRNEK</w:t>
            </w:r>
          </w:p>
          <w:p>
            <w:r>
              <w:rPr>
                <w:b w:val="0"/>
                <w:i w:val="0"/>
                <w:u w:val="none"/>
              </w:rPr>
              <w:t>___ are my books. (yakınımda, iki kitap)</w:t>
            </w:r>
          </w:p>
          <w:p>
            <w:r>
              <w:rPr>
                <w:b w:val="0"/>
                <w:i/>
                <w:color w:val="666666"/>
                <w:sz w:val="20"/>
                <w:u w:val="none"/>
              </w:rPr>
              <w:t>Çözüm: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Iki kitap → cogul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Yakın → these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3. </w:t>
            </w:r>
            <w:r>
              <w:rPr>
                <w:b/>
                <w:i w:val="0"/>
                <w:u w:val="none"/>
              </w:rPr>
              <w:t>These</w:t>
            </w:r>
            <w:r>
              <w:rPr>
                <w:b w:val="0"/>
                <w:i w:val="0"/>
                <w:u w:val="none"/>
              </w:rPr>
              <w:t xml:space="preserve"> are my books.</w:t>
            </w:r>
          </w:p>
        </w:tc>
      </w:tr>
    </w:tbl>
    <w:p>
      <w:pPr>
        <w:spacing w:after="0"/>
      </w:pPr>
    </w:p>
    <w:p>
      <w:pPr>
        <w:keepNext/>
      </w:pPr>
      <w:r>
        <w:rPr>
          <w:b/>
          <w:i w:val="0"/>
          <w:color w:val="2E5E8C"/>
          <w:u w:val="none"/>
        </w:rPr>
        <w:t xml:space="preserve">80) </w:t>
      </w:r>
      <w:r>
        <w:rPr>
          <w:b w:val="0"/>
          <w:i/>
          <w:color w:val="666666"/>
          <w:sz w:val="20"/>
          <w:u w:val="none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this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şu (çoğul)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that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bu (tekil)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these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şu (tekil)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those</w:t>
            </w:r>
          </w:p>
        </w:tc>
        <w:tc>
          <w:tcPr>
            <w:tcW w:type="dxa" w:w="964"/>
          </w:tcPr>
          <w:p>
            <w:pPr>
              <w:keepNext w:val="0"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bunlar (çoğul)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81) </w:t>
      </w:r>
      <w:r>
        <w:rPr>
          <w:b w:val="0"/>
          <w:i w:val="0"/>
          <w:u w:val="none"/>
        </w:rPr>
        <w:t>___ is a pen. (1 tane, yakın)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These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Those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82) </w:t>
      </w:r>
      <w:r>
        <w:rPr>
          <w:b w:val="0"/>
          <w:i w:val="0"/>
          <w:u w:val="none"/>
        </w:rPr>
        <w:t>___ is a board. (1 tane, uzak)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That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These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Those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83) </w:t>
      </w:r>
      <w:r>
        <w:rPr>
          <w:b w:val="0"/>
          <w:i w:val="0"/>
          <w:u w:val="none"/>
        </w:rPr>
        <w:t>___ are chairs. (2 tane, yakın)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That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These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Those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84) </w:t>
      </w:r>
      <w:r>
        <w:rPr>
          <w:b w:val="0"/>
          <w:i w:val="0"/>
          <w:u w:val="none"/>
        </w:rPr>
        <w:t>___ are windows. (2 tane, uzak)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That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These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Those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85) </w:t>
      </w:r>
      <w:r>
        <w:rPr>
          <w:b w:val="0"/>
          <w:i w:val="0"/>
          <w:u w:val="none"/>
        </w:rPr>
        <w:t>___ are my friends.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These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That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86) </w:t>
      </w:r>
      <w:r>
        <w:rPr>
          <w:b w:val="0"/>
          <w:i w:val="0"/>
          <w:u w:val="none"/>
        </w:rPr>
        <w:t>___ is my classroom.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These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Those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</w:tbl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87)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a ruler. (1, yakın)</w:t>
      </w:r>
    </w:p>
    <w:p>
      <w:pPr>
        <w:keepNext w:val="0"/>
        <w:spacing w:after="100"/>
        <w:ind w:left="340"/>
      </w:pP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are rulers. (2, uzak)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88)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a chair. (1, uzak)</w:t>
      </w:r>
    </w:p>
    <w:p>
      <w:pPr>
        <w:keepNext w:val="0"/>
        <w:spacing w:after="100"/>
        <w:ind w:left="340"/>
      </w:pP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are chairs. (3, yakın)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3"/>
          <w:u w:val="none"/>
        </w:rPr>
        <w:t>Whose — Kimin?</w:t>
      </w:r>
    </w:p>
    <w:p>
      <w:pPr>
        <w:jc w:val="both"/>
      </w:pPr>
      <w:r>
        <w:rPr>
          <w:b w:val="0"/>
          <w:i w:val="0"/>
          <w:u w:val="none"/>
        </w:rPr>
        <w:t>Ali's book = Ali'nin kitabı. Whose book is this? It is Ali's book.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89) </w:t>
      </w:r>
      <w:r>
        <w:rPr>
          <w:b w:val="0"/>
          <w:i w:val="0"/>
          <w:u w:val="none"/>
        </w:rPr>
        <w:t>___ book is this? It is Sara's book.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Who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What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Whose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Where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90) </w:t>
      </w:r>
      <w:r>
        <w:rPr>
          <w:b w:val="0"/>
          <w:i w:val="0"/>
          <w:u w:val="none"/>
        </w:rPr>
        <w:t>This is ___ bag. (Sara)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Sara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Sara is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Sara are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Sara's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91) </w:t>
      </w:r>
      <w:r>
        <w:rPr>
          <w:b w:val="0"/>
          <w:i w:val="0"/>
          <w:u w:val="none"/>
        </w:rPr>
        <w:t>This is ___ pen. (Ali)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Ali's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Ali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Ali are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Ali have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92) </w:t>
      </w:r>
      <w:r>
        <w:rPr>
          <w:b w:val="0"/>
          <w:i w:val="0"/>
          <w:u w:val="none"/>
        </w:rPr>
        <w:t>___ ruler is this? It is Ali's ruler.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When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Whose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How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Which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93) </w:t>
      </w:r>
      <w:r>
        <w:rPr>
          <w:b w:val="0"/>
          <w:i w:val="0"/>
          <w:u w:val="none"/>
        </w:rPr>
        <w:t xml:space="preserve">This is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(Ali) book.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This is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(Sara) ruler.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94) </w:t>
      </w:r>
      <w:r>
        <w:rPr>
          <w:b w:val="0"/>
          <w:i w:val="0"/>
          <w:u w:val="none"/>
        </w:rPr>
        <w:t>Whose chair is this? It is Ali's chair. → Whose ___ is this?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6 — Present Continuous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PÜF NOKTASI: </w:t>
            </w:r>
            <w:r>
              <w:rPr>
                <w:b w:val="0"/>
                <w:i w:val="0"/>
                <w:u w:val="none"/>
              </w:rPr>
              <w:t xml:space="preserve">am / is / are + fiil → I </w:t>
            </w:r>
            <w:r>
              <w:rPr>
                <w:b/>
                <w:i w:val="0"/>
                <w:u w:val="none"/>
              </w:rPr>
              <w:t>am reading</w:t>
            </w:r>
            <w:r>
              <w:rPr>
                <w:b w:val="0"/>
                <w:i w:val="0"/>
                <w:u w:val="none"/>
              </w:rPr>
              <w:t xml:space="preserve">. She </w:t>
            </w:r>
            <w:r>
              <w:rPr>
                <w:b/>
                <w:i w:val="0"/>
                <w:u w:val="none"/>
              </w:rPr>
              <w:t>is writing</w:t>
            </w:r>
            <w:r>
              <w:rPr>
                <w:b w:val="0"/>
                <w:i w:val="0"/>
                <w:u w:val="none"/>
              </w:rPr>
              <w:t xml:space="preserve">. They </w:t>
            </w:r>
            <w:r>
              <w:rPr>
                <w:b/>
                <w:i w:val="0"/>
                <w:u w:val="none"/>
              </w:rPr>
              <w:t>are playing</w:t>
            </w:r>
            <w:r>
              <w:rPr>
                <w:b w:val="0"/>
                <w:i w:val="0"/>
                <w:u w:val="none"/>
              </w:rPr>
              <w:t>.</w:t>
            </w:r>
          </w:p>
        </w:tc>
      </w:tr>
    </w:tbl>
    <w:p>
      <w:pPr>
        <w:spacing w:after="0"/>
      </w:pP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Resimlere bak.</w:t>
      </w:r>
    </w:p>
    <w:p>
      <w:r>
        <w:drawing>
          <wp:inline xmlns:a="http://schemas.openxmlformats.org/drawingml/2006/main" xmlns:pic="http://schemas.openxmlformats.org/drawingml/2006/picture">
            <wp:extent cx="4680000" cy="387091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t-grid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870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 w:val="0"/>
          <w:i/>
          <w:color w:val="666666"/>
          <w:sz w:val="18"/>
          <w:u w:val="none"/>
        </w:rPr>
        <w:t>In the classroom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0F6EF"/>
            <w:tcBorders>
              <w:top w:val="single" w:sz="8" w:color="C9DBC7"/>
              <w:bottom w:val="single" w:sz="8" w:color="C9DBC7"/>
              <w:right w:val="single" w:sz="8" w:color="C9DBC7"/>
            </w:tcBorders>
            <w:tcBorders>
              <w:left w:val="single" w:sz="20" w:color="4F7942"/>
            </w:tcBorders>
          </w:tcPr>
          <w:p>
            <w:pPr>
              <w:spacing w:before="40"/>
            </w:pPr>
            <w:r>
              <w:rPr>
                <w:b/>
                <w:i w:val="0"/>
                <w:color w:val="4F7942"/>
                <w:sz w:val="18"/>
                <w:u w:val="none"/>
              </w:rPr>
              <w:t>ÖRNEK</w:t>
            </w:r>
          </w:p>
          <w:p>
            <w:r>
              <w:rPr>
                <w:b w:val="0"/>
                <w:i w:val="0"/>
                <w:u w:val="none"/>
              </w:rPr>
              <w:t>Look! She ___ (read) a book.</w:t>
            </w:r>
          </w:p>
          <w:p>
            <w:r>
              <w:rPr>
                <w:b w:val="0"/>
                <w:i/>
                <w:color w:val="666666"/>
                <w:sz w:val="20"/>
                <w:u w:val="none"/>
              </w:rPr>
              <w:t>Çözüm: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 xml:space="preserve">She → </w:t>
            </w:r>
            <w:r>
              <w:rPr>
                <w:b/>
                <w:i w:val="0"/>
                <w:u w:val="none"/>
              </w:rPr>
              <w:t>is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read → read</w:t>
            </w:r>
            <w:r>
              <w:rPr>
                <w:b/>
                <w:i w:val="0"/>
                <w:u w:val="none"/>
              </w:rPr>
              <w:t>ing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 xml:space="preserve">She </w:t>
            </w:r>
            <w:r>
              <w:rPr>
                <w:b/>
                <w:i w:val="0"/>
                <w:u w:val="none"/>
              </w:rPr>
              <w:t>is reading</w:t>
            </w:r>
            <w:r>
              <w:rPr>
                <w:b w:val="0"/>
                <w:i w:val="0"/>
                <w:u w:val="none"/>
              </w:rPr>
              <w:t xml:space="preserve"> a book.</w:t>
            </w:r>
          </w:p>
        </w:tc>
      </w:tr>
    </w:tbl>
    <w:p>
      <w:pPr>
        <w:spacing w:after="0"/>
      </w:pP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95) </w:t>
      </w: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________________________</w:t>
      </w:r>
      <w:r>
        <w:rPr>
          <w:b w:val="0"/>
          <w:i w:val="0"/>
          <w:u w:val="none"/>
        </w:rPr>
        <w:t xml:space="preserve"> (read) a book.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She </w:t>
      </w:r>
      <w:r>
        <w:rPr>
          <w:b w:val="0"/>
          <w:i w:val="0"/>
          <w:color w:val="666666"/>
          <w:u w:val="none"/>
        </w:rPr>
        <w:t>________________________</w:t>
      </w:r>
      <w:r>
        <w:rPr>
          <w:b w:val="0"/>
          <w:i w:val="0"/>
          <w:u w:val="none"/>
        </w:rPr>
        <w:t xml:space="preserve"> (write) her name.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96) </w:t>
      </w:r>
      <w:r>
        <w:rPr>
          <w:b w:val="0"/>
          <w:i w:val="0"/>
          <w:u w:val="none"/>
        </w:rPr>
        <w:t xml:space="preserve">They </w:t>
      </w:r>
      <w:r>
        <w:rPr>
          <w:b w:val="0"/>
          <w:i w:val="0"/>
          <w:color w:val="666666"/>
          <w:u w:val="none"/>
        </w:rPr>
        <w:t>__________________________</w:t>
      </w:r>
      <w:r>
        <w:rPr>
          <w:b w:val="0"/>
          <w:i w:val="0"/>
          <w:u w:val="none"/>
        </w:rPr>
        <w:t xml:space="preserve"> (play) a game.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He </w:t>
      </w:r>
      <w:r>
        <w:rPr>
          <w:b w:val="0"/>
          <w:i w:val="0"/>
          <w:color w:val="666666"/>
          <w:u w:val="none"/>
        </w:rPr>
        <w:t>__________________________</w:t>
      </w:r>
      <w:r>
        <w:rPr>
          <w:b w:val="0"/>
          <w:i w:val="0"/>
          <w:u w:val="none"/>
        </w:rPr>
        <w:t xml:space="preserve"> (count) the numbers.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97) </w:t>
      </w:r>
      <w:r>
        <w:rPr>
          <w:b w:val="0"/>
          <w:i w:val="0"/>
          <w:u w:val="none"/>
        </w:rPr>
        <w:t xml:space="preserve">We </w:t>
      </w:r>
      <w:r>
        <w:rPr>
          <w:b w:val="0"/>
          <w:i w:val="0"/>
          <w:color w:val="666666"/>
          <w:u w:val="none"/>
        </w:rPr>
        <w:t>______________________________</w:t>
      </w:r>
      <w:r>
        <w:rPr>
          <w:b w:val="0"/>
          <w:i w:val="0"/>
          <w:u w:val="none"/>
        </w:rPr>
        <w:t xml:space="preserve"> (listen) to a song.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The students </w:t>
      </w:r>
      <w:r>
        <w:rPr>
          <w:b w:val="0"/>
          <w:i w:val="0"/>
          <w:color w:val="666666"/>
          <w:u w:val="none"/>
        </w:rPr>
        <w:t>______________________________</w:t>
      </w:r>
      <w:r>
        <w:rPr>
          <w:b w:val="0"/>
          <w:i w:val="0"/>
          <w:u w:val="none"/>
        </w:rPr>
        <w:t xml:space="preserve"> (colour) the picture.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98) </w:t>
      </w:r>
      <w:r>
        <w:rPr>
          <w:b w:val="0"/>
          <w:i w:val="0"/>
          <w:u w:val="none"/>
        </w:rPr>
        <w:t>Look! The students ___ a picture.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is drawing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am drawing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are drawing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drawing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99) </w:t>
      </w:r>
      <w:r>
        <w:rPr>
          <w:b w:val="0"/>
          <w:i w:val="0"/>
          <w:u w:val="none"/>
        </w:rPr>
        <w:t>What is she doing? She ___ a book.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are reading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am reading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read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is reading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100) </w:t>
      </w:r>
      <w:r>
        <w:rPr>
          <w:b w:val="0"/>
          <w:i w:val="0"/>
          <w:u w:val="none"/>
        </w:rPr>
        <w:t>What are you doing? I ___ my name.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am writing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is writing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are writing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write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101) </w:t>
      </w:r>
      <w:r>
        <w:rPr>
          <w:b w:val="0"/>
          <w:i w:val="0"/>
          <w:u w:val="none"/>
        </w:rPr>
        <w:t>He ___ a song now.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are singing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is singing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am singing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sing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102) </w:t>
      </w:r>
      <w:r>
        <w:rPr>
          <w:b w:val="0"/>
          <w:i w:val="0"/>
          <w:u w:val="none"/>
        </w:rPr>
        <w:t>They ___ in the playground.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is running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am running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are running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run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Olumsuz ve soru şekli.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103) </w:t>
      </w: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__________________________________</w:t>
      </w:r>
      <w:r>
        <w:rPr>
          <w:b w:val="0"/>
          <w:i w:val="0"/>
          <w:u w:val="none"/>
        </w:rPr>
        <w:t xml:space="preserve"> (not / sleep).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He </w:t>
      </w:r>
      <w:r>
        <w:rPr>
          <w:b w:val="0"/>
          <w:i w:val="0"/>
          <w:color w:val="666666"/>
          <w:u w:val="none"/>
        </w:rPr>
        <w:t>________________________________</w:t>
      </w:r>
      <w:r>
        <w:rPr>
          <w:b w:val="0"/>
          <w:i w:val="0"/>
          <w:u w:val="none"/>
        </w:rPr>
        <w:t xml:space="preserve"> (not / run).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104) </w:t>
      </w:r>
      <w:r>
        <w:rPr>
          <w:b w:val="0"/>
          <w:i w:val="0"/>
          <w:u w:val="none"/>
        </w:rPr>
        <w:t xml:space="preserve">They </w:t>
      </w:r>
      <w:r>
        <w:rPr>
          <w:b w:val="0"/>
          <w:i w:val="0"/>
          <w:color w:val="666666"/>
          <w:u w:val="none"/>
        </w:rPr>
        <w:t>____________________________________</w:t>
      </w:r>
      <w:r>
        <w:rPr>
          <w:b w:val="0"/>
          <w:i w:val="0"/>
          <w:u w:val="none"/>
        </w:rPr>
        <w:t xml:space="preserve"> (not / swim).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We </w:t>
      </w:r>
      <w:r>
        <w:rPr>
          <w:b w:val="0"/>
          <w:i w:val="0"/>
          <w:color w:val="666666"/>
          <w:u w:val="none"/>
        </w:rPr>
        <w:t>____________________________________</w:t>
      </w:r>
      <w:r>
        <w:rPr>
          <w:b w:val="0"/>
          <w:i w:val="0"/>
          <w:u w:val="none"/>
        </w:rPr>
        <w:t xml:space="preserve"> (not / watch) a DVD.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105) </w:t>
      </w:r>
      <w:r>
        <w:rPr>
          <w:b w:val="0"/>
          <w:i w:val="0"/>
          <w:u w:val="none"/>
        </w:rPr>
        <w:t>___ she writing? Yes, she is.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Are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Am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Does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Is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106) </w:t>
      </w:r>
      <w:r>
        <w:rPr>
          <w:b w:val="0"/>
          <w:i w:val="0"/>
          <w:u w:val="none"/>
        </w:rPr>
        <w:t>Are they playing? No, they ___.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are not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is not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am not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not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107) </w:t>
      </w:r>
      <w:r>
        <w:rPr>
          <w:b w:val="0"/>
          <w:i w:val="0"/>
          <w:u w:val="none"/>
        </w:rPr>
        <w:t>___ you listening? Yes, I am.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Is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Are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Am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Do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108) </w:t>
      </w:r>
      <w:r>
        <w:rPr>
          <w:b w:val="0"/>
          <w:i w:val="0"/>
          <w:u w:val="none"/>
        </w:rPr>
        <w:t>Is he singing? No, he ___.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are not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am not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is not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no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109) </w:t>
      </w:r>
      <w:r>
        <w:rPr>
          <w:b w:val="0"/>
          <w:i w:val="0"/>
          <w:u w:val="none"/>
        </w:rPr>
        <w:t>She is write a book.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110) </w:t>
      </w:r>
      <w:r>
        <w:rPr>
          <w:b w:val="0"/>
          <w:i w:val="0"/>
          <w:u w:val="none"/>
        </w:rPr>
        <w:t>They are playing football.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111) </w:t>
      </w:r>
      <w:r>
        <w:rPr>
          <w:b w:val="0"/>
          <w:i w:val="0"/>
          <w:u w:val="none"/>
        </w:rPr>
        <w:t>I am reading a book.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7 — WH Questions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PÜF NOKTASI: </w:t>
            </w:r>
            <w:r>
              <w:rPr>
                <w:b/>
                <w:i w:val="0"/>
                <w:u w:val="none"/>
              </w:rPr>
              <w:t>What</w:t>
            </w:r>
            <w:r>
              <w:rPr>
                <w:b w:val="0"/>
                <w:i w:val="0"/>
                <w:u w:val="none"/>
              </w:rPr>
              <w:t xml:space="preserve"> = ne | </w:t>
            </w:r>
            <w:r>
              <w:rPr>
                <w:b/>
                <w:i w:val="0"/>
                <w:u w:val="none"/>
              </w:rPr>
              <w:t>Who</w:t>
            </w:r>
            <w:r>
              <w:rPr>
                <w:b w:val="0"/>
                <w:i w:val="0"/>
                <w:u w:val="none"/>
              </w:rPr>
              <w:t xml:space="preserve"> = kim | </w:t>
            </w:r>
            <w:r>
              <w:rPr>
                <w:b/>
                <w:i w:val="0"/>
                <w:u w:val="none"/>
              </w:rPr>
              <w:t>Where</w:t>
            </w:r>
            <w:r>
              <w:rPr>
                <w:b w:val="0"/>
                <w:i w:val="0"/>
                <w:u w:val="none"/>
              </w:rPr>
              <w:t xml:space="preserve"> = nerede | </w:t>
            </w:r>
            <w:r>
              <w:rPr>
                <w:b/>
                <w:i w:val="0"/>
                <w:u w:val="none"/>
              </w:rPr>
              <w:t>Whose</w:t>
            </w:r>
            <w:r>
              <w:rPr>
                <w:b w:val="0"/>
                <w:i w:val="0"/>
                <w:u w:val="none"/>
              </w:rPr>
              <w:t xml:space="preserve"> = kimin | </w:t>
            </w:r>
            <w:r>
              <w:rPr>
                <w:b/>
                <w:i w:val="0"/>
                <w:u w:val="none"/>
              </w:rPr>
              <w:t>How many</w:t>
            </w:r>
            <w:r>
              <w:rPr>
                <w:b w:val="0"/>
                <w:i w:val="0"/>
                <w:u w:val="none"/>
              </w:rPr>
              <w:t xml:space="preserve"> = kaç tane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0F6EF"/>
            <w:tcBorders>
              <w:top w:val="single" w:sz="8" w:color="C9DBC7"/>
              <w:bottom w:val="single" w:sz="8" w:color="C9DBC7"/>
              <w:right w:val="single" w:sz="8" w:color="C9DBC7"/>
            </w:tcBorders>
            <w:tcBorders>
              <w:left w:val="single" w:sz="20" w:color="4F7942"/>
            </w:tcBorders>
          </w:tcPr>
          <w:p>
            <w:pPr>
              <w:spacing w:before="40"/>
            </w:pPr>
            <w:r>
              <w:rPr>
                <w:b/>
                <w:i w:val="0"/>
                <w:color w:val="4F7942"/>
                <w:sz w:val="18"/>
                <w:u w:val="none"/>
              </w:rPr>
              <w:t>ÖRNEK</w:t>
            </w:r>
          </w:p>
          <w:p>
            <w:r>
              <w:rPr>
                <w:b w:val="0"/>
                <w:i w:val="0"/>
                <w:u w:val="none"/>
              </w:rPr>
              <w:t>___ is your teacher? She is in the classroom.</w:t>
            </w:r>
          </w:p>
          <w:p>
            <w:r>
              <w:rPr>
                <w:b w:val="0"/>
                <w:i/>
                <w:color w:val="666666"/>
                <w:sz w:val="20"/>
                <w:u w:val="none"/>
              </w:rPr>
              <w:t>Çözüm: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Cevap: yer (in the classroom)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 xml:space="preserve">→ </w:t>
            </w:r>
            <w:r>
              <w:rPr>
                <w:b/>
                <w:i w:val="0"/>
                <w:u w:val="none"/>
              </w:rPr>
              <w:t>Where</w:t>
            </w:r>
          </w:p>
        </w:tc>
      </w:tr>
    </w:tbl>
    <w:p>
      <w:pPr>
        <w:spacing w:after="0"/>
      </w:pP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112) </w:t>
      </w:r>
      <w:r>
        <w:rPr>
          <w:b w:val="0"/>
          <w:i w:val="0"/>
          <w:u w:val="none"/>
        </w:rPr>
        <w:t>___ is this? It is a ruler.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Who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Where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Whose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What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113) </w:t>
      </w:r>
      <w:r>
        <w:rPr>
          <w:b w:val="0"/>
          <w:i w:val="0"/>
          <w:u w:val="none"/>
        </w:rPr>
        <w:t>___ is your teacher? She is in the classroom.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Where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What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Who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Whose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114) </w:t>
      </w:r>
      <w:r>
        <w:rPr>
          <w:b w:val="0"/>
          <w:i w:val="0"/>
          <w:u w:val="none"/>
        </w:rPr>
        <w:t>___ book is this? It is Ali's book.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Who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Whose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What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Where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115) </w:t>
      </w:r>
      <w:r>
        <w:rPr>
          <w:b w:val="0"/>
          <w:i w:val="0"/>
          <w:u w:val="none"/>
        </w:rPr>
        <w:t>___ students are there? Twelve students.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How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Who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How many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What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116) </w:t>
      </w:r>
      <w:r>
        <w:rPr>
          <w:b w:val="0"/>
          <w:i w:val="0"/>
          <w:u w:val="none"/>
        </w:rPr>
        <w:t>___ is he doing? He is reading.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Who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Where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Whose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What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117) </w:t>
      </w:r>
      <w:r>
        <w:rPr>
          <w:b w:val="0"/>
          <w:i w:val="0"/>
          <w:u w:val="none"/>
        </w:rPr>
        <w:t>___ is your name?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What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Who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Where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Whose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118) </w:t>
      </w:r>
      <w:r>
        <w:rPr>
          <w:b w:val="0"/>
          <w:i w:val="0"/>
          <w:u w:val="none"/>
        </w:rPr>
        <w:t>___ is she? She is my teacher.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What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Who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Where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Whose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119) </w:t>
      </w:r>
      <w:r>
        <w:rPr>
          <w:b w:val="0"/>
          <w:i w:val="0"/>
          <w:u w:val="none"/>
        </w:rPr>
        <w:t>___ are you? I am in the gym.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What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Who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Where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Whose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120)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this? It is a book.</w:t>
      </w:r>
    </w:p>
    <w:p>
      <w:pPr>
        <w:keepNext w:val="0"/>
        <w:spacing w:after="100"/>
        <w:ind w:left="340"/>
      </w:pP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is your teacher? She is Sara.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121)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book is this? It is Ali's book.</w:t>
      </w:r>
    </w:p>
    <w:p>
      <w:pPr>
        <w:keepNext w:val="0"/>
        <w:spacing w:after="100"/>
        <w:ind w:left="340"/>
      </w:pPr>
      <w:r>
        <w:rPr>
          <w:b w:val="0"/>
          <w:i w:val="0"/>
          <w:color w:val="666666"/>
          <w:u w:val="none"/>
        </w:rPr>
        <w:t>____________________</w:t>
      </w:r>
      <w:r>
        <w:rPr>
          <w:b w:val="0"/>
          <w:i w:val="0"/>
          <w:u w:val="none"/>
        </w:rPr>
        <w:t xml:space="preserve"> students are there? Ten.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Soruları kur.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122) </w:t>
      </w:r>
      <w:r>
        <w:rPr>
          <w:b w:val="0"/>
          <w:i w:val="0"/>
          <w:u w:val="none"/>
        </w:rPr>
        <w:t>Make a question: ______ is ______ ? (name sor)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123) </w:t>
      </w:r>
      <w:r>
        <w:rPr>
          <w:b w:val="0"/>
          <w:i w:val="0"/>
          <w:u w:val="none"/>
        </w:rPr>
        <w:t>Make a question: ______ is the library ? (yere sor)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124) </w:t>
      </w:r>
      <w:r>
        <w:rPr>
          <w:b w:val="0"/>
          <w:i w:val="0"/>
          <w:u w:val="none"/>
        </w:rPr>
        <w:t>Make a question: ______ book is this ? (kimin)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8 — Reading and Writing</w:t>
      </w:r>
    </w:p>
    <w:p>
      <w:pPr>
        <w:jc w:val="both"/>
      </w:pPr>
      <w:r>
        <w:rPr>
          <w:b w:val="0"/>
          <w:i w:val="0"/>
          <w:u w:val="none"/>
        </w:rPr>
        <w:t>My name is Ali. I am a student. My school is big. My classroom is small. I have got a pen and a book. My teacher is Sara. She is in the classroom. We read and write in the classroom. We play in the playground. My school is nice.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Metne göre doğru mu, yanlış mı?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125) </w:t>
      </w:r>
      <w:r>
        <w:rPr>
          <w:b w:val="0"/>
          <w:i w:val="0"/>
          <w:u w:val="none"/>
        </w:rPr>
        <w:t>Ali is a student.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126) </w:t>
      </w:r>
      <w:r>
        <w:rPr>
          <w:b w:val="0"/>
          <w:i w:val="0"/>
          <w:u w:val="none"/>
        </w:rPr>
        <w:t>Ali's school is small.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127) </w:t>
      </w:r>
      <w:r>
        <w:rPr>
          <w:b w:val="0"/>
          <w:i w:val="0"/>
          <w:u w:val="none"/>
        </w:rPr>
        <w:t>Ali has got a pen and a book.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128) </w:t>
      </w:r>
      <w:r>
        <w:rPr>
          <w:b w:val="0"/>
          <w:i w:val="0"/>
          <w:u w:val="none"/>
        </w:rPr>
        <w:t>They play in the gym.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Soruları cevapla.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129) </w:t>
      </w:r>
      <w:r>
        <w:rPr>
          <w:b w:val="0"/>
          <w:i w:val="0"/>
          <w:u w:val="none"/>
        </w:rPr>
        <w:t>Who is Ali's teacher?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130) </w:t>
      </w:r>
      <w:r>
        <w:rPr>
          <w:b w:val="0"/>
          <w:i w:val="0"/>
          <w:u w:val="none"/>
        </w:rPr>
        <w:t>Where do they play?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131) </w:t>
      </w:r>
      <w:r>
        <w:rPr>
          <w:b w:val="0"/>
          <w:i w:val="0"/>
          <w:u w:val="none"/>
        </w:rPr>
        <w:t>What has Ali got?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Resme bak ve 5 cümle yaz.</w:t>
      </w:r>
    </w:p>
    <w:p>
      <w:r>
        <w:drawing>
          <wp:inline xmlns:a="http://schemas.openxmlformats.org/drawingml/2006/main" xmlns:pic="http://schemas.openxmlformats.org/drawingml/2006/picture">
            <wp:extent cx="3960000" cy="3960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bjects-grid-blank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 w:val="0"/>
          <w:i/>
          <w:color w:val="666666"/>
          <w:sz w:val="18"/>
          <w:u w:val="none"/>
        </w:rPr>
        <w:t>Write about the objects.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132) </w:t>
      </w:r>
      <w:r>
        <w:rPr>
          <w:b w:val="0"/>
          <w:i w:val="0"/>
          <w:u w:val="none"/>
        </w:rPr>
        <w:t>Write five sentences about the objects in the picture. Use: This is ... / I have got ... / There is ...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133) </w:t>
      </w:r>
      <w:r>
        <w:rPr>
          <w:b w:val="0"/>
          <w:i w:val="0"/>
          <w:u w:val="none"/>
        </w:rPr>
        <w:t>Write about your school. (name, classroom, teacher, subjects, playground)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8b — Karışık Test (Kolaydan Zora)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134) </w:t>
      </w:r>
      <w:r>
        <w:rPr>
          <w:b w:val="0"/>
          <w:i w:val="0"/>
          <w:u w:val="none"/>
        </w:rPr>
        <w:t>kırmızı = ?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blue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green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black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red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135) </w:t>
      </w:r>
      <w:r>
        <w:rPr>
          <w:b w:val="0"/>
          <w:i w:val="0"/>
          <w:u w:val="none"/>
        </w:rPr>
        <w:t>It is ___ book.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a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an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the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two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136) </w:t>
      </w:r>
      <w:r>
        <w:rPr>
          <w:b w:val="0"/>
          <w:i w:val="0"/>
          <w:u w:val="none"/>
        </w:rPr>
        <w:t>We read books in the ___.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gym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library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canteen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office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137) </w:t>
      </w:r>
      <w:r>
        <w:rPr>
          <w:b w:val="0"/>
          <w:i w:val="0"/>
          <w:u w:val="none"/>
        </w:rPr>
        <w:t>She ___ my teacher.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are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am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is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be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138) </w:t>
      </w:r>
      <w:r>
        <w:rPr>
          <w:b w:val="0"/>
          <w:i w:val="0"/>
          <w:u w:val="none"/>
        </w:rPr>
        <w:t>___ are my books.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This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That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It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These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139) </w:t>
      </w:r>
      <w:r>
        <w:rPr>
          <w:b w:val="0"/>
          <w:i w:val="0"/>
          <w:u w:val="none"/>
        </w:rPr>
        <w:t>Look! He ___ a picture.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is drawing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are drawing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am drawing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draw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140) </w:t>
      </w:r>
      <w:r>
        <w:rPr>
          <w:b w:val="0"/>
          <w:i w:val="0"/>
          <w:u w:val="none"/>
        </w:rPr>
        <w:t>___ is your name?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Who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What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Where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Whose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141) </w:t>
      </w:r>
      <w:r>
        <w:rPr>
          <w:b w:val="0"/>
          <w:i w:val="0"/>
          <w:u w:val="none"/>
        </w:rPr>
        <w:t>This is ___ bag. (Sara)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Sara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Sara is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Sara's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Sara are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142) </w:t>
      </w:r>
      <w:r>
        <w:rPr>
          <w:b w:val="0"/>
          <w:i w:val="0"/>
          <w:u w:val="none"/>
        </w:rPr>
        <w:t>There ___ two windows.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is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am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be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are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143) </w:t>
      </w:r>
      <w:r>
        <w:rPr>
          <w:b w:val="0"/>
          <w:i w:val="0"/>
          <w:u w:val="none"/>
        </w:rPr>
        <w:t>___ students are there? Ten.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How many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How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Who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What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144) </w:t>
      </w:r>
      <w:r>
        <w:rPr>
          <w:b w:val="0"/>
          <w:i w:val="0"/>
          <w:u w:val="none"/>
        </w:rPr>
        <w:t>Monday is a school day.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145) </w:t>
      </w:r>
      <w:r>
        <w:rPr>
          <w:b w:val="0"/>
          <w:i w:val="0"/>
          <w:u w:val="none"/>
        </w:rPr>
        <w:t>We sing songs in the library.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146) </w:t>
      </w:r>
      <w:r>
        <w:rPr>
          <w:b w:val="0"/>
          <w:i w:val="0"/>
          <w:u w:val="none"/>
        </w:rPr>
        <w:t>I have got a school bag.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147) </w:t>
      </w:r>
      <w:r>
        <w:rPr>
          <w:b w:val="0"/>
          <w:i w:val="0"/>
          <w:u w:val="none"/>
        </w:rPr>
        <w:t>She are my friend.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148) </w:t>
      </w:r>
      <w:r>
        <w:rPr>
          <w:b w:val="0"/>
          <w:i w:val="0"/>
          <w:u w:val="none"/>
        </w:rPr>
        <w:t>Write three sentences about your classroom. Use: There is / There are ...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Grade 4 - Unit 1: My School   |   </w:t>
    </w:r>
    <w:r>
      <w:rPr>
        <w:b w:val="0"/>
        <w:i w:val="0"/>
        <w:color w:val="666666"/>
        <w:sz w:val="18"/>
        <w:u w:val="none"/>
      </w:rPr>
      <w:t xml:space="preserve">Sayfa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