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Numbers, Pronouns and Present Continuous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1 = ___    2 = ___    3 = ___    4 = ___    5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one, two, three, four, five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6 = ___    7 = ___    8 = ___    9 = ___    10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six, seven, eight, nine, ten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11 = ___    12 = ___    13 = ___    14 = ___    15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eleven, twelve, thirteen, fourteen, fifteen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16 = ___    17 = ___    18 = ___    19 = ___    20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sixteen, seventeen, eighteen, nineteen, twenty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 xml:space="preserve">eleven = ___     twelve = ___     thirteen = ___ fourteen = </w:t>
      </w:r>
    </w:p>
    <w:p>
      <w:pPr>
        <w:spacing w:after="80"/>
        <w:ind w:left="340"/>
      </w:pPr>
      <w:r>
        <w:rPr>
          <w:b w:val="0"/>
          <w:i w:val="0"/>
          <w:u w:val="none"/>
        </w:rPr>
        <w:t>11, 12, 13, 14, 15, 20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2→B, 3→E, 4→A, 5→F, 6→D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12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twelve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20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twenty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13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thirteen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15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fifteen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17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seventeen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Choose the correct word.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twelve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Choose the correct word.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eight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Which number is after 19?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twenty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10 = ___    20 = ___    30 = ___    40 = ___    50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ten, twenty, thirty, forty, fifty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60 = ___    70 = ___    80 = ___    90 = ___    100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sixty, seventy, eighty, ninety, one hundred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twenty = ___     thirty = ___     forty = ___    fifty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20, 30, 40, 50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 xml:space="preserve">sixty = ___     seventy = ___     eighty = ___ ninety = ___ </w:t>
      </w:r>
    </w:p>
    <w:p>
      <w:pPr>
        <w:spacing w:after="80"/>
        <w:ind w:left="340"/>
      </w:pPr>
      <w:r>
        <w:rPr>
          <w:b w:val="0"/>
          <w:i w:val="0"/>
          <w:u w:val="none"/>
        </w:rPr>
        <w:t>60, 70, 80, 90, 100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2→E, 3→B, 4→F, 5→D, 6→A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40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forty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50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fifty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Which number is 30?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thirty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100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one hundred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Choose the correct word.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eighty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60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sixty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Which number is after 80?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ninety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10, 20, 30, ... Which number is after 30?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forty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21 = ___    33 = ___    45 = ___    56 = ___    72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twenty-one, thirty-three, forty-five, fifty-six, seventy-two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24 = ___    36 = ___    48 = ___    62 = ___    98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twenty-four, thirty-six, forty-eight, sixty-two, ninety-eight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twenty-four = ___    thirty-six = ___    forty-five = ___ fi</w:t>
      </w:r>
    </w:p>
    <w:p>
      <w:pPr>
        <w:spacing w:after="80"/>
        <w:ind w:left="340"/>
      </w:pPr>
      <w:r>
        <w:rPr>
          <w:b w:val="0"/>
          <w:i w:val="0"/>
          <w:u w:val="none"/>
        </w:rPr>
        <w:t>24, 36, 45, 56, 72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sixty-one = ___    seventy-eight = ___    eighty-three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61, 78, 83, 99, 30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1→D, 2→A, 3→F, 4→C, 5→E, 6→B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24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twenty-four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56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fifty-six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72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seventy-two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45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forty-five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38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thirty-eight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Which number is after 56?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fifty-seven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60 + 5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sixty-five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Choose the correct word.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forty-eight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Choose the correct word.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ninety-nine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56 = fifty-six.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72 = twenty-seven.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48 = fourty-eight.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24 = twenty-four.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I ___ a student. She ___ a teacher. He ___ my friend. It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am, is, is,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We ___ in the classroom. You ___ in the library. They ___ in</w:t>
      </w:r>
    </w:p>
    <w:p>
      <w:pPr>
        <w:spacing w:after="80"/>
        <w:ind w:left="340"/>
      </w:pPr>
      <w:r>
        <w:rPr>
          <w:b w:val="0"/>
          <w:i w:val="0"/>
          <w:u w:val="none"/>
        </w:rPr>
        <w:t>are, are, are,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Ali ___ a student. Sara and Leyla ___ friends. My school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are, is,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I ___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He ___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They ___ my friends.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>Sara ___ a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color w:val="666666"/>
          <w:sz w:val="18"/>
          <w:u w:val="none"/>
        </w:rPr>
        <w:t>We ___ in the library.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color w:val="666666"/>
          <w:sz w:val="18"/>
          <w:u w:val="none"/>
        </w:rPr>
        <w:t>It ___ a pencil.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color w:val="666666"/>
          <w:sz w:val="18"/>
          <w:u w:val="none"/>
        </w:rPr>
        <w:t>You ___ my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color w:val="666666"/>
          <w:sz w:val="18"/>
          <w:u w:val="none"/>
        </w:rPr>
        <w:t>I are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color w:val="666666"/>
          <w:sz w:val="18"/>
          <w:u w:val="none"/>
        </w:rPr>
        <w:t>She is my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color w:val="666666"/>
          <w:sz w:val="18"/>
          <w:u w:val="none"/>
        </w:rPr>
        <w:t>They is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color w:val="666666"/>
          <w:sz w:val="18"/>
          <w:u w:val="none"/>
        </w:rPr>
        <w:t>We are in the library.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color w:val="666666"/>
          <w:sz w:val="18"/>
          <w:u w:val="none"/>
        </w:rPr>
        <w:t>It am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color w:val="666666"/>
          <w:sz w:val="18"/>
          <w:u w:val="none"/>
        </w:rPr>
        <w:t>You are my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color w:val="666666"/>
          <w:sz w:val="18"/>
          <w:u w:val="none"/>
        </w:rPr>
        <w:t>___ is a student. (Ali)</w:t>
      </w:r>
    </w:p>
    <w:p>
      <w:pPr>
        <w:spacing w:after="80"/>
        <w:ind w:left="340"/>
      </w:pPr>
      <w:r>
        <w:rPr>
          <w:b w:val="0"/>
          <w:i w:val="0"/>
          <w:u w:val="none"/>
        </w:rPr>
        <w:t>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color w:val="666666"/>
          <w:sz w:val="18"/>
          <w:u w:val="none"/>
        </w:rPr>
        <w:t>___ is a teacher. (Sara)</w:t>
      </w:r>
    </w:p>
    <w:p>
      <w:pPr>
        <w:spacing w:after="80"/>
        <w:ind w:left="340"/>
      </w:pPr>
      <w:r>
        <w:rPr>
          <w:b w:val="0"/>
          <w:i w:val="0"/>
          <w:u w:val="none"/>
        </w:rPr>
        <w:t>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color w:val="666666"/>
          <w:sz w:val="18"/>
          <w:u w:val="none"/>
        </w:rPr>
        <w:t>___ is on the table. (The book)</w:t>
      </w:r>
    </w:p>
    <w:p>
      <w:pPr>
        <w:spacing w:after="80"/>
        <w:ind w:left="340"/>
      </w:pPr>
      <w:r>
        <w:rPr>
          <w:b w:val="0"/>
          <w:i w:val="0"/>
          <w:u w:val="none"/>
        </w:rPr>
        <w:t>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color w:val="666666"/>
          <w:sz w:val="18"/>
          <w:u w:val="none"/>
        </w:rPr>
        <w:t>___ are friends. (Ali and Sara)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color w:val="666666"/>
          <w:sz w:val="18"/>
          <w:u w:val="none"/>
        </w:rPr>
        <w:t>___ are in the classroom. (My friends and I)</w:t>
      </w:r>
    </w:p>
    <w:p>
      <w:pPr>
        <w:spacing w:after="80"/>
        <w:ind w:left="340"/>
      </w:pPr>
      <w:r>
        <w:rPr>
          <w:b w:val="0"/>
          <w:i w:val="0"/>
          <w:u w:val="none"/>
        </w:rPr>
        <w:t>We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color w:val="666666"/>
          <w:sz w:val="18"/>
          <w:u w:val="none"/>
        </w:rPr>
        <w:t>___ am happy. (I)</w:t>
      </w:r>
    </w:p>
    <w:p>
      <w:pPr>
        <w:spacing w:after="80"/>
        <w:ind w:left="340"/>
      </w:pPr>
      <w:r>
        <w:rPr>
          <w:b w:val="0"/>
          <w:i w:val="0"/>
          <w:u w:val="none"/>
        </w:rPr>
        <w:t>I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68) </w:t>
      </w:r>
      <w:r>
        <w:rPr>
          <w:b w:val="0"/>
          <w:i w:val="0"/>
          <w:color w:val="666666"/>
          <w:sz w:val="18"/>
          <w:u w:val="none"/>
        </w:rPr>
        <w:t>Ali and I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A) We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69) </w:t>
      </w:r>
      <w:r>
        <w:rPr>
          <w:b w:val="0"/>
          <w:i w:val="0"/>
          <w:color w:val="666666"/>
          <w:sz w:val="18"/>
          <w:u w:val="none"/>
        </w:rPr>
        <w:t>The computer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70) </w:t>
      </w:r>
      <w:r>
        <w:rPr>
          <w:b w:val="0"/>
          <w:i w:val="0"/>
          <w:color w:val="666666"/>
          <w:sz w:val="18"/>
          <w:u w:val="none"/>
        </w:rPr>
        <w:t>My friends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71) </w:t>
      </w:r>
      <w:r>
        <w:rPr>
          <w:b w:val="0"/>
          <w:i w:val="0"/>
          <w:color w:val="666666"/>
          <w:sz w:val="18"/>
          <w:u w:val="none"/>
        </w:rPr>
        <w:t>Sara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D) 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72) </w:t>
      </w:r>
      <w:r>
        <w:rPr>
          <w:b w:val="0"/>
          <w:i w:val="0"/>
          <w:color w:val="666666"/>
          <w:sz w:val="18"/>
          <w:u w:val="none"/>
        </w:rPr>
        <w:t>The books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73) </w:t>
      </w:r>
      <w:r>
        <w:rPr>
          <w:b w:val="0"/>
          <w:i w:val="0"/>
          <w:color w:val="666666"/>
          <w:sz w:val="18"/>
          <w:u w:val="none"/>
        </w:rPr>
        <w:t>My teacher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B) 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74) </w:t>
      </w:r>
      <w:r>
        <w:rPr>
          <w:b w:val="0"/>
          <w:i w:val="0"/>
          <w:color w:val="666666"/>
          <w:sz w:val="18"/>
          <w:u w:val="none"/>
        </w:rPr>
        <w:t>Tom and Leyla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75) </w:t>
      </w:r>
      <w:r>
        <w:rPr>
          <w:b w:val="0"/>
          <w:i w:val="0"/>
          <w:color w:val="666666"/>
          <w:sz w:val="18"/>
          <w:u w:val="none"/>
        </w:rPr>
        <w:t>The school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76) </w:t>
      </w:r>
      <w:r>
        <w:rPr>
          <w:b w:val="0"/>
          <w:i w:val="0"/>
          <w:color w:val="666666"/>
          <w:sz w:val="18"/>
          <w:u w:val="none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2→E, 3→B, 4→A, 5→D, 6→F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77) </w:t>
      </w:r>
      <w:r>
        <w:rPr>
          <w:b w:val="0"/>
          <w:i w:val="0"/>
          <w:color w:val="666666"/>
          <w:sz w:val="18"/>
          <w:u w:val="none"/>
        </w:rPr>
        <w:t>read -&gt; ___     write -&gt; ___     play -&gt; ___     draw -&gt;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reading, writing, playing, drawing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78) </w:t>
      </w:r>
      <w:r>
        <w:rPr>
          <w:b w:val="0"/>
          <w:i w:val="0"/>
          <w:color w:val="666666"/>
          <w:sz w:val="18"/>
          <w:u w:val="none"/>
        </w:rPr>
        <w:t>listen -&gt; ___     watch -&gt; ___     colour -&gt; ___    count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listening, watching, colouring, counting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79) </w:t>
      </w:r>
      <w:r>
        <w:rPr>
          <w:b w:val="0"/>
          <w:i w:val="0"/>
          <w:color w:val="666666"/>
          <w:sz w:val="18"/>
          <w:u w:val="none"/>
        </w:rPr>
        <w:t>sing -&gt; ___     run -&gt; ___     swim -&gt; ___     sleep -&gt;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singing, running, swimming, sleeping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80) </w:t>
      </w:r>
      <w:r>
        <w:rPr>
          <w:b w:val="0"/>
          <w:i w:val="0"/>
          <w:color w:val="666666"/>
          <w:sz w:val="18"/>
          <w:u w:val="none"/>
        </w:rPr>
        <w:t>play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A) playing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81) </w:t>
      </w:r>
      <w:r>
        <w:rPr>
          <w:b w:val="0"/>
          <w:i w:val="0"/>
          <w:color w:val="666666"/>
          <w:sz w:val="18"/>
          <w:u w:val="none"/>
        </w:rPr>
        <w:t>run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B) running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82) </w:t>
      </w:r>
      <w:r>
        <w:rPr>
          <w:b w:val="0"/>
          <w:i w:val="0"/>
          <w:color w:val="666666"/>
          <w:sz w:val="18"/>
          <w:u w:val="none"/>
        </w:rPr>
        <w:t>write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C) writing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83) </w:t>
      </w:r>
      <w:r>
        <w:rPr>
          <w:b w:val="0"/>
          <w:i w:val="0"/>
          <w:color w:val="666666"/>
          <w:sz w:val="18"/>
          <w:u w:val="none"/>
        </w:rPr>
        <w:t>watch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D) watching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84) </w:t>
      </w:r>
      <w:r>
        <w:rPr>
          <w:b w:val="0"/>
          <w:i w:val="0"/>
          <w:color w:val="666666"/>
          <w:sz w:val="18"/>
          <w:u w:val="none"/>
        </w:rPr>
        <w:t>swim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A) swimming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85) </w:t>
      </w:r>
      <w:r>
        <w:rPr>
          <w:b w:val="0"/>
          <w:i w:val="0"/>
          <w:color w:val="666666"/>
          <w:sz w:val="18"/>
          <w:u w:val="none"/>
        </w:rPr>
        <w:t>read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B) reading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86) </w:t>
      </w:r>
      <w:r>
        <w:rPr>
          <w:b w:val="0"/>
          <w:i w:val="0"/>
          <w:color w:val="666666"/>
          <w:sz w:val="18"/>
          <w:u w:val="none"/>
        </w:rPr>
        <w:t>listen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C) listening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87) </w:t>
      </w:r>
      <w:r>
        <w:rPr>
          <w:b w:val="0"/>
          <w:i w:val="0"/>
          <w:color w:val="666666"/>
          <w:sz w:val="18"/>
          <w:u w:val="none"/>
        </w:rPr>
        <w:t>colour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D) colouring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88) </w:t>
      </w:r>
      <w:r>
        <w:rPr>
          <w:b w:val="0"/>
          <w:i w:val="0"/>
          <w:color w:val="666666"/>
          <w:sz w:val="18"/>
          <w:u w:val="none"/>
        </w:rPr>
        <w:t>draw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A) drawing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89) </w:t>
      </w:r>
      <w:r>
        <w:rPr>
          <w:b w:val="0"/>
          <w:i w:val="0"/>
          <w:color w:val="666666"/>
          <w:sz w:val="18"/>
          <w:u w:val="none"/>
        </w:rPr>
        <w:t>count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B) counting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90) </w:t>
      </w:r>
      <w:r>
        <w:rPr>
          <w:b w:val="0"/>
          <w:i w:val="0"/>
          <w:color w:val="666666"/>
          <w:sz w:val="18"/>
          <w:u w:val="none"/>
        </w:rPr>
        <w:t>sleep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C) sleeping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91) </w:t>
      </w:r>
      <w:r>
        <w:rPr>
          <w:b w:val="0"/>
          <w:i w:val="0"/>
          <w:color w:val="666666"/>
          <w:sz w:val="18"/>
          <w:u w:val="none"/>
        </w:rPr>
        <w:t>Sara is ___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reading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92) </w:t>
      </w:r>
      <w:r>
        <w:rPr>
          <w:b w:val="0"/>
          <w:i w:val="0"/>
          <w:color w:val="666666"/>
          <w:sz w:val="18"/>
          <w:u w:val="none"/>
        </w:rPr>
        <w:t>Ali is ___ his name.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writing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93) </w:t>
      </w:r>
      <w:r>
        <w:rPr>
          <w:b w:val="0"/>
          <w:i w:val="0"/>
          <w:color w:val="666666"/>
          <w:sz w:val="18"/>
          <w:u w:val="none"/>
        </w:rPr>
        <w:t>Tom and Leyla are ___ a game.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playing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94) </w:t>
      </w:r>
      <w:r>
        <w:rPr>
          <w:b w:val="0"/>
          <w:i w:val="0"/>
          <w:color w:val="666666"/>
          <w:sz w:val="18"/>
          <w:u w:val="none"/>
        </w:rPr>
        <w:t>I ___ ___ a book. (read) She ___ ___ a song. (sing) He ___ _</w:t>
      </w:r>
    </w:p>
    <w:p>
      <w:pPr>
        <w:spacing w:after="80"/>
        <w:ind w:left="340"/>
      </w:pPr>
      <w:r>
        <w:rPr>
          <w:b w:val="0"/>
          <w:i w:val="0"/>
          <w:u w:val="none"/>
        </w:rPr>
        <w:t>am, reading, is, singing, is, drawing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95) </w:t>
      </w:r>
      <w:r>
        <w:rPr>
          <w:b w:val="0"/>
          <w:i w:val="0"/>
          <w:color w:val="666666"/>
          <w:sz w:val="18"/>
          <w:u w:val="none"/>
        </w:rPr>
        <w:t>They ___ ___ a game. (play) We ___ ___ in the classroom. (li</w:t>
      </w:r>
    </w:p>
    <w:p>
      <w:pPr>
        <w:spacing w:after="80"/>
        <w:ind w:left="340"/>
      </w:pPr>
      <w:r>
        <w:rPr>
          <w:b w:val="0"/>
          <w:i w:val="0"/>
          <w:u w:val="none"/>
        </w:rPr>
        <w:t>are, playing, are, listening, are, listening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96) </w:t>
      </w:r>
      <w:r>
        <w:rPr>
          <w:b w:val="0"/>
          <w:i w:val="0"/>
          <w:color w:val="666666"/>
          <w:sz w:val="18"/>
          <w:u w:val="none"/>
        </w:rPr>
        <w:t>Ali ___ ___ his name. (write) The students ___ ___ in the pl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writing, are, running, is, sleeping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97) </w:t>
      </w:r>
      <w:r>
        <w:rPr>
          <w:b w:val="0"/>
          <w:i w:val="0"/>
          <w:color w:val="666666"/>
          <w:sz w:val="18"/>
          <w:u w:val="none"/>
        </w:rPr>
        <w:t>She ___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 reading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98) </w:t>
      </w:r>
      <w:r>
        <w:rPr>
          <w:b w:val="0"/>
          <w:i w:val="0"/>
          <w:color w:val="666666"/>
          <w:sz w:val="18"/>
          <w:u w:val="none"/>
        </w:rPr>
        <w:t>They ___ a game.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are playing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99) </w:t>
      </w:r>
      <w:r>
        <w:rPr>
          <w:b w:val="0"/>
          <w:i w:val="0"/>
          <w:color w:val="666666"/>
          <w:sz w:val="18"/>
          <w:u w:val="none"/>
        </w:rPr>
        <w:t>I ___ my name.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am writing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100) </w:t>
      </w:r>
      <w:r>
        <w:rPr>
          <w:b w:val="0"/>
          <w:i w:val="0"/>
          <w:color w:val="666666"/>
          <w:sz w:val="18"/>
          <w:u w:val="none"/>
        </w:rPr>
        <w:t>We ___ a song.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 singing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101) </w:t>
      </w:r>
      <w:r>
        <w:rPr>
          <w:b w:val="0"/>
          <w:i w:val="0"/>
          <w:color w:val="666666"/>
          <w:sz w:val="18"/>
          <w:u w:val="none"/>
        </w:rPr>
        <w:t>He ___ in the playground.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 running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102) </w:t>
      </w:r>
      <w:r>
        <w:rPr>
          <w:b w:val="0"/>
          <w:i w:val="0"/>
          <w:color w:val="666666"/>
          <w:sz w:val="18"/>
          <w:u w:val="none"/>
        </w:rPr>
        <w:t>The teacher ___ the students.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 watching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103)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She is reading.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104)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They are singing.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105)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 am counting.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106)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He is writing.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107) </w:t>
      </w:r>
      <w:r>
        <w:rPr>
          <w:b w:val="0"/>
          <w:i w:val="0"/>
          <w:color w:val="666666"/>
          <w:sz w:val="18"/>
          <w:u w:val="none"/>
        </w:rPr>
        <w:t>He is playing football.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108) </w:t>
      </w:r>
      <w:r>
        <w:rPr>
          <w:b w:val="0"/>
          <w:i w:val="0"/>
          <w:color w:val="666666"/>
          <w:sz w:val="18"/>
          <w:u w:val="none"/>
        </w:rPr>
        <w:t>They is singing a song.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109) </w:t>
      </w:r>
      <w:r>
        <w:rPr>
          <w:b w:val="0"/>
          <w:i w:val="0"/>
          <w:color w:val="666666"/>
          <w:sz w:val="18"/>
          <w:u w:val="none"/>
        </w:rPr>
        <w:t>I am writing my name.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110) </w:t>
      </w:r>
      <w:r>
        <w:rPr>
          <w:b w:val="0"/>
          <w:i w:val="0"/>
          <w:color w:val="666666"/>
          <w:sz w:val="18"/>
          <w:u w:val="none"/>
        </w:rPr>
        <w:t>She are reading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111) </w:t>
      </w:r>
      <w:r>
        <w:rPr>
          <w:b w:val="0"/>
          <w:i w:val="0"/>
          <w:color w:val="666666"/>
          <w:sz w:val="18"/>
          <w:u w:val="none"/>
        </w:rPr>
        <w:t>We are running in the playground.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112) </w:t>
      </w:r>
      <w:r>
        <w:rPr>
          <w:b w:val="0"/>
          <w:i w:val="0"/>
          <w:color w:val="666666"/>
          <w:sz w:val="18"/>
          <w:u w:val="none"/>
        </w:rPr>
        <w:t>It is swimming.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113) </w:t>
      </w:r>
      <w:r>
        <w:rPr>
          <w:b w:val="0"/>
          <w:i w:val="0"/>
          <w:color w:val="666666"/>
          <w:sz w:val="18"/>
          <w:u w:val="none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1→B, 2→C, 3→A, 4→D, 5→E, 6→F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114) </w:t>
      </w:r>
      <w:r>
        <w:rPr>
          <w:b w:val="0"/>
          <w:i w:val="0"/>
          <w:color w:val="666666"/>
          <w:sz w:val="18"/>
          <w:u w:val="none"/>
        </w:rPr>
        <w:t>Ali ___ reading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115) </w:t>
      </w:r>
      <w:r>
        <w:rPr>
          <w:b w:val="0"/>
          <w:i w:val="0"/>
          <w:color w:val="666666"/>
          <w:sz w:val="18"/>
          <w:u w:val="none"/>
        </w:rPr>
        <w:t>Sara ___ writing her name.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116) </w:t>
      </w:r>
      <w:r>
        <w:rPr>
          <w:b w:val="0"/>
          <w:i w:val="0"/>
          <w:color w:val="666666"/>
          <w:sz w:val="18"/>
          <w:u w:val="none"/>
        </w:rPr>
        <w:t>Tom and Leyla ___ playing a game.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117) </w:t>
      </w:r>
      <w:r>
        <w:rPr>
          <w:b w:val="0"/>
          <w:i w:val="0"/>
          <w:color w:val="666666"/>
          <w:sz w:val="18"/>
          <w:u w:val="none"/>
        </w:rPr>
        <w:t>The teacher ___ watching the students.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118) </w:t>
      </w:r>
      <w:r>
        <w:rPr>
          <w:b w:val="0"/>
          <w:i w:val="0"/>
          <w:color w:val="666666"/>
          <w:sz w:val="18"/>
          <w:u w:val="none"/>
        </w:rPr>
        <w:t>I ___ counting the books.</w:t>
      </w:r>
    </w:p>
    <w:p>
      <w:pPr>
        <w:spacing w:after="80"/>
        <w:ind w:left="340"/>
      </w:pPr>
      <w:r>
        <w:rPr>
          <w:b w:val="0"/>
          <w:i w:val="0"/>
          <w:u w:val="none"/>
        </w:rPr>
        <w:t>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119) </w:t>
      </w:r>
      <w:r>
        <w:rPr>
          <w:b w:val="0"/>
          <w:i w:val="0"/>
          <w:color w:val="666666"/>
          <w:sz w:val="18"/>
          <w:u w:val="none"/>
        </w:rPr>
        <w:t>Ali is playing a game.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120) </w:t>
      </w:r>
      <w:r>
        <w:rPr>
          <w:b w:val="0"/>
          <w:i w:val="0"/>
          <w:color w:val="666666"/>
          <w:sz w:val="18"/>
          <w:u w:val="none"/>
        </w:rPr>
        <w:t>Sara is writing her name.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121) </w:t>
      </w:r>
      <w:r>
        <w:rPr>
          <w:b w:val="0"/>
          <w:i w:val="0"/>
          <w:color w:val="666666"/>
          <w:sz w:val="18"/>
          <w:u w:val="none"/>
        </w:rPr>
        <w:t>The teacher is reading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122) </w:t>
      </w:r>
      <w:r>
        <w:rPr>
          <w:b w:val="0"/>
          <w:i w:val="0"/>
          <w:color w:val="666666"/>
          <w:sz w:val="18"/>
          <w:u w:val="none"/>
        </w:rPr>
        <w:t>Tom and Leyla are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123) </w:t>
      </w:r>
      <w:r>
        <w:rPr>
          <w:b w:val="0"/>
          <w:i w:val="0"/>
          <w:color w:val="666666"/>
          <w:sz w:val="18"/>
          <w:u w:val="none"/>
        </w:rPr>
        <w:t>Write about the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Ali is reading a book. Sara is writing her name. They are playing a game. I am counting the books.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124) </w:t>
      </w:r>
      <w:r>
        <w:rPr>
          <w:b w:val="0"/>
          <w:i w:val="0"/>
          <w:color w:val="666666"/>
          <w:sz w:val="18"/>
          <w:u w:val="none"/>
        </w:rPr>
        <w:t>5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five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125) </w:t>
      </w:r>
      <w:r>
        <w:rPr>
          <w:b w:val="0"/>
          <w:i w:val="0"/>
          <w:color w:val="666666"/>
          <w:sz w:val="18"/>
          <w:u w:val="none"/>
        </w:rPr>
        <w:t>18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eighteen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126) </w:t>
      </w:r>
      <w:r>
        <w:rPr>
          <w:b w:val="0"/>
          <w:i w:val="0"/>
          <w:color w:val="666666"/>
          <w:sz w:val="18"/>
          <w:u w:val="none"/>
        </w:rPr>
        <w:t>70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seventy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127) </w:t>
      </w:r>
      <w:r>
        <w:rPr>
          <w:b w:val="0"/>
          <w:i w:val="0"/>
          <w:color w:val="666666"/>
          <w:sz w:val="18"/>
          <w:u w:val="none"/>
        </w:rPr>
        <w:t>24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twenty-four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128) </w:t>
      </w:r>
      <w:r>
        <w:rPr>
          <w:b w:val="0"/>
          <w:i w:val="0"/>
          <w:color w:val="666666"/>
          <w:sz w:val="18"/>
          <w:u w:val="none"/>
        </w:rPr>
        <w:t>56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fifty-six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129) </w:t>
      </w:r>
      <w:r>
        <w:rPr>
          <w:b w:val="0"/>
          <w:i w:val="0"/>
          <w:color w:val="666666"/>
          <w:sz w:val="18"/>
          <w:u w:val="none"/>
        </w:rPr>
        <w:t>72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seventy-two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130) </w:t>
      </w:r>
      <w:r>
        <w:rPr>
          <w:b w:val="0"/>
          <w:i w:val="0"/>
          <w:color w:val="666666"/>
          <w:sz w:val="18"/>
          <w:u w:val="none"/>
        </w:rPr>
        <w:t>Which number is after 98?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ninety-nine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131) </w:t>
      </w:r>
      <w:r>
        <w:rPr>
          <w:b w:val="0"/>
          <w:i w:val="0"/>
          <w:color w:val="666666"/>
          <w:sz w:val="18"/>
          <w:u w:val="none"/>
        </w:rPr>
        <w:t>Choose the correct word.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thirty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132) </w:t>
      </w:r>
      <w:r>
        <w:rPr>
          <w:b w:val="0"/>
          <w:i w:val="0"/>
          <w:color w:val="666666"/>
          <w:sz w:val="18"/>
          <w:u w:val="none"/>
        </w:rPr>
        <w:t>Sara and I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B) We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133) </w:t>
      </w:r>
      <w:r>
        <w:rPr>
          <w:b w:val="0"/>
          <w:i w:val="0"/>
          <w:color w:val="666666"/>
          <w:sz w:val="18"/>
          <w:u w:val="none"/>
        </w:rPr>
        <w:t>The pencil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134) </w:t>
      </w:r>
      <w:r>
        <w:rPr>
          <w:b w:val="0"/>
          <w:i w:val="0"/>
          <w:color w:val="666666"/>
          <w:sz w:val="18"/>
          <w:u w:val="none"/>
        </w:rPr>
        <w:t>We ___ students.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135) </w:t>
      </w:r>
      <w:r>
        <w:rPr>
          <w:b w:val="0"/>
          <w:i w:val="0"/>
          <w:color w:val="666666"/>
          <w:sz w:val="18"/>
          <w:u w:val="none"/>
        </w:rPr>
        <w:t>I ___ happy.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136) </w:t>
      </w:r>
      <w:r>
        <w:rPr>
          <w:b w:val="0"/>
          <w:i w:val="0"/>
          <w:color w:val="666666"/>
          <w:sz w:val="18"/>
          <w:u w:val="none"/>
        </w:rPr>
        <w:t>read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B) reading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137) </w:t>
      </w:r>
      <w:r>
        <w:rPr>
          <w:b w:val="0"/>
          <w:i w:val="0"/>
          <w:color w:val="666666"/>
          <w:sz w:val="18"/>
          <w:u w:val="none"/>
        </w:rPr>
        <w:t>sing -&gt;</w:t>
      </w:r>
    </w:p>
    <w:p>
      <w:pPr>
        <w:spacing w:after="80"/>
        <w:ind w:left="340"/>
      </w:pPr>
      <w:r>
        <w:rPr>
          <w:b w:val="0"/>
          <w:i w:val="0"/>
          <w:u w:val="none"/>
        </w:rPr>
        <w:t>C) singing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138) </w:t>
      </w:r>
      <w:r>
        <w:rPr>
          <w:b w:val="0"/>
          <w:i w:val="0"/>
          <w:color w:val="666666"/>
          <w:sz w:val="18"/>
          <w:u w:val="none"/>
        </w:rPr>
        <w:t>Ali ___ a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 drawing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139) </w:t>
      </w:r>
      <w:r>
        <w:rPr>
          <w:b w:val="0"/>
          <w:i w:val="0"/>
          <w:color w:val="666666"/>
          <w:sz w:val="18"/>
          <w:u w:val="none"/>
        </w:rPr>
        <w:t>The students ___ a song.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are singing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140)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She is counting.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141)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We are playing.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142) </w:t>
      </w:r>
      <w:r>
        <w:rPr>
          <w:b w:val="0"/>
          <w:i w:val="0"/>
          <w:color w:val="666666"/>
          <w:sz w:val="18"/>
          <w:u w:val="none"/>
        </w:rPr>
        <w:t>He is fourteen.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143) </w:t>
      </w:r>
      <w:r>
        <w:rPr>
          <w:b w:val="0"/>
          <w:i w:val="0"/>
          <w:color w:val="666666"/>
          <w:sz w:val="18"/>
          <w:u w:val="none"/>
        </w:rPr>
        <w:t>They is reading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144) </w:t>
      </w:r>
      <w:r>
        <w:rPr>
          <w:b w:val="0"/>
          <w:i w:val="0"/>
          <w:color w:val="666666"/>
          <w:sz w:val="18"/>
          <w:u w:val="none"/>
        </w:rPr>
        <w:t>I am a student and I am counting the books.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