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Numbers, Pronouns and Present Continuous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4 - Çalışma Kağıdı | Numbers 1-20 | Tens 10-100 | Numbers 21-99 | Subject Pronouns and am / is / are | Subject + am / is / are + verb-ing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1 — Numbers 1-20</w:t>
      </w:r>
    </w:p>
    <w:p>
      <w:pPr>
        <w:jc w:val="both"/>
      </w:pPr>
      <w:r>
        <w:rPr>
          <w:b w:val="0"/>
          <w:i w:val="0"/>
          <w:u w:val="none"/>
        </w:rPr>
        <w:t>1 = one, 2 = two, 3 = three, 4 = four, 5 = five, 6 = six, 7 = seven, 8 = eight, 9 = nine, 10 = ten.</w:t>
      </w:r>
    </w:p>
    <w:p>
      <w:pPr>
        <w:jc w:val="both"/>
      </w:pPr>
      <w:r>
        <w:rPr>
          <w:b w:val="0"/>
          <w:i w:val="0"/>
          <w:u w:val="none"/>
        </w:rPr>
        <w:t>11 = eleven, 12 = twelve, 13 = thirteen, 14 = fourteen, 15 = fifteen, 16 = sixteen, 17 = seventeen, 18 = eighteen, 19 = nineteen, 20 = twenty.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DİKKAT: </w:t>
            </w:r>
            <w:r>
              <w:rPr>
                <w:b/>
                <w:i w:val="0"/>
                <w:u w:val="none"/>
              </w:rPr>
              <w:t>12</w:t>
            </w:r>
            <w:r>
              <w:rPr>
                <w:b w:val="0"/>
                <w:i w:val="0"/>
                <w:u w:val="none"/>
              </w:rPr>
              <w:t xml:space="preserve"> = twelve  |  </w:t>
            </w:r>
            <w:r>
              <w:rPr>
                <w:b/>
                <w:i w:val="0"/>
                <w:u w:val="none"/>
              </w:rPr>
              <w:t>20</w:t>
            </w:r>
            <w:r>
              <w:rPr>
                <w:b w:val="0"/>
                <w:i w:val="0"/>
                <w:u w:val="none"/>
              </w:rPr>
              <w:t xml:space="preserve"> = twenty  |  </w:t>
            </w:r>
            <w:r>
              <w:rPr>
                <w:b/>
                <w:i w:val="0"/>
                <w:u w:val="none"/>
              </w:rPr>
              <w:t>2</w:t>
            </w:r>
            <w:r>
              <w:rPr>
                <w:b w:val="0"/>
                <w:i w:val="0"/>
                <w:u w:val="none"/>
              </w:rPr>
              <w:t xml:space="preserve"> = two. </w:t>
            </w:r>
            <w:r>
              <w:rPr>
                <w:b/>
                <w:i w:val="0"/>
                <w:u w:val="none"/>
              </w:rPr>
              <w:t>13</w:t>
            </w:r>
            <w:r>
              <w:rPr>
                <w:b w:val="0"/>
                <w:i w:val="0"/>
                <w:u w:val="none"/>
              </w:rPr>
              <w:t xml:space="preserve"> = thirteen  |  </w:t>
            </w:r>
            <w:r>
              <w:rPr>
                <w:b/>
                <w:i w:val="0"/>
                <w:u w:val="none"/>
              </w:rPr>
              <w:t>30</w:t>
            </w:r>
            <w:r>
              <w:rPr>
                <w:b w:val="0"/>
                <w:i w:val="0"/>
                <w:u w:val="none"/>
              </w:rPr>
              <w:t xml:space="preserve"> = thirty  |  </w:t>
            </w:r>
            <w:r>
              <w:rPr>
                <w:b/>
                <w:i w:val="0"/>
                <w:u w:val="none"/>
              </w:rPr>
              <w:t>3</w:t>
            </w:r>
            <w:r>
              <w:rPr>
                <w:b w:val="0"/>
                <w:i w:val="0"/>
                <w:u w:val="none"/>
              </w:rPr>
              <w:t xml:space="preserve"> = three.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words.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 xml:space="preserve">1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2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3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4 =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   5 = </w:t>
      </w:r>
      <w:r>
        <w:rPr>
          <w:b w:val="0"/>
          <w:i w:val="0"/>
          <w:color w:val="666666"/>
          <w:u w:val="none"/>
        </w:rPr>
        <w:t>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four  |  two  |  three  |  five  |  one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 xml:space="preserve">6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7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8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9 =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   10 = </w:t>
      </w:r>
      <w:r>
        <w:rPr>
          <w:b w:val="0"/>
          <w:i w:val="0"/>
          <w:color w:val="666666"/>
          <w:u w:val="none"/>
        </w:rPr>
        <w:t>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nine  |  seven  |  eight  |  ten  |  six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words.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 xml:space="preserve">11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12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13 =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14 =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15 =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fourteen  |  twelve  |  thirteen  |  fifteen  |  eleven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 xml:space="preserve">16 =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17 =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   18 =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19 =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20 =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nineteen  |  seventeen  |  eighteen  |  twenty  |  sixteen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numbers.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 xml:space="preserve">eleven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twelve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thirteen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fourteen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fifteen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twenty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numbers and the words.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1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5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9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12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15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nine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20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12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20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13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15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17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seventeen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seventy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twellve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twelvee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eigth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eihgt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eightt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Which number is after 19?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2 — Tens 10-100</w:t>
      </w:r>
    </w:p>
    <w:p>
      <w:pPr>
        <w:jc w:val="both"/>
      </w:pPr>
      <w:r>
        <w:rPr>
          <w:b w:val="0"/>
          <w:i w:val="0"/>
          <w:u w:val="none"/>
        </w:rPr>
        <w:t>10 = ten, 20 = twenty, 30 = thirty, 40 = forty, 50 = fifty, 60 = sixty, 70 = seventy, 80 = eighty, 90 = ninety, 100 = one hundred.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10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20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30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40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50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60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ten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twenty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thirty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forty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fifty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sixty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ÖNEMLİ: </w:t>
            </w:r>
            <w:r>
              <w:rPr>
                <w:b/>
                <w:i w:val="0"/>
                <w:u w:val="none"/>
              </w:rPr>
              <w:t>40</w:t>
            </w:r>
            <w:r>
              <w:rPr>
                <w:b w:val="0"/>
                <w:i w:val="0"/>
                <w:u w:val="none"/>
              </w:rPr>
              <w:t xml:space="preserve"> = forty (fourty YANLIŞ)  |  </w:t>
            </w:r>
            <w:r>
              <w:rPr>
                <w:b/>
                <w:i w:val="0"/>
                <w:u w:val="none"/>
              </w:rPr>
              <w:t>15</w:t>
            </w:r>
            <w:r>
              <w:rPr>
                <w:b w:val="0"/>
                <w:i w:val="0"/>
                <w:u w:val="none"/>
              </w:rPr>
              <w:t xml:space="preserve"> = fifteen  |  </w:t>
            </w:r>
            <w:r>
              <w:rPr>
                <w:b/>
                <w:i w:val="0"/>
                <w:u w:val="none"/>
              </w:rPr>
              <w:t>50</w:t>
            </w:r>
            <w:r>
              <w:rPr>
                <w:b w:val="0"/>
                <w:i w:val="0"/>
                <w:u w:val="none"/>
              </w:rPr>
              <w:t xml:space="preserve"> = fifty  |  </w:t>
            </w:r>
            <w:r>
              <w:rPr>
                <w:b/>
                <w:i w:val="0"/>
                <w:u w:val="none"/>
              </w:rPr>
              <w:t>13</w:t>
            </w:r>
            <w:r>
              <w:rPr>
                <w:b w:val="0"/>
                <w:i w:val="0"/>
                <w:u w:val="none"/>
              </w:rPr>
              <w:t xml:space="preserve"> = thirteen  |  </w:t>
            </w:r>
            <w:r>
              <w:rPr>
                <w:b/>
                <w:i w:val="0"/>
                <w:u w:val="none"/>
              </w:rPr>
              <w:t>30</w:t>
            </w:r>
            <w:r>
              <w:rPr>
                <w:b w:val="0"/>
                <w:i w:val="0"/>
                <w:u w:val="none"/>
              </w:rPr>
              <w:t xml:space="preserve"> = thirty.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words.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 xml:space="preserve">10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20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30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40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50 = </w:t>
      </w:r>
      <w:r>
        <w:rPr>
          <w:b w:val="0"/>
          <w:i w:val="0"/>
          <w:color w:val="666666"/>
          <w:u w:val="none"/>
        </w:rPr>
        <w:t>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forty  |  twenty  |  thirty  |  fifty  |  ten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 xml:space="preserve">60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70 =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80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90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100 = </w:t>
      </w:r>
      <w:r>
        <w:rPr>
          <w:b w:val="0"/>
          <w:i w:val="0"/>
          <w:color w:val="666666"/>
          <w:u w:val="none"/>
        </w:rPr>
        <w:t>__________________________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ninety  |  seventy  |  eighty  |  one hundred  |  sixty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numbers.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 xml:space="preserve">twenty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thirty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forty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fifty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 xml:space="preserve">sixty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seventy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eighty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ninety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 one hundred = </w:t>
      </w:r>
      <w:r>
        <w:rPr>
          <w:b w:val="0"/>
          <w:i w:val="0"/>
          <w:color w:val="666666"/>
          <w:u w:val="none"/>
        </w:rPr>
        <w:t>__________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numbers and the words.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10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one hundred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20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40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60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ninety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90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100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40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fourty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50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fiftye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Which number is 30?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100 = 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ten hundred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hundred one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one zero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one hundred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eighty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eightty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eighte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eigthy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60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sixteen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sexty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Which number is after 80?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nineteen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nine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ninety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10, 20, 30, ... Which number is after 30?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thirteen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3 — Numbers 21-99</w:t>
      </w:r>
    </w:p>
    <w:p>
      <w:pPr>
        <w:jc w:val="both"/>
      </w:pPr>
      <w:r>
        <w:rPr>
          <w:b w:val="0"/>
          <w:i w:val="0"/>
          <w:u w:val="none"/>
        </w:rPr>
        <w:t xml:space="preserve">onluk + </w:t>
      </w:r>
      <w:r>
        <w:rPr>
          <w:b/>
          <w:i w:val="0"/>
          <w:u w:val="none"/>
        </w:rPr>
        <w:t>-</w:t>
      </w:r>
      <w:r>
        <w:rPr>
          <w:b w:val="0"/>
          <w:i w:val="0"/>
          <w:u w:val="none"/>
        </w:rPr>
        <w:t xml:space="preserve"> + birlik: 21 = twenty-one, 32 = thirty-two, 45 = forty-five, 56 = fifty-six, 72 = seventy-two, 98 = ninety-eight.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21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32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45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56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72</w:t>
            </w:r>
          </w:p>
        </w:tc>
        <w:tc>
          <w:tcPr>
            <w:tcW w:type="dxa" w:w="164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18"/>
                <w:u w:val="none"/>
              </w:rPr>
              <w:t>98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18"/>
                <w:u w:val="none"/>
              </w:rPr>
              <w:t>twenty-one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18"/>
                <w:u w:val="none"/>
              </w:rPr>
              <w:t>thirty-two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18"/>
                <w:u w:val="none"/>
              </w:rPr>
              <w:t>forty-five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18"/>
                <w:u w:val="none"/>
              </w:rPr>
              <w:t>fifty-six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18"/>
                <w:u w:val="none"/>
              </w:rPr>
              <w:t>seventy-two</w:t>
            </w:r>
          </w:p>
        </w:tc>
        <w:tc>
          <w:tcPr>
            <w:tcW w:type="dxa" w:w="1644"/>
          </w:tcPr>
          <w:p>
            <w:pPr>
              <w:keepNext w:val="0"/>
            </w:pPr>
            <w:r>
              <w:rPr>
                <w:b w:val="0"/>
                <w:i w:val="0"/>
                <w:sz w:val="18"/>
                <w:u w:val="none"/>
              </w:rPr>
              <w:t>ninety-eight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DİKKAT: </w:t>
            </w:r>
            <w:r>
              <w:rPr>
                <w:b w:val="0"/>
                <w:i w:val="0"/>
                <w:u w:val="none"/>
              </w:rPr>
              <w:t>Tire (</w:t>
            </w:r>
            <w:r>
              <w:rPr>
                <w:b/>
                <w:i w:val="0"/>
                <w:u w:val="none"/>
              </w:rPr>
              <w:t>-</w:t>
            </w:r>
            <w:r>
              <w:rPr>
                <w:b w:val="0"/>
                <w:i w:val="0"/>
                <w:u w:val="none"/>
              </w:rPr>
              <w:t xml:space="preserve">) unutulmaz: twenty-one, sixty-five.  </w:t>
            </w:r>
            <w:r>
              <w:rPr>
                <w:b/>
                <w:i w:val="0"/>
                <w:u w:val="none"/>
              </w:rPr>
              <w:t>24</w:t>
            </w:r>
            <w:r>
              <w:rPr>
                <w:b w:val="0"/>
                <w:i w:val="0"/>
                <w:u w:val="none"/>
              </w:rPr>
              <w:t xml:space="preserve"> = twenty-four  |  </w:t>
            </w:r>
            <w:r>
              <w:rPr>
                <w:b/>
                <w:i w:val="0"/>
                <w:u w:val="none"/>
              </w:rPr>
              <w:t>40</w:t>
            </w:r>
            <w:r>
              <w:rPr>
                <w:b w:val="0"/>
                <w:i w:val="0"/>
                <w:u w:val="none"/>
              </w:rPr>
              <w:t xml:space="preserve"> = forty (fourty YANLIŞ)  |  </w:t>
            </w:r>
            <w:r>
              <w:rPr>
                <w:b/>
                <w:i w:val="0"/>
                <w:u w:val="none"/>
              </w:rPr>
              <w:t>56</w:t>
            </w:r>
            <w:r>
              <w:rPr>
                <w:b w:val="0"/>
                <w:i w:val="0"/>
                <w:u w:val="none"/>
              </w:rPr>
              <w:t xml:space="preserve"> = fifty-six.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words.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21 =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   33 = </w:t>
      </w:r>
      <w:r>
        <w:rPr>
          <w:b w:val="0"/>
          <w:i w:val="0"/>
          <w:color w:val="666666"/>
          <w:u w:val="none"/>
        </w:rPr>
        <w:t>____________________________</w:t>
      </w:r>
      <w:r>
        <w:rPr>
          <w:b w:val="0"/>
          <w:i w:val="0"/>
          <w:u w:val="none"/>
        </w:rPr>
        <w:t xml:space="preserve">    45 =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   56 =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   72 = </w:t>
      </w:r>
      <w:r>
        <w:rPr>
          <w:b w:val="0"/>
          <w:i w:val="0"/>
          <w:color w:val="666666"/>
          <w:u w:val="none"/>
        </w:rPr>
        <w:t>__________________________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fifty-six  |  thirty-three  |  forty-five  |  seventy-two  |  twenty-one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24 =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   36 =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   48 =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   62 =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   98 = </w:t>
      </w:r>
      <w:r>
        <w:rPr>
          <w:b w:val="0"/>
          <w:i w:val="0"/>
          <w:color w:val="666666"/>
          <w:u w:val="none"/>
        </w:rPr>
        <w:t>____________________________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sixty-two  |  thirty-six  |  forty-eight  |  ninety-eight  |  twenty-four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numbers.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twenty-four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thirty-six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forty-five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fifty-six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seventy-two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 xml:space="preserve">sixty-one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seventy-eight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eighty-three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ninety-nine =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   thirty = </w:t>
      </w:r>
      <w:r>
        <w:rPr>
          <w:b w:val="0"/>
          <w:i w:val="0"/>
          <w:color w:val="666666"/>
          <w:u w:val="none"/>
        </w:rPr>
        <w:t>________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numbers and the words.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24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thirty-six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36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ninety-eight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45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fifty-six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56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twenty-four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72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seventy-two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98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forty-five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24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twenty-four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forty-two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twenty-forty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two-four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56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sixty-five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fifty-six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fifty-sixteen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five-six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72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twenty-seven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seventy-twelve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seventy-two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seven-two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45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fifty-four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fourteen-five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fourty-five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forty-five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38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thirty-eight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thirty-eighty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thirteen-eight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eighty-three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Which number is after 56?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fifty-six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fifty-seven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sixty-six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fifty-five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60 + 5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fifty-six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six-five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sixty-five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sixty-fifty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fourty-eight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forty-eighty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fourtyeight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forty-eight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ninety-nine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ninety-ninety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nine-nine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ninety-ninee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56 = fifty-six.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72 = twenty-seven.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48 = fourty-eight.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24 = twenty-four.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4 — Subject Pronouns and am / is / are</w:t>
      </w:r>
    </w:p>
    <w:p>
      <w:pPr>
        <w:jc w:val="both"/>
      </w:pPr>
      <w:r>
        <w:rPr>
          <w:b w:val="0"/>
          <w:i w:val="0"/>
          <w:u w:val="none"/>
        </w:rPr>
        <w:t xml:space="preserve">Subject pronouns: </w:t>
      </w:r>
      <w:r>
        <w:rPr>
          <w:b/>
          <w:i w:val="0"/>
          <w:u w:val="none"/>
        </w:rPr>
        <w:t>I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you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he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she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it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we</w:t>
      </w:r>
      <w:r>
        <w:rPr>
          <w:b w:val="0"/>
          <w:i w:val="0"/>
          <w:u w:val="none"/>
        </w:rPr>
        <w:t xml:space="preserve">, </w:t>
      </w:r>
      <w:r>
        <w:rPr>
          <w:b/>
          <w:i w:val="0"/>
          <w:u w:val="none"/>
        </w:rPr>
        <w:t>they</w:t>
      </w:r>
      <w:r>
        <w:rPr>
          <w:b w:val="0"/>
          <w:i w:val="0"/>
          <w:u w:val="none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2551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Subject pronoun</w:t>
            </w:r>
          </w:p>
        </w:tc>
        <w:tc>
          <w:tcPr>
            <w:tcW w:type="dxa" w:w="198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am / is / are</w:t>
            </w:r>
          </w:p>
        </w:tc>
        <w:tc>
          <w:tcPr>
            <w:tcW w:type="dxa" w:w="5102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Example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am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 am a student.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He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is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He is a teacher.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She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is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She is my friend.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It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is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It is a book.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You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are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You are in the classroom.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We</w:t>
            </w:r>
          </w:p>
        </w:tc>
        <w:tc>
          <w:tcPr>
            <w:tcW w:type="dxa" w:w="1984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are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We are students.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They</w:t>
            </w:r>
          </w:p>
        </w:tc>
        <w:tc>
          <w:tcPr>
            <w:tcW w:type="dxa" w:w="1984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are</w:t>
            </w:r>
          </w:p>
        </w:tc>
        <w:tc>
          <w:tcPr>
            <w:tcW w:type="dxa" w:w="5102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They are in the playground.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/>
                <w:i w:val="0"/>
                <w:u w:val="none"/>
              </w:rPr>
              <w:t>I</w:t>
            </w:r>
            <w:r>
              <w:rPr>
                <w:b w:val="0"/>
                <w:i w:val="0"/>
                <w:u w:val="none"/>
              </w:rPr>
              <w:t xml:space="preserve"> am  |  </w:t>
            </w:r>
            <w:r>
              <w:rPr>
                <w:b/>
                <w:i w:val="0"/>
                <w:u w:val="none"/>
              </w:rPr>
              <w:t>he / she / it</w:t>
            </w:r>
            <w:r>
              <w:rPr>
                <w:b w:val="0"/>
                <w:i w:val="0"/>
                <w:u w:val="none"/>
              </w:rPr>
              <w:t xml:space="preserve"> is  |  </w:t>
            </w:r>
            <w:r>
              <w:rPr>
                <w:b/>
                <w:i w:val="0"/>
                <w:u w:val="none"/>
              </w:rPr>
              <w:t>you / we / they</w:t>
            </w:r>
            <w:r>
              <w:rPr>
                <w:b w:val="0"/>
                <w:i w:val="0"/>
                <w:u w:val="none"/>
              </w:rPr>
              <w:t xml:space="preserve"> are.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Complete the sentences with am, is or are.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teacher.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my friend.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book.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classroom.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library.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playground.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happy.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 xml:space="preserve">Ali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Sara and Leyla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friends.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My school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big.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 books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on the table.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I ___ a student.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He ___ in the classroom.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They ___ my friends.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Sara ___ a teacher.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We ___ in the library.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It ___ a pencil.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You ___ my friend.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I are a student.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She is my teacher.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They is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We are in the library.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It am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You are my friend.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5 — Subject Pronouns</w:t>
      </w:r>
    </w:p>
    <w:p>
      <w:pPr>
        <w:jc w:val="both"/>
      </w:pPr>
      <w:r>
        <w:rPr>
          <w:b w:val="0"/>
          <w:i w:val="0"/>
          <w:u w:val="none"/>
        </w:rPr>
        <w:t xml:space="preserve">Ali -&gt; </w:t>
      </w:r>
      <w:r>
        <w:rPr>
          <w:b/>
          <w:i w:val="0"/>
          <w:u w:val="none"/>
        </w:rPr>
        <w:t>he</w:t>
      </w:r>
      <w:r>
        <w:rPr>
          <w:b w:val="0"/>
          <w:i w:val="0"/>
          <w:u w:val="none"/>
        </w:rPr>
        <w:t xml:space="preserve">. Sara -&gt; </w:t>
      </w:r>
      <w:r>
        <w:rPr>
          <w:b/>
          <w:i w:val="0"/>
          <w:u w:val="none"/>
        </w:rPr>
        <w:t>she</w:t>
      </w:r>
      <w:r>
        <w:rPr>
          <w:b w:val="0"/>
          <w:i w:val="0"/>
          <w:u w:val="none"/>
        </w:rPr>
        <w:t xml:space="preserve">. The book -&gt; </w:t>
      </w:r>
      <w:r>
        <w:rPr>
          <w:b/>
          <w:i w:val="0"/>
          <w:u w:val="none"/>
        </w:rPr>
        <w:t>it</w:t>
      </w:r>
      <w:r>
        <w:rPr>
          <w:b w:val="0"/>
          <w:i w:val="0"/>
          <w:u w:val="none"/>
        </w:rPr>
        <w:t xml:space="preserve">. Ali and Sara -&gt; </w:t>
      </w:r>
      <w:r>
        <w:rPr>
          <w:b/>
          <w:i w:val="0"/>
          <w:u w:val="none"/>
        </w:rPr>
        <w:t>they</w:t>
      </w:r>
      <w:r>
        <w:rPr>
          <w:b w:val="0"/>
          <w:i w:val="0"/>
          <w:u w:val="none"/>
        </w:rPr>
        <w:t xml:space="preserve">. Sara and I -&gt; </w:t>
      </w:r>
      <w:r>
        <w:rPr>
          <w:b/>
          <w:i w:val="0"/>
          <w:u w:val="none"/>
        </w:rPr>
        <w:t>we</w:t>
      </w:r>
      <w:r>
        <w:rPr>
          <w:b w:val="0"/>
          <w:i w:val="0"/>
          <w:u w:val="none"/>
        </w:rPr>
        <w:t>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correct subject pronoun.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a student. (Ali)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is a teacher. (Sara)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is on the table. (The book)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are friends. (Ali and Sara)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are in the classroom. (My friends and I)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am happy. (I)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subject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u w:val="none"/>
        </w:rPr>
        <w:t>Ali and I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u w:val="none"/>
        </w:rPr>
        <w:t>The computer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u w:val="none"/>
        </w:rPr>
        <w:t>My friends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u w:val="none"/>
        </w:rPr>
        <w:t>Sara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u w:val="none"/>
        </w:rPr>
        <w:t>The books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u w:val="none"/>
        </w:rPr>
        <w:t>My teacher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u w:val="none"/>
        </w:rPr>
        <w:t>Tom and Leyla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u w:val="none"/>
        </w:rPr>
        <w:t>The school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subjects and the pronouns.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Ali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Sara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The book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The students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Sara and I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The school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6 — Present Continuous</w:t>
      </w:r>
    </w:p>
    <w:p>
      <w:pPr>
        <w:jc w:val="both"/>
      </w:pPr>
      <w:r>
        <w:rPr>
          <w:b w:val="0"/>
          <w:i w:val="0"/>
          <w:u w:val="none"/>
        </w:rPr>
        <w:t xml:space="preserve">Present continuous = </w:t>
      </w:r>
      <w:r>
        <w:rPr>
          <w:b/>
          <w:i w:val="0"/>
          <w:u w:val="none"/>
        </w:rPr>
        <w:t>now</w:t>
      </w:r>
      <w:r>
        <w:rPr>
          <w:b w:val="0"/>
          <w:i w:val="0"/>
          <w:u w:val="none"/>
        </w:rPr>
        <w:t>. am / is / are + verb + ing. read -&gt; reading, play -&gt; playing, run -&gt; running, write -&gt; writing.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verb</w:t>
            </w:r>
          </w:p>
        </w:tc>
        <w:tc>
          <w:tcPr>
            <w:tcW w:type="dxa" w:w="2466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verb + ing</w:t>
            </w:r>
          </w:p>
        </w:tc>
        <w:tc>
          <w:tcPr>
            <w:tcW w:type="dxa" w:w="2466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verb</w:t>
            </w:r>
          </w:p>
        </w:tc>
        <w:tc>
          <w:tcPr>
            <w:tcW w:type="dxa" w:w="2466"/>
            <w:shd w:val="clear" w:fill="F5E6D3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verb + ing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read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reading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write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writing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play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playing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run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running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draw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drawing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sing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singing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watch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watching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swim</w:t>
            </w:r>
          </w:p>
        </w:tc>
        <w:tc>
          <w:tcPr>
            <w:tcW w:type="dxa" w:w="246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swimming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colour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colouring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count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counting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words.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u w:val="none"/>
        </w:rPr>
        <w:t xml:space="preserve">read -&gt;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 write -&gt;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 play -&gt;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 draw -&gt;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u w:val="none"/>
        </w:rPr>
        <w:t xml:space="preserve">listen -&gt;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    watch -&gt;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 colour -&gt;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   count -&gt;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u w:val="none"/>
        </w:rPr>
        <w:t xml:space="preserve">sing -&gt;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 run -&gt;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 swim -&gt;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    sleep -&gt; </w:t>
      </w:r>
      <w:r>
        <w:rPr>
          <w:b w:val="0"/>
          <w:i w:val="0"/>
          <w:color w:val="666666"/>
          <w:u w:val="none"/>
        </w:rPr>
        <w:t>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ÖNEMLİ: </w:t>
            </w:r>
            <w:r>
              <w:rPr>
                <w:b/>
                <w:i w:val="0"/>
                <w:u w:val="none"/>
              </w:rPr>
              <w:t>write</w:t>
            </w:r>
            <w:r>
              <w:rPr>
                <w:b w:val="0"/>
                <w:i w:val="0"/>
                <w:u w:val="none"/>
              </w:rPr>
              <w:t xml:space="preserve"> -&gt; writing (</w:t>
            </w:r>
            <w:r>
              <w:rPr>
                <w:b/>
                <w:i w:val="0"/>
                <w:u w:val="none"/>
              </w:rPr>
              <w:t>e</w:t>
            </w:r>
            <w:r>
              <w:rPr>
                <w:b w:val="0"/>
                <w:i w:val="0"/>
                <w:u w:val="none"/>
              </w:rPr>
              <w:t xml:space="preserve"> düşer)  |  </w:t>
            </w:r>
            <w:r>
              <w:rPr>
                <w:b/>
                <w:i w:val="0"/>
                <w:u w:val="none"/>
              </w:rPr>
              <w:t>run</w:t>
            </w:r>
            <w:r>
              <w:rPr>
                <w:b w:val="0"/>
                <w:i w:val="0"/>
                <w:u w:val="none"/>
              </w:rPr>
              <w:t xml:space="preserve"> -&gt; running (çiftlenir)  |  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form.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u w:val="none"/>
        </w:rPr>
        <w:t>play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plaing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playying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u w:val="none"/>
        </w:rPr>
        <w:t>run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runing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running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runnig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runeing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u w:val="none"/>
        </w:rPr>
        <w:t>write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writeing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writting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writing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writeng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u w:val="none"/>
        </w:rPr>
        <w:t>watch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waching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watchhing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watcing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watching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u w:val="none"/>
        </w:rPr>
        <w:t>swim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swimming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swiming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swimmming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swimeing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u w:val="none"/>
        </w:rPr>
        <w:t>read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readding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readng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readeing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u w:val="none"/>
        </w:rPr>
        <w:t>listen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listenning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listning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listening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listeing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u w:val="none"/>
        </w:rPr>
        <w:t>colour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colourring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colourig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colourying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colouring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u w:val="none"/>
        </w:rPr>
        <w:t>draw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drawingg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drawwing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drowing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u w:val="none"/>
        </w:rPr>
        <w:t>count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countting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counting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counnting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counteing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u w:val="none"/>
        </w:rPr>
        <w:t>sleep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sleepping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sleepng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sleeping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sleepeing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2880000" cy="23290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activities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29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center"/>
      </w:pPr>
      <w:r>
        <w:rPr>
          <w:b w:val="0"/>
          <w:i/>
          <w:color w:val="666666"/>
          <w:sz w:val="18"/>
          <w:u w:val="none"/>
        </w:rPr>
        <w:t>In the classroom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picture and write.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u w:val="none"/>
        </w:rPr>
        <w:t>Sara is ___ a book.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u w:val="none"/>
        </w:rPr>
        <w:t>Ali is ___ his name.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u w:val="none"/>
        </w:rPr>
        <w:t>Tom and Leyla are ___ a game.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7 — Subject + am / is / are + verb-ing</w:t>
      </w:r>
    </w:p>
    <w:p>
      <w:pPr>
        <w:jc w:val="both"/>
      </w:pPr>
      <w:r>
        <w:rPr>
          <w:b/>
          <w:i w:val="0"/>
          <w:u w:val="none"/>
        </w:rPr>
        <w:t>I am reading.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You are reading.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He is reading.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She is writing.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It is running.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We are playing.</w:t>
      </w:r>
      <w:r>
        <w:rPr>
          <w:b w:val="0"/>
          <w:i w:val="0"/>
          <w:u w:val="none"/>
        </w:rPr>
        <w:t xml:space="preserve">  </w:t>
      </w:r>
      <w:r>
        <w:rPr>
          <w:b/>
          <w:i w:val="0"/>
          <w:u w:val="none"/>
        </w:rPr>
        <w:t>They are singing.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Ali ___ (read) a book.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Ali </w:t>
            </w:r>
            <w:r>
              <w:rPr>
                <w:b/>
                <w:i w:val="0"/>
                <w:u w:val="none"/>
              </w:rPr>
              <w:t>is reading</w:t>
            </w:r>
            <w:r>
              <w:rPr>
                <w:b w:val="0"/>
                <w:i w:val="0"/>
                <w:u w:val="none"/>
              </w:rPr>
              <w:t xml:space="preserve"> a book.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Sara and Leyla ___ (sing) a song.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Sara and Leyla </w:t>
            </w:r>
            <w:r>
              <w:rPr>
                <w:b/>
                <w:i w:val="0"/>
                <w:u w:val="none"/>
              </w:rPr>
              <w:t>are singing</w:t>
            </w:r>
            <w:r>
              <w:rPr>
                <w:b w:val="0"/>
                <w:i w:val="0"/>
                <w:u w:val="none"/>
              </w:rPr>
              <w:t xml:space="preserve"> a song.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Complete the sentences with am / is / are + verb + ing.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a book. (read)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a song. (sing)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a picture. (draw)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a game. (play)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in the classroom. (listen)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______________________</w:t>
      </w:r>
      <w:r>
        <w:rPr>
          <w:b w:val="0"/>
          <w:i w:val="0"/>
          <w:u w:val="none"/>
        </w:rPr>
        <w:t xml:space="preserve"> to the teacher. (listen)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u w:val="none"/>
        </w:rPr>
        <w:t xml:space="preserve">Ali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his name. (write)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The students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in the playground. (run)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>. (sleep)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u w:val="none"/>
        </w:rPr>
        <w:t>She ___ a book.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reading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reading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 reading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u w:val="none"/>
        </w:rPr>
        <w:t>They ___ a game.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playing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playing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playing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u w:val="none"/>
        </w:rPr>
        <w:t>I ___ my name.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 writing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writing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 writing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writing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u w:val="none"/>
        </w:rPr>
        <w:t>We ___ a song.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 singing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singing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 singing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u w:val="none"/>
        </w:rPr>
        <w:t>He ___ in the playground.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running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running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running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 running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u w:val="none"/>
        </w:rPr>
        <w:t>The teacher ___ the students.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 watching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 watching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watching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watching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 are reading.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 is reading.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 am reading.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 reading.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 is singing.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 am singing.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 are singing.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 singing.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 is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 are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 am counting.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 is writing.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 are writing.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 am writing.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 writing.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u w:val="none"/>
        </w:rPr>
        <w:t>He is playing football.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u w:val="none"/>
        </w:rPr>
        <w:t>They is singing a song.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u w:val="none"/>
        </w:rPr>
        <w:t>I am writing my name.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u w:val="none"/>
        </w:rPr>
        <w:t>She are reading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u w:val="none"/>
        </w:rPr>
        <w:t>We are running in the playground.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u w:val="none"/>
        </w:rPr>
        <w:t>It is swimming.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subjects and the sentences.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playing a game.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reading a book.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writing his name.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 listening to the teacher.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is singing a song.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are counting the books.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8 — Reading and Writing</w:t>
      </w:r>
    </w:p>
    <w:p>
      <w:r>
        <w:drawing>
          <wp:inline xmlns:a="http://schemas.openxmlformats.org/drawingml/2006/main" xmlns:pic="http://schemas.openxmlformats.org/drawingml/2006/picture">
            <wp:extent cx="3420000" cy="27657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activities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765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center"/>
      </w:pPr>
      <w:r>
        <w:rPr>
          <w:b w:val="0"/>
          <w:i/>
          <w:color w:val="666666"/>
          <w:sz w:val="18"/>
          <w:u w:val="none"/>
        </w:rPr>
        <w:t>In the classroom</w:t>
      </w:r>
    </w:p>
    <w:p>
      <w:pPr>
        <w:jc w:val="both"/>
      </w:pPr>
      <w:r>
        <w:rPr>
          <w:b w:val="0"/>
          <w:i w:val="0"/>
          <w:u w:val="none"/>
        </w:rPr>
        <w:t>Look at the classroom. Ali is reading a book. Sara is writing her name. Tom and Leyla are playing a game. The teacher is watching the students. I am counting the books.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complete.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u w:val="none"/>
        </w:rPr>
        <w:t xml:space="preserve">Ali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reading a book.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u w:val="none"/>
        </w:rPr>
        <w:t xml:space="preserve">Sara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writing her name.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u w:val="none"/>
        </w:rPr>
        <w:t xml:space="preserve">Tom and Leyla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playing a game.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u w:val="none"/>
        </w:rPr>
        <w:t xml:space="preserve">The teacher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watching the students.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counting the books.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u w:val="none"/>
        </w:rPr>
        <w:t>Ali is playing a game.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u w:val="none"/>
        </w:rPr>
        <w:t>Sara is writing her name.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u w:val="none"/>
        </w:rPr>
        <w:t>The teacher is reading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u w:val="none"/>
        </w:rPr>
        <w:t>Tom and Leyla are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picture and write 4 sentences. Use am / is / are + verb-ing.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u w:val="none"/>
        </w:rPr>
        <w:t>Write about the picture.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9 — Karışık Test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u w:val="none"/>
        </w:rPr>
        <w:t>5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nine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u w:val="none"/>
        </w:rPr>
        <w:t>18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eighty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eighteen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u w:val="none"/>
        </w:rPr>
        <w:t>70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seventeen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u w:val="none"/>
        </w:rPr>
        <w:t>24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twenty-four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forty-two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twenty-forty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two-four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u w:val="none"/>
        </w:rPr>
        <w:t>56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sixty-five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fifty-six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fifty-sixteen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five-six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u w:val="none"/>
        </w:rPr>
        <w:t>72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twenty-seven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seventy-twelve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seventy-two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seven-two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u w:val="none"/>
        </w:rPr>
        <w:t>Which number is after 98?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ninety-eight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eighty-nine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one hundred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ninety-nine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u w:val="none"/>
        </w:rPr>
        <w:t>Choose the correct word.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thirthy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thirtye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thrity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u w:val="none"/>
        </w:rPr>
        <w:t>Sara and I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u w:val="none"/>
        </w:rPr>
        <w:t>The pencil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u w:val="none"/>
        </w:rPr>
        <w:t>We ___ students.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u w:val="none"/>
        </w:rPr>
        <w:t>I ___ happy.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u w:val="none"/>
        </w:rPr>
        <w:t>read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readding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reading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readng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readeing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u w:val="none"/>
        </w:rPr>
        <w:t>sing -&gt;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singging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singng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singeing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u w:val="none"/>
        </w:rPr>
        <w:t>Ali ___ a picture.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drawing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 drawing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drawing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is drawing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u w:val="none"/>
        </w:rPr>
        <w:t>The students ___ a song.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 singing</w:t>
            </w:r>
          </w:p>
        </w:tc>
        <w:tc>
          <w:tcPr>
            <w:tcW w:type="dxa" w:w="4933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singing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 singing</w:t>
            </w:r>
          </w:p>
        </w:tc>
        <w:tc>
          <w:tcPr>
            <w:tcW w:type="dxa" w:w="4933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 are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 is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 am counting.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 counting.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u w:val="none"/>
        </w:rPr>
        <w:t>Choose the correct sentence.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 is playing.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 am playing.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 are playing.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 playing.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u w:val="none"/>
        </w:rPr>
        <w:t>He is fourteen.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u w:val="none"/>
        </w:rPr>
        <w:t>They is reading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u w:val="none"/>
        </w:rPr>
        <w:t>I am a student and I am counting the books.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4 - Numbers, Pronouns and Present Continuous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