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</w:rPr>
        <w:t>My School — Cevap Anahtarı</w:t>
      </w:r>
    </w:p>
    <w:p>
      <w:pPr>
        <w:spacing w:after="40"/>
      </w:pPr>
      <w:r>
        <w:rPr>
          <w:b/>
          <w:i w:val="0"/>
          <w:color w:val="2E5E8C"/>
        </w:rPr>
        <w:t xml:space="preserve">1) </w:t>
      </w:r>
      <w:r>
        <w:rPr>
          <w:b w:val="0"/>
          <w:i w:val="0"/>
          <w:color w:val="666666"/>
          <w:sz w:val="18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</w:rPr>
        <w:t>1→F, 2→A, 3→B, 4→C, 5→D, 6→E</w:t>
      </w:r>
    </w:p>
    <w:p>
      <w:pPr>
        <w:spacing w:after="40"/>
      </w:pPr>
      <w:r>
        <w:rPr>
          <w:b/>
          <w:i w:val="0"/>
          <w:color w:val="2E5E8C"/>
        </w:rPr>
        <w:t xml:space="preserve">2) </w:t>
      </w:r>
      <w:r>
        <w:rPr>
          <w:b w:val="0"/>
          <w:i w:val="0"/>
          <w:color w:val="666666"/>
          <w:sz w:val="18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</w:rPr>
        <w:t>1→F, 2→A, 3→B, 4→C, 5→D, 6→E</w:t>
      </w:r>
    </w:p>
    <w:p>
      <w:pPr>
        <w:spacing w:after="40"/>
      </w:pPr>
      <w:r>
        <w:rPr>
          <w:b/>
          <w:i w:val="0"/>
          <w:color w:val="2E5E8C"/>
        </w:rPr>
        <w:t xml:space="preserve">3) </w:t>
      </w:r>
      <w:r>
        <w:rPr>
          <w:b w:val="0"/>
          <w:i w:val="0"/>
          <w:color w:val="666666"/>
          <w:sz w:val="18"/>
        </w:rPr>
        <w:t>1. She ___ (read) a book. 2. They ___ (play) a game. 3. I __</w:t>
      </w:r>
    </w:p>
    <w:p>
      <w:pPr>
        <w:spacing w:after="80"/>
        <w:ind w:left="340"/>
      </w:pPr>
      <w:r>
        <w:rPr>
          <w:b w:val="0"/>
          <w:i w:val="0"/>
        </w:rPr>
        <w:t>is reading, are playing, am writing, is counting, are listening, are colouring, is using, is writing</w:t>
      </w:r>
    </w:p>
    <w:p>
      <w:pPr>
        <w:spacing w:after="40"/>
      </w:pPr>
      <w:r>
        <w:rPr>
          <w:b/>
          <w:i w:val="0"/>
          <w:color w:val="2E5E8C"/>
        </w:rPr>
        <w:t xml:space="preserve">4) </w:t>
      </w:r>
      <w:r>
        <w:rPr>
          <w:b w:val="0"/>
          <w:i w:val="0"/>
          <w:color w:val="666666"/>
          <w:sz w:val="18"/>
        </w:rPr>
        <w:t>1. ___ a board in the classroom. 2. ___ fifteen chairs. 3. _</w:t>
      </w:r>
    </w:p>
    <w:p>
      <w:pPr>
        <w:spacing w:after="80"/>
        <w:ind w:left="340"/>
      </w:pPr>
      <w:r>
        <w:rPr>
          <w:b w:val="0"/>
          <w:i w:val="0"/>
        </w:rPr>
        <w:t>There is, There are, There is, There are, There is, There are, There is, There are</w:t>
      </w:r>
    </w:p>
    <w:p>
      <w:pPr>
        <w:spacing w:after="40"/>
      </w:pPr>
      <w:r>
        <w:rPr>
          <w:b/>
          <w:i w:val="0"/>
          <w:color w:val="2E5E8C"/>
        </w:rPr>
        <w:t xml:space="preserve">5) </w:t>
      </w:r>
      <w:r>
        <w:rPr>
          <w:b w:val="0"/>
          <w:i w:val="0"/>
          <w:color w:val="666666"/>
          <w:sz w:val="18"/>
        </w:rPr>
        <w:t>You want to go to the toilet. Ask the teacher: ___</w:t>
      </w:r>
    </w:p>
    <w:p>
      <w:pPr>
        <w:spacing w:after="80"/>
        <w:ind w:left="340"/>
      </w:pPr>
      <w:r>
        <w:rPr>
          <w:b w:val="0"/>
          <w:i w:val="0"/>
        </w:rPr>
        <w:t>Can I go to the toilet, please?</w:t>
      </w:r>
    </w:p>
    <w:p>
      <w:pPr>
        <w:spacing w:after="40"/>
      </w:pPr>
      <w:r>
        <w:rPr>
          <w:b/>
          <w:i w:val="0"/>
          <w:color w:val="2E5E8C"/>
        </w:rPr>
        <w:t xml:space="preserve">6) </w:t>
      </w:r>
      <w:r>
        <w:rPr>
          <w:b w:val="0"/>
          <w:i w:val="0"/>
          <w:color w:val="666666"/>
          <w:sz w:val="18"/>
        </w:rPr>
        <w:t>You arrive late. Ask to enter: ___</w:t>
      </w:r>
    </w:p>
    <w:p>
      <w:pPr>
        <w:spacing w:after="80"/>
        <w:ind w:left="340"/>
      </w:pPr>
      <w:r>
        <w:rPr>
          <w:b w:val="0"/>
          <w:i w:val="0"/>
        </w:rPr>
        <w:t>May I come in?</w:t>
      </w:r>
    </w:p>
    <w:p>
      <w:pPr>
        <w:spacing w:after="40"/>
      </w:pPr>
      <w:r>
        <w:rPr>
          <w:b/>
          <w:i w:val="0"/>
          <w:color w:val="2E5E8C"/>
        </w:rPr>
        <w:t xml:space="preserve">7) </w:t>
      </w:r>
      <w:r>
        <w:rPr>
          <w:b w:val="0"/>
          <w:i w:val="0"/>
          <w:color w:val="666666"/>
          <w:sz w:val="18"/>
        </w:rPr>
        <w:t>You want to drink water. Ask the teacher: ___</w:t>
      </w:r>
    </w:p>
    <w:p>
      <w:pPr>
        <w:spacing w:after="80"/>
        <w:ind w:left="340"/>
      </w:pPr>
      <w:r>
        <w:rPr>
          <w:b w:val="0"/>
          <w:i w:val="0"/>
        </w:rPr>
        <w:t>Can I drink water, please?</w:t>
      </w:r>
    </w:p>
    <w:p>
      <w:pPr>
        <w:spacing w:after="40"/>
      </w:pPr>
      <w:r>
        <w:rPr>
          <w:b/>
          <w:i w:val="0"/>
          <w:color w:val="2E5E8C"/>
        </w:rPr>
        <w:t xml:space="preserve">8) </w:t>
      </w:r>
      <w:r>
        <w:rPr>
          <w:b w:val="0"/>
          <w:i w:val="0"/>
          <w:color w:val="666666"/>
          <w:sz w:val="18"/>
        </w:rPr>
        <w:t>1. I am a student. This is ___ book. 2. You are my friend. T</w:t>
      </w:r>
    </w:p>
    <w:p>
      <w:pPr>
        <w:spacing w:after="80"/>
        <w:ind w:left="340"/>
      </w:pPr>
      <w:r>
        <w:rPr>
          <w:b w:val="0"/>
          <w:i w:val="0"/>
        </w:rPr>
        <w:t>my, your, his, her, our, their</w:t>
      </w:r>
    </w:p>
    <w:p>
      <w:pPr>
        <w:spacing w:after="40"/>
      </w:pPr>
      <w:r>
        <w:rPr>
          <w:b/>
          <w:i w:val="0"/>
          <w:color w:val="2E5E8C"/>
        </w:rPr>
        <w:t xml:space="preserve">9) </w:t>
      </w:r>
      <w:r>
        <w:rPr>
          <w:b w:val="0"/>
          <w:i w:val="0"/>
          <w:color w:val="666666"/>
          <w:sz w:val="18"/>
        </w:rPr>
        <w:t>Whose book is this? (Ali) →</w:t>
      </w:r>
    </w:p>
    <w:p>
      <w:pPr>
        <w:spacing w:after="80"/>
        <w:ind w:left="340"/>
      </w:pPr>
      <w:r>
        <w:rPr>
          <w:b w:val="0"/>
          <w:i w:val="0"/>
        </w:rPr>
        <w:t>It is Ali's book.</w:t>
      </w:r>
    </w:p>
    <w:p>
      <w:pPr>
        <w:spacing w:after="40"/>
      </w:pPr>
      <w:r>
        <w:rPr>
          <w:b/>
          <w:i w:val="0"/>
          <w:color w:val="2E5E8C"/>
        </w:rPr>
        <w:t xml:space="preserve">10) </w:t>
      </w:r>
      <w:r>
        <w:rPr>
          <w:b w:val="0"/>
          <w:i w:val="0"/>
          <w:color w:val="666666"/>
          <w:sz w:val="18"/>
        </w:rPr>
        <w:t>Whose pen is this? (Ayşe) →</w:t>
      </w:r>
    </w:p>
    <w:p>
      <w:pPr>
        <w:spacing w:after="80"/>
        <w:ind w:left="340"/>
      </w:pPr>
      <w:r>
        <w:rPr>
          <w:b w:val="0"/>
          <w:i w:val="0"/>
        </w:rPr>
        <w:t>It is Ayşe's pen.</w:t>
      </w:r>
    </w:p>
    <w:p>
      <w:pPr>
        <w:spacing w:after="40"/>
      </w:pPr>
      <w:r>
        <w:rPr>
          <w:b/>
          <w:i w:val="0"/>
          <w:color w:val="2E5E8C"/>
        </w:rPr>
        <w:t xml:space="preserve">11) </w:t>
      </w:r>
      <w:r>
        <w:rPr>
          <w:b w:val="0"/>
          <w:i w:val="0"/>
          <w:color w:val="666666"/>
          <w:sz w:val="18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</w:rPr>
        <w:t>1→F, 2→A, 3→B, 4→C, 5→D, 6→E</w:t>
      </w:r>
    </w:p>
    <w:p>
      <w:pPr>
        <w:spacing w:after="4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  <w:color w:val="666666"/>
          <w:sz w:val="18"/>
        </w:rPr>
        <w:t>What ___ she doing? — She is reading a book.</w:t>
      </w:r>
    </w:p>
    <w:p>
      <w:pPr>
        <w:spacing w:after="80"/>
        <w:ind w:left="340"/>
      </w:pPr>
      <w:r>
        <w:rPr>
          <w:b w:val="0"/>
          <w:i w:val="0"/>
        </w:rPr>
        <w:t>B) is</w:t>
      </w:r>
    </w:p>
    <w:p>
      <w:pPr>
        <w:spacing w:after="4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  <w:color w:val="666666"/>
          <w:sz w:val="18"/>
        </w:rPr>
        <w:t>___ ten desks in the classroom.</w:t>
      </w:r>
    </w:p>
    <w:p>
      <w:pPr>
        <w:spacing w:after="80"/>
        <w:ind w:left="340"/>
      </w:pPr>
      <w:r>
        <w:rPr>
          <w:b w:val="0"/>
          <w:i w:val="0"/>
        </w:rPr>
        <w:t>B) There are</w:t>
      </w:r>
    </w:p>
    <w:p>
      <w:pPr>
        <w:spacing w:after="4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  <w:color w:val="666666"/>
          <w:sz w:val="18"/>
        </w:rPr>
        <w:t>___ I go to the toilet, please?</w:t>
      </w:r>
    </w:p>
    <w:p>
      <w:pPr>
        <w:spacing w:after="80"/>
        <w:ind w:left="340"/>
      </w:pPr>
      <w:r>
        <w:rPr>
          <w:b w:val="0"/>
          <w:i w:val="0"/>
        </w:rPr>
        <w:t>B) May</w:t>
      </w:r>
    </w:p>
    <w:p>
      <w:pPr>
        <w:spacing w:after="4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  <w:color w:val="666666"/>
          <w:sz w:val="18"/>
        </w:rPr>
        <w:t>This is ___ book. (Ali's book)</w:t>
      </w:r>
    </w:p>
    <w:p>
      <w:pPr>
        <w:spacing w:after="80"/>
        <w:ind w:left="340"/>
      </w:pPr>
      <w:r>
        <w:rPr>
          <w:b w:val="0"/>
          <w:i w:val="0"/>
        </w:rPr>
        <w:t>B) Ali's</w:t>
      </w:r>
    </w:p>
    <w:p>
      <w:pPr>
        <w:spacing w:after="40"/>
      </w:pPr>
      <w:r>
        <w:rPr>
          <w:b/>
          <w:i w:val="0"/>
          <w:color w:val="2E5E8C"/>
        </w:rPr>
        <w:t xml:space="preserve">16) </w:t>
      </w:r>
      <w:r>
        <w:rPr>
          <w:b w:val="0"/>
          <w:i w:val="0"/>
          <w:color w:val="666666"/>
          <w:sz w:val="18"/>
        </w:rPr>
        <w:t>She is my teacher. ___ name is Ms. Ayşe.</w:t>
      </w:r>
    </w:p>
    <w:p>
      <w:pPr>
        <w:spacing w:after="80"/>
        <w:ind w:left="340"/>
      </w:pPr>
      <w:r>
        <w:rPr>
          <w:b w:val="0"/>
          <w:i w:val="0"/>
        </w:rPr>
        <w:t>B) Her</w:t>
      </w:r>
    </w:p>
    <w:p>
      <w:pPr>
        <w:spacing w:after="4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  <w:color w:val="666666"/>
          <w:sz w:val="18"/>
        </w:rPr>
        <w:t>Number 100 in English is ___</w:t>
      </w:r>
    </w:p>
    <w:p>
      <w:pPr>
        <w:spacing w:after="80"/>
        <w:ind w:left="340"/>
      </w:pPr>
      <w:r>
        <w:rPr>
          <w:b w:val="0"/>
          <w:i w:val="0"/>
        </w:rPr>
        <w:t>C) one hundred</w:t>
      </w:r>
    </w:p>
    <w:p>
      <w:pPr>
        <w:spacing w:after="40"/>
      </w:pPr>
      <w:r>
        <w:rPr>
          <w:b/>
          <w:i w:val="0"/>
          <w:color w:val="2E5E8C"/>
        </w:rPr>
        <w:t xml:space="preserve">18) </w:t>
      </w:r>
      <w:r>
        <w:rPr>
          <w:b w:val="0"/>
          <w:i w:val="0"/>
          <w:color w:val="666666"/>
          <w:sz w:val="18"/>
        </w:rPr>
        <w:t>We say 'There is a board' for one board.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19) </w:t>
      </w:r>
      <w:r>
        <w:rPr>
          <w:b w:val="0"/>
          <w:i w:val="0"/>
          <w:color w:val="666666"/>
          <w:sz w:val="18"/>
        </w:rPr>
        <w:t>'His' is used for a girl/woman.</w:t>
      </w:r>
    </w:p>
    <w:p>
      <w:pPr>
        <w:spacing w:after="80"/>
        <w:ind w:left="340"/>
      </w:pPr>
      <w:r>
        <w:rPr>
          <w:b w:val="0"/>
          <w:i w:val="0"/>
        </w:rPr>
        <w:t>Yanlış</w:t>
      </w:r>
    </w:p>
    <w:p>
      <w:pPr>
        <w:spacing w:after="40"/>
      </w:pPr>
      <w:r>
        <w:rPr>
          <w:b/>
          <w:i w:val="0"/>
          <w:color w:val="2E5E8C"/>
        </w:rPr>
        <w:t xml:space="preserve">20) </w:t>
      </w:r>
      <w:r>
        <w:rPr>
          <w:b w:val="0"/>
          <w:i w:val="0"/>
          <w:color w:val="666666"/>
          <w:sz w:val="18"/>
        </w:rPr>
        <w:t>We use Present Continuous for actions happening now.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21) </w:t>
      </w:r>
      <w:r>
        <w:rPr>
          <w:b w:val="0"/>
          <w:i w:val="0"/>
          <w:color w:val="666666"/>
          <w:sz w:val="18"/>
        </w:rPr>
        <w:t>'Can I come in?' asks for permission.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22) </w:t>
      </w:r>
      <w:r>
        <w:rPr>
          <w:b w:val="0"/>
          <w:i w:val="0"/>
          <w:color w:val="666666"/>
          <w:sz w:val="18"/>
        </w:rPr>
        <w:t>A triangle has 4 sides.</w:t>
      </w:r>
    </w:p>
    <w:p>
      <w:pPr>
        <w:spacing w:after="80"/>
        <w:ind w:left="340"/>
      </w:pPr>
      <w:r>
        <w:rPr>
          <w:b w:val="0"/>
          <w:i w:val="0"/>
        </w:rPr>
        <w:t>Yanlış</w:t>
      </w:r>
    </w:p>
    <w:p>
      <w:pPr>
        <w:spacing w:after="40"/>
      </w:pPr>
      <w:r>
        <w:rPr>
          <w:b/>
          <w:i w:val="0"/>
          <w:color w:val="2E5E8C"/>
        </w:rPr>
        <w:t xml:space="preserve">23) </w:t>
      </w:r>
      <w:r>
        <w:rPr>
          <w:b w:val="0"/>
          <w:i w:val="0"/>
          <w:color w:val="666666"/>
          <w:sz w:val="18"/>
        </w:rPr>
        <w:t>Describe your classroom. What is in it? What are the student</w:t>
      </w:r>
    </w:p>
    <w:p>
      <w:pPr>
        <w:spacing w:after="80"/>
        <w:ind w:left="340"/>
      </w:pPr>
      <w:r>
        <w:rPr>
          <w:b w:val="0"/>
          <w:i w:val="0"/>
        </w:rPr>
        <w:t>Student's own answer. Check for: There is/are + classroom vocabulary, Present Continuous, correct word order.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