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</w:rPr>
        <w:t>My School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</w:rPr>
        <w:t>4. Sınıf İngilizce — Unit 1 Çalışma Kağıdı</w:t>
      </w:r>
    </w:p>
    <w:p>
      <w:pPr>
        <w:spacing w:after="200"/>
      </w:pPr>
      <w:r>
        <w:rPr>
          <w:b/>
          <w:i w:val="0"/>
          <w:sz w:val="20"/>
        </w:rPr>
        <w:t xml:space="preserve">Ad Soyad: </w:t>
      </w:r>
      <w:r>
        <w:rPr>
          <w:b w:val="0"/>
          <w:i w:val="0"/>
          <w:color w:val="666666"/>
          <w:sz w:val="20"/>
        </w:rPr>
        <w:t xml:space="preserve">..............................   </w:t>
      </w:r>
      <w:r>
        <w:rPr>
          <w:b/>
          <w:i w:val="0"/>
          <w:sz w:val="20"/>
        </w:rPr>
        <w:t xml:space="preserve">(Puan: ____/100)   </w:t>
      </w:r>
      <w:r>
        <w:rPr>
          <w:b/>
          <w:i w:val="0"/>
          <w:sz w:val="20"/>
        </w:rPr>
        <w:t>Sınıf: .....</w:t>
      </w:r>
      <w:r>
        <w:rPr>
          <w:b/>
          <w:i w:val="0"/>
          <w:sz w:val="20"/>
        </w:rPr>
        <w:t xml:space="preserve">  No: ....</w:t>
      </w:r>
      <w:r>
        <w:rPr>
          <w:b/>
          <w:i w:val="0"/>
          <w:sz w:val="20"/>
        </w:rPr>
        <w:t xml:space="preserve">  Tarih: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A. School Places &amp; Subjects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school places with their Turkish meanings.</w:t>
      </w:r>
    </w:p>
    <w:p>
      <w:pPr>
        <w:keepNext/>
      </w:pPr>
      <w:r>
        <w:rPr>
          <w:b/>
          <w:i w:val="0"/>
          <w:color w:val="2E5E8C"/>
        </w:rPr>
        <w:t xml:space="preserve">1)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classroom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kütüphane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library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yemekhane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canteen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spor salonu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gym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oyun alanı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playground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bilgisayar odası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computer room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sınıf</w:t>
            </w:r>
          </w:p>
        </w:tc>
      </w:tr>
    </w:tbl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school subjects with their Turkish meanings.</w:t>
      </w:r>
    </w:p>
    <w:p>
      <w:pPr>
        <w:keepNext/>
      </w:pPr>
      <w:r>
        <w:rPr>
          <w:b/>
          <w:i w:val="0"/>
          <w:color w:val="2E5E8C"/>
        </w:rPr>
        <w:t xml:space="preserve">2)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English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Matematik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Maths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Fen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Science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Müzik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Music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Beden Eğitimi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PE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Görsel Sanatlar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Art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İngilizce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B. Present Continuous Tense</w:t>
      </w:r>
    </w:p>
    <w:p>
      <w:pPr>
        <w:jc w:val="both"/>
      </w:pPr>
      <w:r>
        <w:rPr>
          <w:b w:val="0"/>
          <w:i w:val="0"/>
        </w:rPr>
        <w:t xml:space="preserve">Present Continuous: </w:t>
      </w:r>
      <w:r>
        <w:rPr>
          <w:b/>
          <w:i w:val="0"/>
        </w:rPr>
        <w:t>am/is/are + V-ing</w:t>
      </w:r>
      <w:r>
        <w:rPr>
          <w:b w:val="0"/>
          <w:i w:val="0"/>
        </w:rPr>
        <w:t xml:space="preserve">. 'She </w:t>
      </w:r>
      <w:r>
        <w:rPr>
          <w:b/>
          <w:i w:val="0"/>
        </w:rPr>
        <w:t>is reading</w:t>
      </w:r>
      <w:r>
        <w:rPr>
          <w:b w:val="0"/>
          <w:i w:val="0"/>
        </w:rPr>
        <w:t xml:space="preserve"> a book.' 'They </w:t>
      </w:r>
      <w:r>
        <w:rPr>
          <w:b/>
          <w:i w:val="0"/>
        </w:rPr>
        <w:t>are playing</w:t>
      </w:r>
      <w:r>
        <w:rPr>
          <w:b w:val="0"/>
          <w:i w:val="0"/>
        </w:rPr>
        <w:t xml:space="preserve"> football.' Question: '</w:t>
      </w:r>
      <w:r>
        <w:rPr>
          <w:b/>
          <w:i w:val="0"/>
        </w:rPr>
        <w:t>What is</w:t>
      </w:r>
      <w:r>
        <w:rPr>
          <w:b w:val="0"/>
          <w:i w:val="0"/>
        </w:rPr>
        <w:t xml:space="preserve"> she </w:t>
      </w:r>
      <w:r>
        <w:rPr>
          <w:b/>
          <w:i w:val="0"/>
        </w:rPr>
        <w:t>doing</w:t>
      </w:r>
      <w:r>
        <w:rPr>
          <w:b w:val="0"/>
          <w:i w:val="0"/>
        </w:rPr>
        <w:t>?' '</w:t>
      </w:r>
      <w:r>
        <w:rPr>
          <w:b/>
          <w:i w:val="0"/>
        </w:rPr>
        <w:t>What are</w:t>
      </w:r>
      <w:r>
        <w:rPr>
          <w:b w:val="0"/>
          <w:i w:val="0"/>
        </w:rPr>
        <w:t xml:space="preserve"> they </w:t>
      </w:r>
      <w:r>
        <w:rPr>
          <w:b/>
          <w:i w:val="0"/>
        </w:rPr>
        <w:t>doing</w:t>
      </w:r>
      <w:r>
        <w:rPr>
          <w:b w:val="0"/>
          <w:i w:val="0"/>
        </w:rPr>
        <w:t>?'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</w:rPr>
              <w:t>EXAMPLE</w:t>
            </w:r>
          </w:p>
          <w:p>
            <w:r>
              <w:rPr>
                <w:b w:val="0"/>
                <w:i w:val="0"/>
              </w:rPr>
              <w:t>Make a sentence: He / write / his name</w:t>
            </w:r>
          </w:p>
          <w:p>
            <w:r>
              <w:rPr>
                <w:b w:val="0"/>
                <w:i/>
                <w:color w:val="666666"/>
                <w:sz w:val="20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</w:rPr>
              <w:t xml:space="preserve">1. </w:t>
            </w:r>
            <w:r>
              <w:rPr>
                <w:b w:val="0"/>
                <w:i w:val="0"/>
              </w:rPr>
              <w:t xml:space="preserve">He </w:t>
            </w:r>
            <w:r>
              <w:rPr>
                <w:b/>
                <w:i w:val="0"/>
              </w:rPr>
              <w:t>is writing</w:t>
            </w:r>
            <w:r>
              <w:rPr>
                <w:b w:val="0"/>
                <w:i w:val="0"/>
              </w:rPr>
              <w:t xml:space="preserve"> his name.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the Present Continuous form of the verbs.</w:t>
      </w:r>
    </w:p>
    <w:p>
      <w:r>
        <w:rPr>
          <w:b/>
          <w:i w:val="0"/>
          <w:color w:val="2E5E8C"/>
        </w:rPr>
        <w:t xml:space="preserve">3) </w:t>
      </w:r>
      <w:r>
        <w:rPr>
          <w:b w:val="0"/>
          <w:i w:val="0"/>
        </w:rPr>
        <w:t xml:space="preserve">1. She </w:t>
      </w:r>
      <w:r>
        <w:rPr>
          <w:b w:val="0"/>
          <w:i w:val="0"/>
          <w:color w:val="666666"/>
        </w:rPr>
        <w:t>________________________</w:t>
      </w:r>
      <w:r>
        <w:rPr>
          <w:b w:val="0"/>
          <w:i w:val="0"/>
        </w:rPr>
        <w:t xml:space="preserve"> (read) a book. 2. They </w:t>
      </w:r>
      <w:r>
        <w:rPr>
          <w:b w:val="0"/>
          <w:i w:val="0"/>
          <w:color w:val="666666"/>
        </w:rPr>
        <w:t>__________________________</w:t>
      </w:r>
      <w:r>
        <w:rPr>
          <w:b w:val="0"/>
          <w:i w:val="0"/>
        </w:rPr>
        <w:t xml:space="preserve"> (play) a game. 3. I </w:t>
      </w:r>
      <w:r>
        <w:rPr>
          <w:b w:val="0"/>
          <w:i w:val="0"/>
          <w:color w:val="666666"/>
        </w:rPr>
        <w:t>________________________</w:t>
      </w:r>
      <w:r>
        <w:rPr>
          <w:b w:val="0"/>
          <w:i w:val="0"/>
        </w:rPr>
        <w:t xml:space="preserve"> (write) my name. 4. He </w:t>
      </w:r>
      <w:r>
        <w:rPr>
          <w:b w:val="0"/>
          <w:i w:val="0"/>
          <w:color w:val="666666"/>
        </w:rPr>
        <w:t>__________________________</w:t>
      </w:r>
      <w:r>
        <w:rPr>
          <w:b w:val="0"/>
          <w:i w:val="0"/>
        </w:rPr>
        <w:t xml:space="preserve"> (count) the numbers. 5. We </w:t>
      </w:r>
      <w:r>
        <w:rPr>
          <w:b w:val="0"/>
          <w:i w:val="0"/>
          <w:color w:val="666666"/>
        </w:rPr>
        <w:t>______________________________</w:t>
      </w:r>
      <w:r>
        <w:rPr>
          <w:b w:val="0"/>
          <w:i w:val="0"/>
        </w:rPr>
        <w:t xml:space="preserve"> (listen) to a story. 6. The students </w:t>
      </w:r>
      <w:r>
        <w:rPr>
          <w:b w:val="0"/>
          <w:i w:val="0"/>
          <w:color w:val="666666"/>
        </w:rPr>
        <w:t>______________________________</w:t>
      </w:r>
      <w:r>
        <w:rPr>
          <w:b w:val="0"/>
          <w:i w:val="0"/>
        </w:rPr>
        <w:t xml:space="preserve"> (colour) a picture. 7. Ali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(use) the computer. 8. The teacher </w:t>
      </w:r>
      <w:r>
        <w:rPr>
          <w:b w:val="0"/>
          <w:i w:val="0"/>
          <w:color w:val="666666"/>
        </w:rPr>
        <w:t>________________________</w:t>
      </w:r>
      <w:r>
        <w:rPr>
          <w:b w:val="0"/>
          <w:i w:val="0"/>
        </w:rPr>
        <w:t xml:space="preserve"> (write) on the board.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C. There Is / There Are</w:t>
      </w:r>
    </w:p>
    <w:p>
      <w:pPr>
        <w:jc w:val="both"/>
      </w:pPr>
      <w:r>
        <w:rPr>
          <w:b/>
          <w:i w:val="0"/>
        </w:rPr>
        <w:t>There is</w:t>
      </w:r>
      <w:r>
        <w:rPr>
          <w:b w:val="0"/>
          <w:i w:val="0"/>
        </w:rPr>
        <w:t xml:space="preserve"> + tekil (tek): 'There is a board.' </w:t>
      </w:r>
      <w:r>
        <w:rPr>
          <w:b/>
          <w:i w:val="0"/>
        </w:rPr>
        <w:t>There are</w:t>
      </w:r>
      <w:r>
        <w:rPr>
          <w:b w:val="0"/>
          <w:i w:val="0"/>
        </w:rPr>
        <w:t xml:space="preserve"> + çoğul (çok): 'There are ten desks.'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'There is' or 'There are'.</w:t>
      </w:r>
    </w:p>
    <w:p>
      <w:r>
        <w:rPr>
          <w:b/>
          <w:i w:val="0"/>
          <w:color w:val="2E5E8C"/>
        </w:rPr>
        <w:t xml:space="preserve">4) </w:t>
      </w:r>
      <w:r>
        <w:rPr>
          <w:b w:val="0"/>
          <w:i w:val="0"/>
        </w:rPr>
        <w:t xml:space="preserve">1.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a board in the classroom. 2.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fifteen chairs. 3.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a computer on the desk. 4.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five books on the table. 5.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a pencil in my bag. 6.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two doors. 7.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a picture on the wall. 8.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many students in the school.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D. Can I / May I (Permission)</w:t>
      </w:r>
    </w:p>
    <w:p>
      <w:pPr>
        <w:jc w:val="both"/>
      </w:pPr>
      <w:r>
        <w:rPr>
          <w:b/>
          <w:i w:val="0"/>
        </w:rPr>
        <w:t>Can I</w:t>
      </w:r>
      <w:r>
        <w:rPr>
          <w:b w:val="0"/>
          <w:i w:val="0"/>
        </w:rPr>
        <w:t xml:space="preserve"> + fiil? = Yapabilir miyim? </w:t>
      </w:r>
      <w:r>
        <w:rPr>
          <w:b/>
          <w:i w:val="0"/>
        </w:rPr>
        <w:t>May I</w:t>
      </w:r>
      <w:r>
        <w:rPr>
          <w:b w:val="0"/>
          <w:i w:val="0"/>
        </w:rPr>
        <w:t xml:space="preserve"> + fiil? = Yapabilir miyim? (daha kibar). 'Can I go to the toilet?' 'May I come in?'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Complete the dialogues with Can I or May I and a suitable verb.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</w:rPr>
        <w:t>You want to go to the toilet. Ask the teacher: ___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</w:rPr>
        <w:t>You arrive late. Ask to enter: ___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</w:rPr>
        <w:t>You want to drink water. Ask the teacher: ___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E. Possessive Adjectives &amp; 's</w:t>
      </w:r>
    </w:p>
    <w:p>
      <w:pPr>
        <w:jc w:val="both"/>
      </w:pPr>
      <w:r>
        <w:rPr>
          <w:b/>
          <w:i w:val="0"/>
        </w:rPr>
        <w:t>my</w:t>
      </w:r>
      <w:r>
        <w:rPr>
          <w:b w:val="0"/>
          <w:i w:val="0"/>
        </w:rPr>
        <w:t xml:space="preserve"> book, </w:t>
      </w:r>
      <w:r>
        <w:rPr>
          <w:b/>
          <w:i w:val="0"/>
        </w:rPr>
        <w:t>your</w:t>
      </w:r>
      <w:r>
        <w:rPr>
          <w:b w:val="0"/>
          <w:i w:val="0"/>
        </w:rPr>
        <w:t xml:space="preserve"> pen, </w:t>
      </w:r>
      <w:r>
        <w:rPr>
          <w:b/>
          <w:i w:val="0"/>
        </w:rPr>
        <w:t>his</w:t>
      </w:r>
      <w:r>
        <w:rPr>
          <w:b w:val="0"/>
          <w:i w:val="0"/>
        </w:rPr>
        <w:t xml:space="preserve"> bag, </w:t>
      </w:r>
      <w:r>
        <w:rPr>
          <w:b/>
          <w:i w:val="0"/>
        </w:rPr>
        <w:t>her</w:t>
      </w:r>
      <w:r>
        <w:rPr>
          <w:b w:val="0"/>
          <w:i w:val="0"/>
        </w:rPr>
        <w:t xml:space="preserve"> ruler, </w:t>
      </w:r>
      <w:r>
        <w:rPr>
          <w:b/>
          <w:i w:val="0"/>
        </w:rPr>
        <w:t>our</w:t>
      </w:r>
      <w:r>
        <w:rPr>
          <w:b w:val="0"/>
          <w:i w:val="0"/>
        </w:rPr>
        <w:t xml:space="preserve"> classroom, </w:t>
      </w:r>
      <w:r>
        <w:rPr>
          <w:b/>
          <w:i w:val="0"/>
        </w:rPr>
        <w:t>their</w:t>
      </w:r>
      <w:r>
        <w:rPr>
          <w:b w:val="0"/>
          <w:i w:val="0"/>
        </w:rPr>
        <w:t xml:space="preserve"> desks. Possessive </w:t>
      </w:r>
      <w:r>
        <w:rPr>
          <w:b/>
          <w:i w:val="0"/>
        </w:rPr>
        <w:t>'s</w:t>
      </w:r>
      <w:r>
        <w:rPr>
          <w:b w:val="0"/>
          <w:i w:val="0"/>
        </w:rPr>
        <w:t>: Ali</w:t>
      </w:r>
      <w:r>
        <w:rPr>
          <w:b/>
          <w:i w:val="0"/>
        </w:rPr>
        <w:t>'s</w:t>
      </w:r>
      <w:r>
        <w:rPr>
          <w:b w:val="0"/>
          <w:i w:val="0"/>
        </w:rPr>
        <w:t xml:space="preserve"> book = Ali'nin kitabı. </w:t>
      </w:r>
      <w:r>
        <w:rPr>
          <w:b/>
          <w:i w:val="0"/>
        </w:rPr>
        <w:t>Whose</w:t>
      </w:r>
      <w:r>
        <w:rPr>
          <w:b w:val="0"/>
          <w:i w:val="0"/>
        </w:rPr>
        <w:t xml:space="preserve"> = Kimin? 'Whose book is this?' 'It is Ali's book.'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my / your / his / her / our / their.</w:t>
      </w:r>
    </w:p>
    <w:p>
      <w:r>
        <w:rPr>
          <w:b/>
          <w:i w:val="0"/>
          <w:color w:val="2E5E8C"/>
        </w:rPr>
        <w:t xml:space="preserve">8) </w:t>
      </w:r>
      <w:r>
        <w:rPr>
          <w:b w:val="0"/>
          <w:i w:val="0"/>
        </w:rPr>
        <w:t xml:space="preserve">1. I am a student. This is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book. 2. You are my friend. This is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pen. 3. He is Ali. This is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bag. 4. She is Ayşe. This is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ruler. 5. We are students. This is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classroom. 6. They are my friends. These are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 desks.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Answer the questions with possessive 's.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</w:rPr>
        <w:t>Whose book is this? (Ali) →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</w:rPr>
        <w:t>Whose pen is this? (Ayşe) →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F. Numbers 11-100 &amp; Shapes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Write the numbers in English.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1701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Number</w:t>
            </w:r>
          </w:p>
        </w:tc>
        <w:tc>
          <w:tcPr>
            <w:tcW w:type="dxa" w:w="3402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English</w:t>
            </w:r>
          </w:p>
        </w:tc>
        <w:tc>
          <w:tcPr>
            <w:tcW w:type="dxa" w:w="1701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Number</w:t>
            </w:r>
          </w:p>
        </w:tc>
        <w:tc>
          <w:tcPr>
            <w:tcW w:type="dxa" w:w="3402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English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15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50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20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60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25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70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30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80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40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100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shapes with their names.</w:t>
      </w:r>
    </w:p>
    <w:p>
      <w:pPr>
        <w:keepNext/>
      </w:pPr>
      <w:r>
        <w:rPr>
          <w:b/>
          <w:i w:val="0"/>
          <w:color w:val="2E5E8C"/>
        </w:rPr>
        <w:t xml:space="preserve">11)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circle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kare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square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üçgen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triangle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dikdörtgen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rectangle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oval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oval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yıldız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star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daire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G. Multiple Choice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</w:rPr>
        <w:t>What ___ she doing? — She is reading a book.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am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is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are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</w:rPr>
        <w:t>___ ten desks in the classroom.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There 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There are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Is there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Are there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</w:rPr>
        <w:t>___ I go to the toilet, please?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Am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May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Do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</w:rPr>
        <w:t>This is ___ book. (Ali's book)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Ali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Ali's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Alis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Ali 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</w:rPr>
        <w:t>She is my teacher. ___ name is Ms. Ayşe.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His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Her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My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</w:rPr>
        <w:t>Number 100 in English is ___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ten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ten ten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one hundred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hundred ten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H. True / False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Mark True (✓) or False (✗).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</w:rPr>
        <w:t>We say 'There is a board' for one board.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</w:rPr>
        <w:t>'His' is used for a girl/woman.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</w:rPr>
        <w:t>We use Present Continuous for actions happening now.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</w:rPr>
        <w:t>'Can I come in?' asks for permission.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</w:rPr>
        <w:t>A triangle has 4 sides.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I. Writing — My Classroom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Write 5 sentences about your classroom. Use 'There is ___' and 'There are ___' and Present Continuous.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23) </w:t>
      </w:r>
      <w:r>
        <w:rPr>
          <w:b w:val="0"/>
          <w:i w:val="0"/>
        </w:rPr>
        <w:t>Describe your classroom. What is in it? What are the students doing? Write 5 sentences.</w:t>
      </w:r>
      <w:r>
        <w:rPr>
          <w:b w:val="0"/>
          <w:i/>
          <w:color w:val="666666"/>
          <w:sz w:val="18"/>
        </w:rPr>
        <w:t xml:space="preserve">  (20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tabs>
          <w:tab w:pos="9638" w:val="right" w:leader="dot"/>
        </w:tabs>
      </w:pPr>
      <w:r>
        <w:rPr>
          <w:b w:val="0"/>
          <w:i w:val="0"/>
        </w:rPr>
        <w:tab/>
      </w:r>
      <w:r>
        <w:rPr>
          <w:b w:val="0"/>
          <w:i w:val="0"/>
        </w:rPr>
        <w:t>Total: 100 points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</w:rPr>
      <w:t xml:space="preserve">4. Sınıf — Unit 1: My School   —   </w:t>
    </w:r>
    <w:r>
      <w:rPr>
        <w:b w:val="0"/>
        <w:i w:val="0"/>
        <w:color w:val="666666"/>
        <w:sz w:val="18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</w:rPr>
      <w:t>İngilizce</w:t>
    </w:r>
    <w:r>
      <w:rPr>
        <w:b w:val="0"/>
        <w:i w:val="0"/>
        <w:color w:val="666666"/>
        <w:sz w:val="18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