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4. Sınıf İngilizce — Ünite 7: Food and Meals</w:t>
      </w:r>
    </w:p>
    <w:p>
      <w:pPr>
        <w:jc w:val="center"/>
      </w:pPr>
      <w:r>
        <w:rPr>
          <w:color w:val="646464"/>
          <w:sz w:val="20"/>
        </w:rPr>
        <w:t>KGS Hazırlık Testi • 10 Soru • 4 Seçenekli</w:t>
      </w:r>
    </w:p>
    <w:p/>
    <w:p/>
    <w:p>
      <w:r>
        <w:rPr>
          <w:b/>
          <w:sz w:val="22"/>
        </w:rPr>
        <w:t>Question 1</w:t>
      </w:r>
    </w:p>
    <w:p>
      <w:r>
        <w:rPr>
          <w:sz w:val="22"/>
        </w:rPr>
        <w:t>A: ______ I have some water, please?</w:t>
        <w:br/>
        <w:t>B: Of course. Here you are.</w:t>
      </w:r>
    </w:p>
    <w:p>
      <w:pPr>
        <w:ind w:left="567"/>
      </w:pPr>
      <w:r>
        <w:rPr>
          <w:sz w:val="22"/>
        </w:rPr>
        <w:t>A) Can</w:t>
      </w:r>
    </w:p>
    <w:p>
      <w:pPr>
        <w:ind w:left="567"/>
      </w:pPr>
      <w:r>
        <w:rPr>
          <w:sz w:val="22"/>
        </w:rPr>
        <w:t>B) Do</w:t>
      </w:r>
    </w:p>
    <w:p>
      <w:pPr>
        <w:ind w:left="567"/>
      </w:pPr>
      <w:r>
        <w:rPr>
          <w:sz w:val="22"/>
        </w:rPr>
        <w:t>C) Am</w:t>
      </w:r>
    </w:p>
    <w:p>
      <w:pPr>
        <w:ind w:left="567"/>
      </w:pPr>
      <w:r>
        <w:rPr>
          <w:sz w:val="22"/>
        </w:rPr>
        <w:t>D) Is</w:t>
      </w:r>
    </w:p>
    <w:p/>
    <w:p>
      <w:r>
        <w:rPr>
          <w:b/>
          <w:sz w:val="22"/>
        </w:rPr>
        <w:t>Question 2</w:t>
      </w:r>
    </w:p>
    <w:p>
      <w:r>
        <w:rPr>
          <w:sz w:val="22"/>
        </w:rPr>
        <w:t>A: What would you like to eat?</w:t>
        <w:br/>
        <w:t>B: ______ a sandwich, please.</w:t>
      </w:r>
    </w:p>
    <w:p>
      <w:pPr>
        <w:ind w:left="567"/>
      </w:pPr>
      <w:r>
        <w:rPr>
          <w:sz w:val="22"/>
        </w:rPr>
        <w:t>A) I'd like</w:t>
      </w:r>
    </w:p>
    <w:p>
      <w:pPr>
        <w:ind w:left="567"/>
      </w:pPr>
      <w:r>
        <w:rPr>
          <w:sz w:val="22"/>
        </w:rPr>
        <w:t>B) I like</w:t>
      </w:r>
    </w:p>
    <w:p>
      <w:pPr>
        <w:ind w:left="567"/>
      </w:pPr>
      <w:r>
        <w:rPr>
          <w:sz w:val="22"/>
        </w:rPr>
        <w:t>C) I am</w:t>
      </w:r>
    </w:p>
    <w:p>
      <w:pPr>
        <w:ind w:left="567"/>
      </w:pPr>
      <w:r>
        <w:rPr>
          <w:sz w:val="22"/>
        </w:rPr>
        <w:t>D) I have</w:t>
      </w:r>
    </w:p>
    <w:p/>
    <w:p>
      <w:r>
        <w:rPr>
          <w:b/>
          <w:sz w:val="22"/>
        </w:rPr>
        <w:t>Question 3</w:t>
      </w:r>
    </w:p>
    <w:p>
      <w:r>
        <w:rPr>
          <w:sz w:val="22"/>
        </w:rPr>
        <w:t>My brother ______ want any milk. He prefers juice.</w:t>
      </w:r>
    </w:p>
    <w:p>
      <w:pPr>
        <w:ind w:left="567"/>
      </w:pPr>
      <w:r>
        <w:rPr>
          <w:sz w:val="22"/>
        </w:rPr>
        <w:t>A) doesn't</w:t>
      </w:r>
    </w:p>
    <w:p>
      <w:pPr>
        <w:ind w:left="567"/>
      </w:pPr>
      <w:r>
        <w:rPr>
          <w:sz w:val="22"/>
        </w:rPr>
        <w:t>B) don't</w:t>
      </w:r>
    </w:p>
    <w:p>
      <w:pPr>
        <w:ind w:left="567"/>
      </w:pPr>
      <w:r>
        <w:rPr>
          <w:sz w:val="22"/>
        </w:rPr>
        <w:t>C) isn't</w:t>
      </w:r>
    </w:p>
    <w:p>
      <w:pPr>
        <w:ind w:left="567"/>
      </w:pPr>
      <w:r>
        <w:rPr>
          <w:sz w:val="22"/>
        </w:rPr>
        <w:t>D) aren't</w:t>
      </w:r>
    </w:p>
    <w:p/>
    <w:p>
      <w:r>
        <w:rPr>
          <w:b/>
          <w:sz w:val="22"/>
        </w:rPr>
        <w:t>Question 4</w:t>
      </w:r>
    </w:p>
    <w:p>
      <w:r>
        <w:rPr>
          <w:sz w:val="22"/>
        </w:rPr>
        <w:t>A: Do you like bananas?</w:t>
        <w:br/>
        <w:t>B: Yes, I ______. They are delicious!</w:t>
      </w:r>
    </w:p>
    <w:p>
      <w:pPr>
        <w:ind w:left="567"/>
      </w:pPr>
      <w:r>
        <w:rPr>
          <w:sz w:val="22"/>
        </w:rPr>
        <w:t>A) do</w:t>
      </w:r>
    </w:p>
    <w:p>
      <w:pPr>
        <w:ind w:left="567"/>
      </w:pPr>
      <w:r>
        <w:rPr>
          <w:sz w:val="22"/>
        </w:rPr>
        <w:t>B) like</w:t>
      </w:r>
    </w:p>
    <w:p>
      <w:pPr>
        <w:ind w:left="567"/>
      </w:pPr>
      <w:r>
        <w:rPr>
          <w:sz w:val="22"/>
        </w:rPr>
        <w:t>C) am</w:t>
      </w:r>
    </w:p>
    <w:p>
      <w:pPr>
        <w:ind w:left="567"/>
      </w:pPr>
      <w:r>
        <w:rPr>
          <w:sz w:val="22"/>
        </w:rPr>
        <w:t>D) have</w:t>
      </w:r>
    </w:p>
    <w:p/>
    <w:p>
      <w:r>
        <w:rPr>
          <w:b/>
          <w:sz w:val="22"/>
        </w:rPr>
        <w:t>Question 5</w:t>
      </w:r>
    </w:p>
    <w:p>
      <w:r>
        <w:rPr>
          <w:sz w:val="22"/>
        </w:rPr>
        <w:t>She ______ apples and oranges every morning.</w:t>
      </w:r>
    </w:p>
    <w:p>
      <w:pPr>
        <w:ind w:left="567"/>
      </w:pPr>
      <w:r>
        <w:rPr>
          <w:sz w:val="22"/>
        </w:rPr>
        <w:t>A) likes</w:t>
      </w:r>
    </w:p>
    <w:p>
      <w:pPr>
        <w:ind w:left="567"/>
      </w:pPr>
      <w:r>
        <w:rPr>
          <w:sz w:val="22"/>
        </w:rPr>
        <w:t>B) like</w:t>
      </w:r>
    </w:p>
    <w:p>
      <w:pPr>
        <w:ind w:left="567"/>
      </w:pPr>
      <w:r>
        <w:rPr>
          <w:sz w:val="22"/>
        </w:rPr>
        <w:t>C) is liking</w:t>
      </w:r>
    </w:p>
    <w:p>
      <w:pPr>
        <w:ind w:left="567"/>
      </w:pPr>
      <w:r>
        <w:rPr>
          <w:sz w:val="22"/>
        </w:rPr>
        <w:t>D) don't like</w:t>
      </w:r>
    </w:p>
    <w:p/>
    <w:p>
      <w:r>
        <w:rPr>
          <w:b/>
          <w:sz w:val="22"/>
        </w:rPr>
        <w:t>Question 6</w:t>
      </w:r>
    </w:p>
    <w:p>
      <w:r>
        <w:rPr>
          <w:sz w:val="22"/>
        </w:rPr>
        <w:t>Would you like tea ______ coffee?</w:t>
      </w:r>
    </w:p>
    <w:p>
      <w:pPr>
        <w:ind w:left="567"/>
      </w:pPr>
      <w:r>
        <w:rPr>
          <w:sz w:val="22"/>
        </w:rPr>
        <w:t>A) or</w:t>
      </w:r>
    </w:p>
    <w:p>
      <w:pPr>
        <w:ind w:left="567"/>
      </w:pPr>
      <w:r>
        <w:rPr>
          <w:sz w:val="22"/>
        </w:rPr>
        <w:t>B) and</w:t>
      </w:r>
    </w:p>
    <w:p>
      <w:pPr>
        <w:ind w:left="567"/>
      </w:pPr>
      <w:r>
        <w:rPr>
          <w:sz w:val="22"/>
        </w:rPr>
        <w:t>C) but</w:t>
      </w:r>
    </w:p>
    <w:p>
      <w:pPr>
        <w:ind w:left="567"/>
      </w:pPr>
      <w:r>
        <w:rPr>
          <w:sz w:val="22"/>
        </w:rPr>
        <w:t>D) because</w:t>
      </w:r>
    </w:p>
    <w:p/>
    <w:p>
      <w:r>
        <w:rPr>
          <w:b/>
          <w:sz w:val="22"/>
        </w:rPr>
        <w:t>Question 7</w:t>
      </w:r>
    </w:p>
    <w:p>
      <w:r>
        <w:rPr>
          <w:sz w:val="22"/>
        </w:rPr>
        <w:t>A: Where do bananas come ______?</w:t>
        <w:br/>
        <w:t>B: They come from Costa Rica.</w:t>
      </w:r>
    </w:p>
    <w:p>
      <w:pPr>
        <w:ind w:left="567"/>
      </w:pPr>
      <w:r>
        <w:rPr>
          <w:sz w:val="22"/>
        </w:rPr>
        <w:t>A) from</w:t>
      </w:r>
    </w:p>
    <w:p>
      <w:pPr>
        <w:ind w:left="567"/>
      </w:pPr>
      <w:r>
        <w:rPr>
          <w:sz w:val="22"/>
        </w:rPr>
        <w:t>B) in</w:t>
      </w:r>
    </w:p>
    <w:p>
      <w:pPr>
        <w:ind w:left="567"/>
      </w:pPr>
      <w:r>
        <w:rPr>
          <w:sz w:val="22"/>
        </w:rPr>
        <w:t>C) at</w:t>
      </w:r>
    </w:p>
    <w:p>
      <w:pPr>
        <w:ind w:left="567"/>
      </w:pPr>
      <w:r>
        <w:rPr>
          <w:sz w:val="22"/>
        </w:rPr>
        <w:t>D) on</w:t>
      </w:r>
    </w:p>
    <w:p/>
    <w:p>
      <w:r>
        <w:rPr>
          <w:b/>
          <w:sz w:val="22"/>
        </w:rPr>
        <w:t>Question 8</w:t>
      </w:r>
    </w:p>
    <w:p>
      <w:r>
        <w:rPr>
          <w:sz w:val="22"/>
        </w:rPr>
        <w:t>Look! The children ______ lunch in the garden now.</w:t>
      </w:r>
    </w:p>
    <w:p>
      <w:pPr>
        <w:ind w:left="567"/>
      </w:pPr>
      <w:r>
        <w:rPr>
          <w:sz w:val="22"/>
        </w:rPr>
        <w:t>A) are having</w:t>
      </w:r>
    </w:p>
    <w:p>
      <w:pPr>
        <w:ind w:left="567"/>
      </w:pPr>
      <w:r>
        <w:rPr>
          <w:sz w:val="22"/>
        </w:rPr>
        <w:t>B) have</w:t>
      </w:r>
    </w:p>
    <w:p>
      <w:pPr>
        <w:ind w:left="567"/>
      </w:pPr>
      <w:r>
        <w:rPr>
          <w:sz w:val="22"/>
        </w:rPr>
        <w:t>C) has</w:t>
      </w:r>
    </w:p>
    <w:p>
      <w:pPr>
        <w:ind w:left="567"/>
      </w:pPr>
      <w:r>
        <w:rPr>
          <w:sz w:val="22"/>
        </w:rPr>
        <w:t>D) is having</w:t>
      </w:r>
    </w:p>
    <w:p/>
    <w:p>
      <w:r>
        <w:rPr>
          <w:b/>
          <w:sz w:val="22"/>
        </w:rPr>
        <w:t>Question 9</w:t>
      </w:r>
    </w:p>
    <w:p>
      <w:r>
        <w:rPr>
          <w:sz w:val="22"/>
        </w:rPr>
        <w:t>There ______ a lot of rice on the plate.</w:t>
      </w:r>
    </w:p>
    <w:p>
      <w:pPr>
        <w:ind w:left="567"/>
      </w:pPr>
      <w:r>
        <w:rPr>
          <w:sz w:val="22"/>
        </w:rPr>
        <w:t>A) is</w:t>
      </w:r>
    </w:p>
    <w:p>
      <w:pPr>
        <w:ind w:left="567"/>
      </w:pPr>
      <w:r>
        <w:rPr>
          <w:sz w:val="22"/>
        </w:rPr>
        <w:t>B) are</w:t>
      </w:r>
    </w:p>
    <w:p>
      <w:pPr>
        <w:ind w:left="567"/>
      </w:pPr>
      <w:r>
        <w:rPr>
          <w:sz w:val="22"/>
        </w:rPr>
        <w:t>C) am</w:t>
      </w:r>
    </w:p>
    <w:p>
      <w:pPr>
        <w:ind w:left="567"/>
      </w:pPr>
      <w:r>
        <w:rPr>
          <w:sz w:val="22"/>
        </w:rPr>
        <w:t>D) have</w:t>
      </w:r>
    </w:p>
    <w:p/>
    <w:p>
      <w:r>
        <w:rPr>
          <w:b/>
          <w:sz w:val="22"/>
        </w:rPr>
        <w:t>Question 10</w:t>
      </w:r>
    </w:p>
    <w:p>
      <w:r>
        <w:rPr>
          <w:sz w:val="22"/>
        </w:rPr>
        <w:t>A: What is your favourite food?</w:t>
        <w:br/>
        <w:t>B: I love ______ vegetables. They are very healthy.</w:t>
      </w:r>
    </w:p>
    <w:p>
      <w:pPr>
        <w:ind w:left="567"/>
      </w:pPr>
      <w:r>
        <w:rPr>
          <w:sz w:val="22"/>
        </w:rPr>
        <w:t>A) eating</w:t>
      </w:r>
    </w:p>
    <w:p>
      <w:pPr>
        <w:ind w:left="567"/>
      </w:pPr>
      <w:r>
        <w:rPr>
          <w:sz w:val="22"/>
        </w:rPr>
        <w:t>B) eat</w:t>
      </w:r>
    </w:p>
    <w:p>
      <w:pPr>
        <w:ind w:left="567"/>
      </w:pPr>
      <w:r>
        <w:rPr>
          <w:sz w:val="22"/>
        </w:rPr>
        <w:t>C) eats</w:t>
      </w:r>
    </w:p>
    <w:p>
      <w:pPr>
        <w:ind w:left="567"/>
      </w:pPr>
      <w:r>
        <w:rPr>
          <w:sz w:val="22"/>
        </w:rPr>
        <w:t>D) ate</w:t>
      </w:r>
    </w:p>
    <w:p/>
    <w:p>
      <w:r>
        <w:br w:type="page"/>
      </w:r>
    </w:p>
    <w:p>
      <w:pPr>
        <w:pStyle w:val="Heading2"/>
        <w:jc w:val="center"/>
      </w:pPr>
      <w:r>
        <w:t>Cevap Anahtarı</w:t>
      </w:r>
    </w:p>
    <w:p/>
    <w:p>
      <w:r>
        <w:rPr>
          <w:b/>
          <w:sz w:val="20"/>
        </w:rPr>
        <w:t>Q1: A</w:t>
      </w:r>
    </w:p>
    <w:p>
      <w:pPr>
        <w:ind w:left="567"/>
      </w:pPr>
      <w:r>
        <w:rPr>
          <w:sz w:val="18"/>
        </w:rPr>
        <w:t>Doğru cevap: A) Can</w:t>
      </w:r>
    </w:p>
    <w:p>
      <w:pPr>
        <w:ind w:left="567"/>
      </w:pPr>
      <w:r>
        <w:rPr>
          <w:color w:val="646464"/>
          <w:sz w:val="18"/>
        </w:rPr>
        <w:t>Konu: Polite request — Can I have...?</w:t>
      </w:r>
    </w:p>
    <w:p>
      <w:pPr>
        <w:ind w:left="567"/>
      </w:pPr>
      <w:r>
        <w:rPr>
          <w:color w:val="B43C14"/>
          <w:sz w:val="18"/>
        </w:rPr>
        <w:t>⚡ Trik: Can vs Do/Am/Is karıştırma (4. Sınıf Trik #4)</w:t>
      </w:r>
    </w:p>
    <w:p/>
    <w:p>
      <w:r>
        <w:rPr>
          <w:b/>
          <w:sz w:val="20"/>
        </w:rPr>
        <w:t>Q2: A</w:t>
      </w:r>
    </w:p>
    <w:p>
      <w:pPr>
        <w:ind w:left="567"/>
      </w:pPr>
      <w:r>
        <w:rPr>
          <w:sz w:val="18"/>
        </w:rPr>
        <w:t>Doğru cevap: A) I'd like</w:t>
      </w:r>
    </w:p>
    <w:p>
      <w:pPr>
        <w:ind w:left="567"/>
      </w:pPr>
      <w:r>
        <w:rPr>
          <w:color w:val="646464"/>
          <w:sz w:val="18"/>
        </w:rPr>
        <w:t>Konu: I'd like vs I like (istek vs tercih)</w:t>
      </w:r>
    </w:p>
    <w:p>
      <w:pPr>
        <w:ind w:left="567"/>
      </w:pPr>
      <w:r>
        <w:rPr>
          <w:color w:val="B43C14"/>
          <w:sz w:val="18"/>
        </w:rPr>
        <w:t>⚡ Trik: 'I'd like' = kibarca istek, 'I like' = genel tercih (4. Sınıf Trik #5)</w:t>
      </w:r>
    </w:p>
    <w:p/>
    <w:p>
      <w:r>
        <w:rPr>
          <w:b/>
          <w:sz w:val="20"/>
        </w:rPr>
        <w:t>Q3: A</w:t>
      </w:r>
    </w:p>
    <w:p>
      <w:pPr>
        <w:ind w:left="567"/>
      </w:pPr>
      <w:r>
        <w:rPr>
          <w:sz w:val="18"/>
        </w:rPr>
        <w:t>Doğru cevap: A) doesn't</w:t>
      </w:r>
    </w:p>
    <w:p>
      <w:pPr>
        <w:ind w:left="567"/>
      </w:pPr>
      <w:r>
        <w:rPr>
          <w:color w:val="646464"/>
          <w:sz w:val="18"/>
        </w:rPr>
        <w:t>Konu: Present Simple negative (he/she/it → doesn't)</w:t>
      </w:r>
    </w:p>
    <w:p>
      <w:pPr>
        <w:ind w:left="567"/>
      </w:pPr>
      <w:r>
        <w:rPr>
          <w:color w:val="B43C14"/>
          <w:sz w:val="18"/>
        </w:rPr>
        <w:t>⚡ Trik: doesn't'tan sonra fiil YALIN — 'doesn't wants' ❌ (4. Sınıf Trik #10a)</w:t>
      </w:r>
    </w:p>
    <w:p/>
    <w:p>
      <w:r>
        <w:rPr>
          <w:b/>
          <w:sz w:val="20"/>
        </w:rPr>
        <w:t>Q4: A</w:t>
      </w:r>
    </w:p>
    <w:p>
      <w:pPr>
        <w:ind w:left="567"/>
      </w:pPr>
      <w:r>
        <w:rPr>
          <w:sz w:val="18"/>
        </w:rPr>
        <w:t>Doğru cevap: A) do</w:t>
      </w:r>
    </w:p>
    <w:p>
      <w:pPr>
        <w:ind w:left="567"/>
      </w:pPr>
      <w:r>
        <w:rPr>
          <w:color w:val="646464"/>
          <w:sz w:val="18"/>
        </w:rPr>
        <w:t>Konu: Yes/No questions — short answers</w:t>
      </w:r>
    </w:p>
    <w:p>
      <w:pPr>
        <w:ind w:left="567"/>
      </w:pPr>
      <w:r>
        <w:rPr>
          <w:color w:val="B43C14"/>
          <w:sz w:val="18"/>
        </w:rPr>
        <w:t>⚡ Trik: "Yes, I do." — "Yes, I like." ❌ (4. Sınıf Trik #20)</w:t>
      </w:r>
    </w:p>
    <w:p/>
    <w:p>
      <w:r>
        <w:rPr>
          <w:b/>
          <w:sz w:val="20"/>
        </w:rPr>
        <w:t>Q5: A</w:t>
      </w:r>
    </w:p>
    <w:p>
      <w:pPr>
        <w:ind w:left="567"/>
      </w:pPr>
      <w:r>
        <w:rPr>
          <w:sz w:val="18"/>
        </w:rPr>
        <w:t>Doğru cevap: A) likes</w:t>
      </w:r>
    </w:p>
    <w:p>
      <w:pPr>
        <w:ind w:left="567"/>
      </w:pPr>
      <w:r>
        <w:rPr>
          <w:color w:val="646464"/>
          <w:sz w:val="18"/>
        </w:rPr>
        <w:t>Konu: Present Simple — he/she/it + V1+s</w:t>
      </w:r>
    </w:p>
    <w:p>
      <w:pPr>
        <w:ind w:left="567"/>
      </w:pPr>
      <w:r>
        <w:rPr>
          <w:color w:val="B43C14"/>
          <w:sz w:val="18"/>
        </w:rPr>
        <w:t>⚡ Trik: She like ❌ → She likes ✅ (4. Sınıf Trik #3)</w:t>
      </w:r>
    </w:p>
    <w:p/>
    <w:p>
      <w:r>
        <w:rPr>
          <w:b/>
          <w:sz w:val="20"/>
        </w:rPr>
        <w:t>Q6: A</w:t>
      </w:r>
    </w:p>
    <w:p>
      <w:pPr>
        <w:ind w:left="567"/>
      </w:pPr>
      <w:r>
        <w:rPr>
          <w:sz w:val="18"/>
        </w:rPr>
        <w:t>Doğru cevap: A) or</w:t>
      </w:r>
    </w:p>
    <w:p>
      <w:pPr>
        <w:ind w:left="567"/>
      </w:pPr>
      <w:r>
        <w:rPr>
          <w:color w:val="646464"/>
          <w:sz w:val="18"/>
        </w:rPr>
        <w:t>Konu: Conjunctions: or (seçenek sunma)</w:t>
      </w:r>
    </w:p>
    <w:p>
      <w:pPr>
        <w:ind w:left="567"/>
      </w:pPr>
      <w:r>
        <w:rPr>
          <w:color w:val="B43C14"/>
          <w:sz w:val="18"/>
        </w:rPr>
        <w:t>⚡ Trik: "or" = seçenek, "and" = ekleme — bağlama dikkat (4. Sınıf Trik #19)</w:t>
      </w:r>
    </w:p>
    <w:p/>
    <w:p>
      <w:r>
        <w:rPr>
          <w:b/>
          <w:sz w:val="20"/>
        </w:rPr>
        <w:t>Q7: A</w:t>
      </w:r>
    </w:p>
    <w:p>
      <w:pPr>
        <w:ind w:left="567"/>
      </w:pPr>
      <w:r>
        <w:rPr>
          <w:sz w:val="18"/>
        </w:rPr>
        <w:t>Doğru cevap: A) from</w:t>
      </w:r>
    </w:p>
    <w:p>
      <w:pPr>
        <w:ind w:left="567"/>
      </w:pPr>
      <w:r>
        <w:rPr>
          <w:color w:val="646464"/>
          <w:sz w:val="18"/>
        </w:rPr>
        <w:t>Konu: Preposition — come from</w:t>
      </w:r>
    </w:p>
    <w:p>
      <w:pPr>
        <w:ind w:left="567"/>
      </w:pPr>
      <w:r>
        <w:rPr>
          <w:color w:val="B43C14"/>
          <w:sz w:val="18"/>
        </w:rPr>
        <w:t>⚡ Trik: "come from" kalıbı — "come in/at/on" olmaz</w:t>
      </w:r>
    </w:p>
    <w:p/>
    <w:p>
      <w:r>
        <w:rPr>
          <w:b/>
          <w:sz w:val="20"/>
        </w:rPr>
        <w:t>Q8: A</w:t>
      </w:r>
    </w:p>
    <w:p>
      <w:pPr>
        <w:ind w:left="567"/>
      </w:pPr>
      <w:r>
        <w:rPr>
          <w:sz w:val="18"/>
        </w:rPr>
        <w:t>Doğru cevap: A) are having</w:t>
      </w:r>
    </w:p>
    <w:p>
      <w:pPr>
        <w:ind w:left="567"/>
      </w:pPr>
      <w:r>
        <w:rPr>
          <w:color w:val="646464"/>
          <w:sz w:val="18"/>
        </w:rPr>
        <w:t>Konu: Present Continuous — look! + right now</w:t>
      </w:r>
    </w:p>
    <w:p>
      <w:pPr>
        <w:ind w:left="567"/>
      </w:pPr>
      <w:r>
        <w:rPr>
          <w:color w:val="B43C14"/>
          <w:sz w:val="18"/>
        </w:rPr>
        <w:t>⚡ Trik: "Look!" → Present Continuous zorunlu. "have" ❌ (4. Sınıf Trik #2)</w:t>
      </w:r>
    </w:p>
    <w:p/>
    <w:p>
      <w:r>
        <w:rPr>
          <w:b/>
          <w:sz w:val="20"/>
        </w:rPr>
        <w:t>Q9: A</w:t>
      </w:r>
    </w:p>
    <w:p>
      <w:pPr>
        <w:ind w:left="567"/>
      </w:pPr>
      <w:r>
        <w:rPr>
          <w:sz w:val="18"/>
        </w:rPr>
        <w:t>Doğru cevap: A) is</w:t>
      </w:r>
    </w:p>
    <w:p>
      <w:pPr>
        <w:ind w:left="567"/>
      </w:pPr>
      <w:r>
        <w:rPr>
          <w:color w:val="646464"/>
          <w:sz w:val="18"/>
        </w:rPr>
        <w:t>Konu: There is/are + uncountable noun</w:t>
      </w:r>
    </w:p>
    <w:p>
      <w:pPr>
        <w:ind w:left="567"/>
      </w:pPr>
      <w:r>
        <w:rPr>
          <w:color w:val="B43C14"/>
          <w:sz w:val="18"/>
        </w:rPr>
        <w:t>⚡ Trik: rice = sayılamaz → is. "a lot of"a değil isme bak! (4. Sınıf Trik #12a)</w:t>
      </w:r>
    </w:p>
    <w:p/>
    <w:p>
      <w:r>
        <w:rPr>
          <w:b/>
          <w:sz w:val="20"/>
        </w:rPr>
        <w:t>Q10: A</w:t>
      </w:r>
    </w:p>
    <w:p>
      <w:pPr>
        <w:ind w:left="567"/>
      </w:pPr>
      <w:r>
        <w:rPr>
          <w:sz w:val="18"/>
        </w:rPr>
        <w:t>Doğru cevap: A) eating</w:t>
      </w:r>
    </w:p>
    <w:p>
      <w:pPr>
        <w:ind w:left="567"/>
      </w:pPr>
      <w:r>
        <w:rPr>
          <w:color w:val="646464"/>
          <w:sz w:val="18"/>
        </w:rPr>
        <w:t>Konu: love + Ving (gerund)</w:t>
      </w:r>
    </w:p>
    <w:p>
      <w:pPr>
        <w:ind w:left="567"/>
      </w:pPr>
      <w:r>
        <w:rPr>
          <w:color w:val="B43C14"/>
          <w:sz w:val="18"/>
        </w:rPr>
        <w:t>⚡ Trik: love'dan sonra fiil -ing alır — "love eat" ❌ (4. Sınıf Trik #11)</w:t>
      </w:r>
    </w:p>
    <w:p/>
    <w:p/>
    <w:p>
      <w:r>
        <w:rPr>
          <w:b/>
          <w:sz w:val="18"/>
        </w:rPr>
        <w:t>📋 Kapsam Notu:</w:t>
      </w:r>
    </w:p>
    <w:p>
      <w:r>
        <w:rPr>
          <w:sz w:val="18"/>
        </w:rPr>
        <w:t>• Sorular yalnızca 7. ünite + önceki ünitelerde (1-6) işlenen konulardan hazırlanmıştır.</w:t>
        <w:br/>
        <w:t>• Öğrencilerin ileride göreceği konular KESİNLİKLE sorulmamıştır.</w:t>
        <w:br/>
        <w:t>• Çeldiriciler, 4. Sınıf Trik Noktalar dosyasındaki sık yapılan hatalara göre yerleştirilmiştir.</w:t>
        <w:br/>
        <w:t>• Zorluk seviyesi: A1</w:t>
        <w:br/>
        <w:t>• Kaynak: KKTC MEB Temel Eğitim İngilizce Dersi Öğretim Programı (4. Sınıf)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