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4. Sınıf İngilizce — Tüm Üniteler KGS Hazırlık Testi</w:t>
      </w:r>
    </w:p>
    <w:p>
      <w:pPr>
        <w:jc w:val="center"/>
      </w:pPr>
      <w:r>
        <w:rPr>
          <w:color w:val="646464"/>
          <w:sz w:val="20"/>
        </w:rPr>
        <w:t>30 Soru • 4 Seçenekli • Cevap Anahtarı Sonda</w:t>
      </w:r>
    </w:p>
    <w:p/>
    <w:p/>
    <w:p>
      <w:r>
        <w:rPr>
          <w:b/>
          <w:sz w:val="22"/>
        </w:rPr>
        <w:t>Question 1</w:t>
      </w:r>
    </w:p>
    <w:p>
      <w:r>
        <w:rPr>
          <w:sz w:val="22"/>
        </w:rPr>
        <w:t>Look! The cat ______ on the sofa now.</w:t>
      </w:r>
    </w:p>
    <w:p>
      <w:pPr>
        <w:ind w:left="567"/>
      </w:pPr>
      <w:r>
        <w:rPr>
          <w:sz w:val="22"/>
        </w:rPr>
        <w:t>A) sleep</w:t>
      </w:r>
    </w:p>
    <w:p>
      <w:pPr>
        <w:ind w:left="567"/>
      </w:pPr>
      <w:r>
        <w:rPr>
          <w:sz w:val="22"/>
        </w:rPr>
        <w:t>B) sleeps</w:t>
      </w:r>
    </w:p>
    <w:p>
      <w:pPr>
        <w:ind w:left="567"/>
      </w:pPr>
      <w:r>
        <w:rPr>
          <w:sz w:val="22"/>
        </w:rPr>
        <w:t>C) are sleeping</w:t>
      </w:r>
    </w:p>
    <w:p>
      <w:pPr>
        <w:ind w:left="567"/>
      </w:pPr>
      <w:r>
        <w:rPr>
          <w:sz w:val="22"/>
        </w:rPr>
        <w:t>D) is sleeping</w:t>
      </w:r>
    </w:p>
    <w:p/>
    <w:p>
      <w:r>
        <w:rPr>
          <w:b/>
          <w:sz w:val="22"/>
        </w:rPr>
        <w:t>Question 2</w:t>
      </w:r>
    </w:p>
    <w:p>
      <w:r>
        <w:rPr>
          <w:sz w:val="22"/>
        </w:rPr>
        <w:t>Listen! The students ______ a song in the classroom.</w:t>
      </w:r>
    </w:p>
    <w:p>
      <w:pPr>
        <w:ind w:left="567"/>
      </w:pPr>
      <w:r>
        <w:rPr>
          <w:sz w:val="22"/>
        </w:rPr>
        <w:t>A) is singing</w:t>
      </w:r>
    </w:p>
    <w:p>
      <w:pPr>
        <w:ind w:left="567"/>
      </w:pPr>
      <w:r>
        <w:rPr>
          <w:sz w:val="22"/>
        </w:rPr>
        <w:t>B) sings</w:t>
      </w:r>
    </w:p>
    <w:p>
      <w:pPr>
        <w:ind w:left="567"/>
      </w:pPr>
      <w:r>
        <w:rPr>
          <w:sz w:val="22"/>
        </w:rPr>
        <w:t>C) sing</w:t>
      </w:r>
    </w:p>
    <w:p>
      <w:pPr>
        <w:ind w:left="567"/>
      </w:pPr>
      <w:r>
        <w:rPr>
          <w:sz w:val="22"/>
        </w:rPr>
        <w:t>D) are singing</w:t>
      </w:r>
    </w:p>
    <w:p/>
    <w:p>
      <w:r>
        <w:rPr>
          <w:b/>
          <w:sz w:val="22"/>
        </w:rPr>
        <w:t>Question 3</w:t>
      </w:r>
    </w:p>
    <w:p>
      <w:r>
        <w:rPr>
          <w:sz w:val="22"/>
        </w:rPr>
        <w:t>I ______ to school every day, but today I ______ by bus.</w:t>
      </w:r>
    </w:p>
    <w:p>
      <w:pPr>
        <w:ind w:left="567"/>
      </w:pPr>
      <w:r>
        <w:rPr>
          <w:sz w:val="22"/>
        </w:rPr>
        <w:t>A) am walking / go</w:t>
      </w:r>
    </w:p>
    <w:p>
      <w:pPr>
        <w:ind w:left="567"/>
      </w:pPr>
      <w:r>
        <w:rPr>
          <w:sz w:val="22"/>
        </w:rPr>
        <w:t>B) walking / goes</w:t>
      </w:r>
    </w:p>
    <w:p>
      <w:pPr>
        <w:ind w:left="567"/>
      </w:pPr>
      <w:r>
        <w:rPr>
          <w:sz w:val="22"/>
        </w:rPr>
        <w:t>C) walks / am going</w:t>
      </w:r>
    </w:p>
    <w:p>
      <w:pPr>
        <w:ind w:left="567"/>
      </w:pPr>
      <w:r>
        <w:rPr>
          <w:sz w:val="22"/>
        </w:rPr>
        <w:t>D) walk / am going</w:t>
      </w:r>
    </w:p>
    <w:p/>
    <w:p>
      <w:r>
        <w:rPr>
          <w:b/>
          <w:sz w:val="22"/>
        </w:rPr>
        <w:t>Question 4</w:t>
      </w:r>
    </w:p>
    <w:p>
      <w:r>
        <w:rPr>
          <w:sz w:val="22"/>
        </w:rPr>
        <w:t>She ______ breakfast at 7 o'clock every morning.</w:t>
      </w:r>
    </w:p>
    <w:p>
      <w:pPr>
        <w:ind w:left="567"/>
      </w:pPr>
      <w:r>
        <w:rPr>
          <w:sz w:val="22"/>
        </w:rPr>
        <w:t>A) is having</w:t>
      </w:r>
    </w:p>
    <w:p>
      <w:pPr>
        <w:ind w:left="567"/>
      </w:pPr>
      <w:r>
        <w:rPr>
          <w:sz w:val="22"/>
        </w:rPr>
        <w:t>B) has</w:t>
      </w:r>
    </w:p>
    <w:p>
      <w:pPr>
        <w:ind w:left="567"/>
      </w:pPr>
      <w:r>
        <w:rPr>
          <w:sz w:val="22"/>
        </w:rPr>
        <w:t>C) have</w:t>
      </w:r>
    </w:p>
    <w:p>
      <w:pPr>
        <w:ind w:left="567"/>
      </w:pPr>
      <w:r>
        <w:rPr>
          <w:sz w:val="22"/>
        </w:rPr>
        <w:t>D) having</w:t>
      </w:r>
    </w:p>
    <w:p/>
    <w:p>
      <w:r>
        <w:rPr>
          <w:b/>
          <w:sz w:val="22"/>
        </w:rPr>
        <w:t>Question 5</w:t>
      </w:r>
    </w:p>
    <w:p>
      <w:r>
        <w:rPr>
          <w:sz w:val="22"/>
        </w:rPr>
        <w:t>______ you like playing football?</w:t>
      </w:r>
    </w:p>
    <w:p>
      <w:pPr>
        <w:ind w:left="567"/>
      </w:pPr>
      <w:r>
        <w:rPr>
          <w:sz w:val="22"/>
        </w:rPr>
        <w:t>A) Do</w:t>
      </w:r>
    </w:p>
    <w:p>
      <w:pPr>
        <w:ind w:left="567"/>
      </w:pPr>
      <w:r>
        <w:rPr>
          <w:sz w:val="22"/>
        </w:rPr>
        <w:t>B) Is</w:t>
      </w:r>
    </w:p>
    <w:p>
      <w:pPr>
        <w:ind w:left="567"/>
      </w:pPr>
      <w:r>
        <w:rPr>
          <w:sz w:val="22"/>
        </w:rPr>
        <w:t>C) Can</w:t>
      </w:r>
    </w:p>
    <w:p>
      <w:pPr>
        <w:ind w:left="567"/>
      </w:pPr>
      <w:r>
        <w:rPr>
          <w:sz w:val="22"/>
        </w:rPr>
        <w:t>D) Are</w:t>
      </w:r>
    </w:p>
    <w:p/>
    <w:p>
      <w:r>
        <w:rPr>
          <w:b/>
          <w:sz w:val="22"/>
        </w:rPr>
        <w:t>Question 6</w:t>
      </w:r>
    </w:p>
    <w:p>
      <w:r>
        <w:rPr>
          <w:sz w:val="22"/>
        </w:rPr>
        <w:t>______ your mother a teacher?</w:t>
      </w:r>
    </w:p>
    <w:p>
      <w:pPr>
        <w:ind w:left="567"/>
      </w:pPr>
      <w:r>
        <w:rPr>
          <w:sz w:val="22"/>
        </w:rPr>
        <w:t>A) Do</w:t>
      </w:r>
    </w:p>
    <w:p>
      <w:pPr>
        <w:ind w:left="567"/>
      </w:pPr>
      <w:r>
        <w:rPr>
          <w:sz w:val="22"/>
        </w:rPr>
        <w:t>B) Can</w:t>
      </w:r>
    </w:p>
    <w:p>
      <w:pPr>
        <w:ind w:left="567"/>
      </w:pPr>
      <w:r>
        <w:rPr>
          <w:sz w:val="22"/>
        </w:rPr>
        <w:t>C) Is</w:t>
      </w:r>
    </w:p>
    <w:p>
      <w:pPr>
        <w:ind w:left="567"/>
      </w:pPr>
      <w:r>
        <w:rPr>
          <w:sz w:val="22"/>
        </w:rPr>
        <w:t>D) Does</w:t>
      </w:r>
    </w:p>
    <w:p/>
    <w:p>
      <w:r>
        <w:rPr>
          <w:b/>
          <w:sz w:val="22"/>
        </w:rPr>
        <w:t>Question 7</w:t>
      </w:r>
    </w:p>
    <w:p>
      <w:r>
        <w:rPr>
          <w:sz w:val="22"/>
        </w:rPr>
        <w:t>A: Would you like some juice?</w:t>
        <w:br/>
        <w:t>B: Yes, ______.</w:t>
      </w:r>
    </w:p>
    <w:p>
      <w:pPr>
        <w:ind w:left="567"/>
      </w:pPr>
      <w:r>
        <w:rPr>
          <w:sz w:val="22"/>
        </w:rPr>
        <w:t>A) please.</w:t>
      </w:r>
    </w:p>
    <w:p>
      <w:pPr>
        <w:ind w:left="567"/>
      </w:pPr>
      <w:r>
        <w:rPr>
          <w:sz w:val="22"/>
        </w:rPr>
        <w:t>B) I do.</w:t>
      </w:r>
    </w:p>
    <w:p>
      <w:pPr>
        <w:ind w:left="567"/>
      </w:pPr>
      <w:r>
        <w:rPr>
          <w:sz w:val="22"/>
        </w:rPr>
        <w:t>C) I like juice.</w:t>
      </w:r>
    </w:p>
    <w:p>
      <w:pPr>
        <w:ind w:left="567"/>
      </w:pPr>
      <w:r>
        <w:rPr>
          <w:sz w:val="22"/>
        </w:rPr>
        <w:t>D) I can.</w:t>
      </w:r>
    </w:p>
    <w:p/>
    <w:p>
      <w:r>
        <w:rPr>
          <w:b/>
          <w:sz w:val="22"/>
        </w:rPr>
        <w:t>Question 8</w:t>
      </w:r>
    </w:p>
    <w:p>
      <w:r>
        <w:rPr>
          <w:sz w:val="22"/>
        </w:rPr>
        <w:t>Can I have ______ water, please?</w:t>
      </w:r>
    </w:p>
    <w:p>
      <w:pPr>
        <w:ind w:left="567"/>
      </w:pPr>
      <w:r>
        <w:rPr>
          <w:sz w:val="22"/>
        </w:rPr>
        <w:t>A) a</w:t>
      </w:r>
    </w:p>
    <w:p>
      <w:pPr>
        <w:ind w:left="567"/>
      </w:pPr>
      <w:r>
        <w:rPr>
          <w:sz w:val="22"/>
        </w:rPr>
        <w:t>B) many</w:t>
      </w:r>
    </w:p>
    <w:p>
      <w:pPr>
        <w:ind w:left="567"/>
      </w:pPr>
      <w:r>
        <w:rPr>
          <w:sz w:val="22"/>
        </w:rPr>
        <w:t>C) some</w:t>
      </w:r>
    </w:p>
    <w:p>
      <w:pPr>
        <w:ind w:left="567"/>
      </w:pPr>
      <w:r>
        <w:rPr>
          <w:sz w:val="22"/>
        </w:rPr>
        <w:t>D) any</w:t>
      </w:r>
    </w:p>
    <w:p/>
    <w:p>
      <w:r>
        <w:rPr>
          <w:b/>
          <w:sz w:val="22"/>
        </w:rPr>
        <w:t>Question 9</w:t>
      </w:r>
    </w:p>
    <w:p>
      <w:r>
        <w:rPr>
          <w:sz w:val="22"/>
        </w:rPr>
        <w:t>Look at ______! He is playing in the garden.</w:t>
      </w:r>
    </w:p>
    <w:p>
      <w:pPr>
        <w:ind w:left="567"/>
      </w:pPr>
      <w:r>
        <w:rPr>
          <w:sz w:val="22"/>
        </w:rPr>
        <w:t>A) he</w:t>
      </w:r>
    </w:p>
    <w:p>
      <w:pPr>
        <w:ind w:left="567"/>
      </w:pPr>
      <w:r>
        <w:rPr>
          <w:sz w:val="22"/>
        </w:rPr>
        <w:t>B) him</w:t>
      </w:r>
    </w:p>
    <w:p>
      <w:pPr>
        <w:ind w:left="567"/>
      </w:pPr>
      <w:r>
        <w:rPr>
          <w:sz w:val="22"/>
        </w:rPr>
        <w:t>C) his</w:t>
      </w:r>
    </w:p>
    <w:p>
      <w:pPr>
        <w:ind w:left="567"/>
      </w:pPr>
      <w:r>
        <w:rPr>
          <w:sz w:val="22"/>
        </w:rPr>
        <w:t>D) she</w:t>
      </w:r>
    </w:p>
    <w:p/>
    <w:p>
      <w:r>
        <w:rPr>
          <w:b/>
          <w:sz w:val="22"/>
        </w:rPr>
        <w:t>Question 10</w:t>
      </w:r>
    </w:p>
    <w:p>
      <w:r>
        <w:rPr>
          <w:sz w:val="22"/>
        </w:rPr>
        <w:t>My sister loves music. ______ plays the piano every evening.</w:t>
      </w:r>
    </w:p>
    <w:p>
      <w:pPr>
        <w:ind w:left="567"/>
      </w:pPr>
      <w:r>
        <w:rPr>
          <w:sz w:val="22"/>
        </w:rPr>
        <w:t>A) Hers</w:t>
      </w:r>
    </w:p>
    <w:p>
      <w:pPr>
        <w:ind w:left="567"/>
      </w:pPr>
      <w:r>
        <w:rPr>
          <w:sz w:val="22"/>
        </w:rPr>
        <w:t>B) She's</w:t>
      </w:r>
    </w:p>
    <w:p>
      <w:pPr>
        <w:ind w:left="567"/>
      </w:pPr>
      <w:r>
        <w:rPr>
          <w:sz w:val="22"/>
        </w:rPr>
        <w:t>C) She</w:t>
      </w:r>
    </w:p>
    <w:p>
      <w:pPr>
        <w:ind w:left="567"/>
      </w:pPr>
      <w:r>
        <w:rPr>
          <w:sz w:val="22"/>
        </w:rPr>
        <w:t>D) Her</w:t>
      </w:r>
    </w:p>
    <w:p/>
    <w:p>
      <w:r>
        <w:rPr>
          <w:b/>
          <w:sz w:val="22"/>
        </w:rPr>
        <w:t>Question 11</w:t>
      </w:r>
    </w:p>
    <w:p>
      <w:r>
        <w:rPr>
          <w:sz w:val="22"/>
        </w:rPr>
        <w:t>______ is your birthday?</w:t>
      </w:r>
    </w:p>
    <w:p>
      <w:pPr>
        <w:ind w:left="567"/>
      </w:pPr>
      <w:r>
        <w:rPr>
          <w:sz w:val="22"/>
        </w:rPr>
        <w:t>A) What</w:t>
      </w:r>
    </w:p>
    <w:p>
      <w:pPr>
        <w:ind w:left="567"/>
      </w:pPr>
      <w:r>
        <w:rPr>
          <w:sz w:val="22"/>
        </w:rPr>
        <w:t>B) When</w:t>
      </w:r>
    </w:p>
    <w:p>
      <w:pPr>
        <w:ind w:left="567"/>
      </w:pPr>
      <w:r>
        <w:rPr>
          <w:sz w:val="22"/>
        </w:rPr>
        <w:t>C) Who</w:t>
      </w:r>
    </w:p>
    <w:p>
      <w:pPr>
        <w:ind w:left="567"/>
      </w:pPr>
      <w:r>
        <w:rPr>
          <w:sz w:val="22"/>
        </w:rPr>
        <w:t>D) Where</w:t>
      </w:r>
    </w:p>
    <w:p/>
    <w:p>
      <w:r>
        <w:rPr>
          <w:b/>
          <w:sz w:val="22"/>
        </w:rPr>
        <w:t>Question 12</w:t>
      </w:r>
    </w:p>
    <w:p>
      <w:r>
        <w:rPr>
          <w:sz w:val="22"/>
        </w:rPr>
        <w:t>______ students are there in your class?</w:t>
      </w:r>
    </w:p>
    <w:p>
      <w:pPr>
        <w:ind w:left="567"/>
      </w:pPr>
      <w:r>
        <w:rPr>
          <w:sz w:val="22"/>
        </w:rPr>
        <w:t>A) How many</w:t>
      </w:r>
    </w:p>
    <w:p>
      <w:pPr>
        <w:ind w:left="567"/>
      </w:pPr>
      <w:r>
        <w:rPr>
          <w:sz w:val="22"/>
        </w:rPr>
        <w:t>B) Who</w:t>
      </w:r>
    </w:p>
    <w:p>
      <w:pPr>
        <w:ind w:left="567"/>
      </w:pPr>
      <w:r>
        <w:rPr>
          <w:sz w:val="22"/>
        </w:rPr>
        <w:t>C) What</w:t>
      </w:r>
    </w:p>
    <w:p>
      <w:pPr>
        <w:ind w:left="567"/>
      </w:pPr>
      <w:r>
        <w:rPr>
          <w:sz w:val="22"/>
        </w:rPr>
        <w:t>D) How</w:t>
      </w:r>
    </w:p>
    <w:p/>
    <w:p>
      <w:r>
        <w:rPr>
          <w:b/>
          <w:sz w:val="22"/>
        </w:rPr>
        <w:t>Question 13</w:t>
      </w:r>
    </w:p>
    <w:p>
      <w:r>
        <w:rPr>
          <w:sz w:val="22"/>
        </w:rPr>
        <w:t>My friend ______ got a new bicycle.</w:t>
      </w:r>
    </w:p>
    <w:p>
      <w:pPr>
        <w:ind w:left="567"/>
      </w:pPr>
      <w:r>
        <w:rPr>
          <w:sz w:val="22"/>
        </w:rPr>
        <w:t>A) are</w:t>
      </w:r>
    </w:p>
    <w:p>
      <w:pPr>
        <w:ind w:left="567"/>
      </w:pPr>
      <w:r>
        <w:rPr>
          <w:sz w:val="22"/>
        </w:rPr>
        <w:t>B) has</w:t>
      </w:r>
    </w:p>
    <w:p>
      <w:pPr>
        <w:ind w:left="567"/>
      </w:pPr>
      <w:r>
        <w:rPr>
          <w:sz w:val="22"/>
        </w:rPr>
        <w:t>C) is</w:t>
      </w:r>
    </w:p>
    <w:p>
      <w:pPr>
        <w:ind w:left="567"/>
      </w:pPr>
      <w:r>
        <w:rPr>
          <w:sz w:val="22"/>
        </w:rPr>
        <w:t>D) have</w:t>
      </w:r>
    </w:p>
    <w:p/>
    <w:p>
      <w:r>
        <w:rPr>
          <w:b/>
          <w:sz w:val="22"/>
        </w:rPr>
        <w:t>Question 14</w:t>
      </w:r>
    </w:p>
    <w:p>
      <w:r>
        <w:rPr>
          <w:sz w:val="22"/>
        </w:rPr>
        <w:t>This is Ali. ______ car is very fast.</w:t>
      </w:r>
    </w:p>
    <w:p>
      <w:pPr>
        <w:ind w:left="567"/>
      </w:pPr>
      <w:r>
        <w:rPr>
          <w:sz w:val="22"/>
        </w:rPr>
        <w:t>A) Alis</w:t>
      </w:r>
    </w:p>
    <w:p>
      <w:pPr>
        <w:ind w:left="567"/>
      </w:pPr>
      <w:r>
        <w:rPr>
          <w:sz w:val="22"/>
        </w:rPr>
        <w:t>B) Ali is</w:t>
      </w:r>
    </w:p>
    <w:p>
      <w:pPr>
        <w:ind w:left="567"/>
      </w:pPr>
      <w:r>
        <w:rPr>
          <w:sz w:val="22"/>
        </w:rPr>
        <w:t>C) Ali's</w:t>
      </w:r>
    </w:p>
    <w:p>
      <w:pPr>
        <w:ind w:left="567"/>
      </w:pPr>
      <w:r>
        <w:rPr>
          <w:sz w:val="22"/>
        </w:rPr>
        <w:t>D) Ali</w:t>
      </w:r>
    </w:p>
    <w:p/>
    <w:p>
      <w:r>
        <w:rPr>
          <w:b/>
          <w:sz w:val="22"/>
        </w:rPr>
        <w:t>Question 15</w:t>
      </w:r>
    </w:p>
    <w:p>
      <w:r>
        <w:rPr>
          <w:sz w:val="22"/>
        </w:rPr>
        <w:t>My little brother can ______ very well.</w:t>
      </w:r>
    </w:p>
    <w:p>
      <w:pPr>
        <w:ind w:left="567"/>
      </w:pPr>
      <w:r>
        <w:rPr>
          <w:sz w:val="22"/>
        </w:rPr>
        <w:t>A) swims</w:t>
      </w:r>
    </w:p>
    <w:p>
      <w:pPr>
        <w:ind w:left="567"/>
      </w:pPr>
      <w:r>
        <w:rPr>
          <w:sz w:val="22"/>
        </w:rPr>
        <w:t>B) swimming</w:t>
      </w:r>
    </w:p>
    <w:p>
      <w:pPr>
        <w:ind w:left="567"/>
      </w:pPr>
      <w:r>
        <w:rPr>
          <w:sz w:val="22"/>
        </w:rPr>
        <w:t>C) to swim</w:t>
      </w:r>
    </w:p>
    <w:p>
      <w:pPr>
        <w:ind w:left="567"/>
      </w:pPr>
      <w:r>
        <w:rPr>
          <w:sz w:val="22"/>
        </w:rPr>
        <w:t>D) swim</w:t>
      </w:r>
    </w:p>
    <w:p/>
    <w:p>
      <w:r>
        <w:rPr>
          <w:b/>
          <w:sz w:val="22"/>
        </w:rPr>
        <w:t>Question 16</w:t>
      </w:r>
    </w:p>
    <w:p>
      <w:r>
        <w:rPr>
          <w:sz w:val="22"/>
        </w:rPr>
        <w:t>I want to ______ a doctor when I grow up.</w:t>
      </w:r>
    </w:p>
    <w:p>
      <w:pPr>
        <w:ind w:left="567"/>
      </w:pPr>
      <w:r>
        <w:rPr>
          <w:sz w:val="22"/>
        </w:rPr>
        <w:t>A) been</w:t>
      </w:r>
    </w:p>
    <w:p>
      <w:pPr>
        <w:ind w:left="567"/>
      </w:pPr>
      <w:r>
        <w:rPr>
          <w:sz w:val="22"/>
        </w:rPr>
        <w:t>B) being</w:t>
      </w:r>
    </w:p>
    <w:p>
      <w:pPr>
        <w:ind w:left="567"/>
      </w:pPr>
      <w:r>
        <w:rPr>
          <w:sz w:val="22"/>
        </w:rPr>
        <w:t>C) is</w:t>
      </w:r>
    </w:p>
    <w:p>
      <w:pPr>
        <w:ind w:left="567"/>
      </w:pPr>
      <w:r>
        <w:rPr>
          <w:sz w:val="22"/>
        </w:rPr>
        <w:t>D) be</w:t>
      </w:r>
    </w:p>
    <w:p/>
    <w:p>
      <w:r>
        <w:rPr>
          <w:b/>
          <w:sz w:val="22"/>
        </w:rPr>
        <w:t>Question 17</w:t>
      </w:r>
    </w:p>
    <w:p>
      <w:r>
        <w:rPr>
          <w:sz w:val="22"/>
        </w:rPr>
        <w:t>She ______ got a beautiful garden.</w:t>
      </w:r>
    </w:p>
    <w:p>
      <w:pPr>
        <w:ind w:left="567"/>
      </w:pPr>
      <w:r>
        <w:rPr>
          <w:sz w:val="22"/>
        </w:rPr>
        <w:t>A) has</w:t>
      </w:r>
    </w:p>
    <w:p>
      <w:pPr>
        <w:ind w:left="567"/>
      </w:pPr>
      <w:r>
        <w:rPr>
          <w:sz w:val="22"/>
        </w:rPr>
        <w:t>B) are</w:t>
      </w:r>
    </w:p>
    <w:p>
      <w:pPr>
        <w:ind w:left="567"/>
      </w:pPr>
      <w:r>
        <w:rPr>
          <w:sz w:val="22"/>
        </w:rPr>
        <w:t>C) is</w:t>
      </w:r>
    </w:p>
    <w:p>
      <w:pPr>
        <w:ind w:left="567"/>
      </w:pPr>
      <w:r>
        <w:rPr>
          <w:sz w:val="22"/>
        </w:rPr>
        <w:t>D) have</w:t>
      </w:r>
    </w:p>
    <w:p/>
    <w:p>
      <w:r>
        <w:rPr>
          <w:b/>
          <w:sz w:val="22"/>
        </w:rPr>
        <w:t>Question 18</w:t>
      </w:r>
    </w:p>
    <w:p>
      <w:r>
        <w:rPr>
          <w:sz w:val="22"/>
        </w:rPr>
        <w:t>Tom ______ have a car. He goes everywhere by bike.</w:t>
      </w:r>
    </w:p>
    <w:p>
      <w:pPr>
        <w:ind w:left="567"/>
      </w:pPr>
      <w:r>
        <w:rPr>
          <w:sz w:val="22"/>
        </w:rPr>
        <w:t>A) doesn't</w:t>
      </w:r>
    </w:p>
    <w:p>
      <w:pPr>
        <w:ind w:left="567"/>
      </w:pPr>
      <w:r>
        <w:rPr>
          <w:sz w:val="22"/>
        </w:rPr>
        <w:t>B) hasn't</w:t>
      </w:r>
    </w:p>
    <w:p>
      <w:pPr>
        <w:ind w:left="567"/>
      </w:pPr>
      <w:r>
        <w:rPr>
          <w:sz w:val="22"/>
        </w:rPr>
        <w:t>C) don't</w:t>
      </w:r>
    </w:p>
    <w:p>
      <w:pPr>
        <w:ind w:left="567"/>
      </w:pPr>
      <w:r>
        <w:rPr>
          <w:sz w:val="22"/>
        </w:rPr>
        <w:t>D) isn't</w:t>
      </w:r>
    </w:p>
    <w:p/>
    <w:p>
      <w:r>
        <w:rPr>
          <w:b/>
          <w:sz w:val="22"/>
        </w:rPr>
        <w:t>Question 19</w:t>
      </w:r>
    </w:p>
    <w:p>
      <w:r>
        <w:rPr>
          <w:sz w:val="22"/>
        </w:rPr>
        <w:t>My sister likes ______ pictures on weekends.</w:t>
      </w:r>
    </w:p>
    <w:p>
      <w:pPr>
        <w:ind w:left="567"/>
      </w:pPr>
      <w:r>
        <w:rPr>
          <w:sz w:val="22"/>
        </w:rPr>
        <w:t>A) to drawing</w:t>
      </w:r>
    </w:p>
    <w:p>
      <w:pPr>
        <w:ind w:left="567"/>
      </w:pPr>
      <w:r>
        <w:rPr>
          <w:sz w:val="22"/>
        </w:rPr>
        <w:t>B) draws</w:t>
      </w:r>
    </w:p>
    <w:p>
      <w:pPr>
        <w:ind w:left="567"/>
      </w:pPr>
      <w:r>
        <w:rPr>
          <w:sz w:val="22"/>
        </w:rPr>
        <w:t>C) drawing</w:t>
      </w:r>
    </w:p>
    <w:p>
      <w:pPr>
        <w:ind w:left="567"/>
      </w:pPr>
      <w:r>
        <w:rPr>
          <w:sz w:val="22"/>
        </w:rPr>
        <w:t>D) draw</w:t>
      </w:r>
    </w:p>
    <w:p/>
    <w:p>
      <w:r>
        <w:rPr>
          <w:b/>
          <w:sz w:val="22"/>
        </w:rPr>
        <w:t>Question 20</w:t>
      </w:r>
    </w:p>
    <w:p>
      <w:r>
        <w:rPr>
          <w:sz w:val="22"/>
        </w:rPr>
        <w:t>He ______ to play basketball with his friends.</w:t>
      </w:r>
    </w:p>
    <w:p>
      <w:pPr>
        <w:ind w:left="567"/>
      </w:pPr>
      <w:r>
        <w:rPr>
          <w:sz w:val="22"/>
        </w:rPr>
        <w:t>A) wants</w:t>
      </w:r>
    </w:p>
    <w:p>
      <w:pPr>
        <w:ind w:left="567"/>
      </w:pPr>
      <w:r>
        <w:rPr>
          <w:sz w:val="22"/>
        </w:rPr>
        <w:t>B) want</w:t>
      </w:r>
    </w:p>
    <w:p>
      <w:pPr>
        <w:ind w:left="567"/>
      </w:pPr>
      <w:r>
        <w:rPr>
          <w:sz w:val="22"/>
        </w:rPr>
        <w:t>C) wanting</w:t>
      </w:r>
    </w:p>
    <w:p>
      <w:pPr>
        <w:ind w:left="567"/>
      </w:pPr>
      <w:r>
        <w:rPr>
          <w:sz w:val="22"/>
        </w:rPr>
        <w:t>D) likes playing</w:t>
      </w:r>
    </w:p>
    <w:p/>
    <w:p>
      <w:r>
        <w:rPr>
          <w:b/>
          <w:sz w:val="22"/>
        </w:rPr>
        <w:t>Question 21</w:t>
      </w:r>
    </w:p>
    <w:p>
      <w:r>
        <w:rPr>
          <w:sz w:val="22"/>
        </w:rPr>
        <w:t>There ______ three books on the desk.</w:t>
      </w:r>
    </w:p>
    <w:p>
      <w:pPr>
        <w:ind w:left="567"/>
      </w:pPr>
      <w:r>
        <w:rPr>
          <w:sz w:val="22"/>
        </w:rPr>
        <w:t>A) is</w:t>
      </w:r>
    </w:p>
    <w:p>
      <w:pPr>
        <w:ind w:left="567"/>
      </w:pPr>
      <w:r>
        <w:rPr>
          <w:sz w:val="22"/>
        </w:rPr>
        <w:t>B) am</w:t>
      </w:r>
    </w:p>
    <w:p>
      <w:pPr>
        <w:ind w:left="567"/>
      </w:pPr>
      <w:r>
        <w:rPr>
          <w:sz w:val="22"/>
        </w:rPr>
        <w:t>C) be</w:t>
      </w:r>
    </w:p>
    <w:p>
      <w:pPr>
        <w:ind w:left="567"/>
      </w:pPr>
      <w:r>
        <w:rPr>
          <w:sz w:val="22"/>
        </w:rPr>
        <w:t>D) are</w:t>
      </w:r>
    </w:p>
    <w:p/>
    <w:p>
      <w:r>
        <w:rPr>
          <w:b/>
          <w:sz w:val="22"/>
        </w:rPr>
        <w:t>Question 22</w:t>
      </w:r>
    </w:p>
    <w:p>
      <w:r>
        <w:rPr>
          <w:sz w:val="22"/>
        </w:rPr>
        <w:t>There ______ a lot of water in the bottle.</w:t>
      </w:r>
    </w:p>
    <w:p>
      <w:pPr>
        <w:ind w:left="567"/>
      </w:pPr>
      <w:r>
        <w:rPr>
          <w:sz w:val="22"/>
        </w:rPr>
        <w:t>A) is</w:t>
      </w:r>
    </w:p>
    <w:p>
      <w:pPr>
        <w:ind w:left="567"/>
      </w:pPr>
      <w:r>
        <w:rPr>
          <w:sz w:val="22"/>
        </w:rPr>
        <w:t>B) have</w:t>
      </w:r>
    </w:p>
    <w:p>
      <w:pPr>
        <w:ind w:left="567"/>
      </w:pPr>
      <w:r>
        <w:rPr>
          <w:sz w:val="22"/>
        </w:rPr>
        <w:t>C) am</w:t>
      </w:r>
    </w:p>
    <w:p>
      <w:pPr>
        <w:ind w:left="567"/>
      </w:pPr>
      <w:r>
        <w:rPr>
          <w:sz w:val="22"/>
        </w:rPr>
        <w:t>D) are</w:t>
      </w:r>
    </w:p>
    <w:p/>
    <w:p>
      <w:r>
        <w:rPr>
          <w:b/>
          <w:sz w:val="22"/>
        </w:rPr>
        <w:t>Question 23</w:t>
      </w:r>
    </w:p>
    <w:p>
      <w:r>
        <w:rPr>
          <w:sz w:val="22"/>
        </w:rPr>
        <w:t>______ are my new shoes. Do you like them?</w:t>
      </w:r>
    </w:p>
    <w:p>
      <w:pPr>
        <w:ind w:left="567"/>
      </w:pPr>
      <w:r>
        <w:rPr>
          <w:sz w:val="22"/>
        </w:rPr>
        <w:t>A) These</w:t>
      </w:r>
    </w:p>
    <w:p>
      <w:pPr>
        <w:ind w:left="567"/>
      </w:pPr>
      <w:r>
        <w:rPr>
          <w:sz w:val="22"/>
        </w:rPr>
        <w:t>B) It</w:t>
      </w:r>
    </w:p>
    <w:p>
      <w:pPr>
        <w:ind w:left="567"/>
      </w:pPr>
      <w:r>
        <w:rPr>
          <w:sz w:val="22"/>
        </w:rPr>
        <w:t>C) That</w:t>
      </w:r>
    </w:p>
    <w:p>
      <w:pPr>
        <w:ind w:left="567"/>
      </w:pPr>
      <w:r>
        <w:rPr>
          <w:sz w:val="22"/>
        </w:rPr>
        <w:t>D) This</w:t>
      </w:r>
    </w:p>
    <w:p/>
    <w:p>
      <w:r>
        <w:rPr>
          <w:b/>
          <w:sz w:val="22"/>
        </w:rPr>
        <w:t>Question 24</w:t>
      </w:r>
    </w:p>
    <w:p>
      <w:r>
        <w:rPr>
          <w:sz w:val="22"/>
        </w:rPr>
        <w:t>My birthday is ______ Saturday.</w:t>
      </w:r>
    </w:p>
    <w:p>
      <w:pPr>
        <w:ind w:left="567"/>
      </w:pPr>
      <w:r>
        <w:rPr>
          <w:sz w:val="22"/>
        </w:rPr>
        <w:t>A) on</w:t>
      </w:r>
    </w:p>
    <w:p>
      <w:pPr>
        <w:ind w:left="567"/>
      </w:pPr>
      <w:r>
        <w:rPr>
          <w:sz w:val="22"/>
        </w:rPr>
        <w:t>B) to</w:t>
      </w:r>
    </w:p>
    <w:p>
      <w:pPr>
        <w:ind w:left="567"/>
      </w:pPr>
      <w:r>
        <w:rPr>
          <w:sz w:val="22"/>
        </w:rPr>
        <w:t>C) in</w:t>
      </w:r>
    </w:p>
    <w:p>
      <w:pPr>
        <w:ind w:left="567"/>
      </w:pPr>
      <w:r>
        <w:rPr>
          <w:sz w:val="22"/>
        </w:rPr>
        <w:t>D) at</w:t>
      </w:r>
    </w:p>
    <w:p/>
    <w:p>
      <w:r>
        <w:rPr>
          <w:b/>
          <w:sz w:val="22"/>
        </w:rPr>
        <w:t>Question 25</w:t>
      </w:r>
    </w:p>
    <w:p>
      <w:r>
        <w:rPr>
          <w:sz w:val="22"/>
        </w:rPr>
        <w:t>This is my sister. ______ name is Ayşe.</w:t>
      </w:r>
    </w:p>
    <w:p>
      <w:pPr>
        <w:ind w:left="567"/>
      </w:pPr>
      <w:r>
        <w:rPr>
          <w:sz w:val="22"/>
        </w:rPr>
        <w:t>A) His</w:t>
      </w:r>
    </w:p>
    <w:p>
      <w:pPr>
        <w:ind w:left="567"/>
      </w:pPr>
      <w:r>
        <w:rPr>
          <w:sz w:val="22"/>
        </w:rPr>
        <w:t>B) Her</w:t>
      </w:r>
    </w:p>
    <w:p>
      <w:pPr>
        <w:ind w:left="567"/>
      </w:pPr>
      <w:r>
        <w:rPr>
          <w:sz w:val="22"/>
        </w:rPr>
        <w:t>C) She</w:t>
      </w:r>
    </w:p>
    <w:p>
      <w:pPr>
        <w:ind w:left="567"/>
      </w:pPr>
      <w:r>
        <w:rPr>
          <w:sz w:val="22"/>
        </w:rPr>
        <w:t>D) My</w:t>
      </w:r>
    </w:p>
    <w:p/>
    <w:p>
      <w:r>
        <w:rPr>
          <w:b/>
          <w:sz w:val="22"/>
        </w:rPr>
        <w:t>Question 26</w:t>
      </w:r>
    </w:p>
    <w:p>
      <w:r>
        <w:rPr>
          <w:sz w:val="22"/>
        </w:rPr>
        <w:t>He ______ to visit his grandmother this weekend.</w:t>
      </w:r>
    </w:p>
    <w:p>
      <w:pPr>
        <w:ind w:left="567"/>
      </w:pPr>
      <w:r>
        <w:rPr>
          <w:sz w:val="22"/>
        </w:rPr>
        <w:t>A) wants</w:t>
      </w:r>
    </w:p>
    <w:p>
      <w:pPr>
        <w:ind w:left="567"/>
      </w:pPr>
      <w:r>
        <w:rPr>
          <w:sz w:val="22"/>
        </w:rPr>
        <w:t>B) is wanting</w:t>
      </w:r>
    </w:p>
    <w:p>
      <w:pPr>
        <w:ind w:left="567"/>
      </w:pPr>
      <w:r>
        <w:rPr>
          <w:sz w:val="22"/>
        </w:rPr>
        <w:t>C) want</w:t>
      </w:r>
    </w:p>
    <w:p>
      <w:pPr>
        <w:ind w:left="567"/>
      </w:pPr>
      <w:r>
        <w:rPr>
          <w:sz w:val="22"/>
        </w:rPr>
        <w:t>D) wanting</w:t>
      </w:r>
    </w:p>
    <w:p/>
    <w:p>
      <w:r>
        <w:rPr>
          <w:b/>
          <w:sz w:val="22"/>
        </w:rPr>
        <w:t>Question 27</w:t>
      </w:r>
    </w:p>
    <w:p>
      <w:r>
        <w:rPr>
          <w:sz w:val="22"/>
        </w:rPr>
        <w:t>I am thirsty. I want ______.</w:t>
      </w:r>
    </w:p>
    <w:p>
      <w:pPr>
        <w:ind w:left="567"/>
      </w:pPr>
      <w:r>
        <w:rPr>
          <w:sz w:val="22"/>
        </w:rPr>
        <w:t>A) to drinking</w:t>
      </w:r>
    </w:p>
    <w:p>
      <w:pPr>
        <w:ind w:left="567"/>
      </w:pPr>
      <w:r>
        <w:rPr>
          <w:sz w:val="22"/>
        </w:rPr>
        <w:t>B) drinking</w:t>
      </w:r>
    </w:p>
    <w:p>
      <w:pPr>
        <w:ind w:left="567"/>
      </w:pPr>
      <w:r>
        <w:rPr>
          <w:sz w:val="22"/>
        </w:rPr>
        <w:t>C) water</w:t>
      </w:r>
    </w:p>
    <w:p>
      <w:pPr>
        <w:ind w:left="567"/>
      </w:pPr>
      <w:r>
        <w:rPr>
          <w:sz w:val="22"/>
        </w:rPr>
        <w:t>D) to water</w:t>
      </w:r>
    </w:p>
    <w:p/>
    <w:p>
      <w:r>
        <w:rPr>
          <w:b/>
          <w:sz w:val="22"/>
        </w:rPr>
        <w:t>Question 28</w:t>
      </w:r>
    </w:p>
    <w:p>
      <w:r>
        <w:rPr>
          <w:sz w:val="22"/>
        </w:rPr>
        <w:t>I ______ brush my teeth before bed.</w:t>
      </w:r>
    </w:p>
    <w:p>
      <w:pPr>
        <w:ind w:left="567"/>
      </w:pPr>
      <w:r>
        <w:rPr>
          <w:sz w:val="22"/>
        </w:rPr>
        <w:t>A) go always</w:t>
      </w:r>
    </w:p>
    <w:p>
      <w:pPr>
        <w:ind w:left="567"/>
      </w:pPr>
      <w:r>
        <w:rPr>
          <w:sz w:val="22"/>
        </w:rPr>
        <w:t>B) am always</w:t>
      </w:r>
    </w:p>
    <w:p>
      <w:pPr>
        <w:ind w:left="567"/>
      </w:pPr>
      <w:r>
        <w:rPr>
          <w:sz w:val="22"/>
        </w:rPr>
        <w:t>C) always</w:t>
      </w:r>
    </w:p>
    <w:p>
      <w:pPr>
        <w:ind w:left="567"/>
      </w:pPr>
      <w:r>
        <w:rPr>
          <w:sz w:val="22"/>
        </w:rPr>
        <w:t>D) always am</w:t>
      </w:r>
    </w:p>
    <w:p/>
    <w:p>
      <w:r>
        <w:rPr>
          <w:b/>
          <w:sz w:val="22"/>
        </w:rPr>
        <w:t>Question 29</w:t>
      </w:r>
    </w:p>
    <w:p>
      <w:r>
        <w:rPr>
          <w:sz w:val="22"/>
        </w:rPr>
        <w:t>I like dogs ______ I don't like cats.</w:t>
      </w:r>
    </w:p>
    <w:p>
      <w:pPr>
        <w:ind w:left="567"/>
      </w:pPr>
      <w:r>
        <w:rPr>
          <w:sz w:val="22"/>
        </w:rPr>
        <w:t>A) because</w:t>
      </w:r>
    </w:p>
    <w:p>
      <w:pPr>
        <w:ind w:left="567"/>
      </w:pPr>
      <w:r>
        <w:rPr>
          <w:sz w:val="22"/>
        </w:rPr>
        <w:t>B) or</w:t>
      </w:r>
    </w:p>
    <w:p>
      <w:pPr>
        <w:ind w:left="567"/>
      </w:pPr>
      <w:r>
        <w:rPr>
          <w:sz w:val="22"/>
        </w:rPr>
        <w:t>C) and</w:t>
      </w:r>
    </w:p>
    <w:p>
      <w:pPr>
        <w:ind w:left="567"/>
      </w:pPr>
      <w:r>
        <w:rPr>
          <w:sz w:val="22"/>
        </w:rPr>
        <w:t>D) but</w:t>
      </w:r>
    </w:p>
    <w:p/>
    <w:p>
      <w:r>
        <w:rPr>
          <w:b/>
          <w:sz w:val="22"/>
        </w:rPr>
        <w:t>Question 30</w:t>
      </w:r>
    </w:p>
    <w:p>
      <w:r>
        <w:rPr>
          <w:sz w:val="22"/>
        </w:rPr>
        <w:t>A: Does your father like coffee?</w:t>
        <w:br/>
        <w:t>B: No, ______.</w:t>
      </w:r>
    </w:p>
    <w:p>
      <w:pPr>
        <w:ind w:left="567"/>
      </w:pPr>
      <w:r>
        <w:rPr>
          <w:sz w:val="22"/>
        </w:rPr>
        <w:t>A) he don't.</w:t>
      </w:r>
    </w:p>
    <w:p>
      <w:pPr>
        <w:ind w:left="567"/>
      </w:pPr>
      <w:r>
        <w:rPr>
          <w:sz w:val="22"/>
        </w:rPr>
        <w:t>B) he doesn't.</w:t>
      </w:r>
    </w:p>
    <w:p>
      <w:pPr>
        <w:ind w:left="567"/>
      </w:pPr>
      <w:r>
        <w:rPr>
          <w:sz w:val="22"/>
        </w:rPr>
        <w:t>C) he doesn't like.</w:t>
      </w:r>
    </w:p>
    <w:p>
      <w:pPr>
        <w:ind w:left="567"/>
      </w:pPr>
      <w:r>
        <w:rPr>
          <w:sz w:val="22"/>
        </w:rPr>
        <w:t>D) he isn't.</w:t>
      </w:r>
    </w:p>
    <w:p/>
    <w:p>
      <w:r>
        <w:br w:type="page"/>
      </w:r>
    </w:p>
    <w:p>
      <w:pPr>
        <w:pStyle w:val="Heading2"/>
        <w:jc w:val="center"/>
      </w:pPr>
      <w:r>
        <w:t>Cevap Anahtarı</w:t>
      </w:r>
    </w:p>
    <w:p/>
    <w:p>
      <w:r>
        <w:rPr>
          <w:b/>
          <w:sz w:val="20"/>
        </w:rPr>
        <w:t>Q1: D</w:t>
      </w:r>
    </w:p>
    <w:p>
      <w:pPr>
        <w:ind w:left="567"/>
      </w:pPr>
      <w:r>
        <w:rPr>
          <w:sz w:val="18"/>
        </w:rPr>
        <w:t>Doğru cevap: D) is sleeping</w:t>
      </w:r>
    </w:p>
    <w:p>
      <w:pPr>
        <w:ind w:left="567"/>
      </w:pPr>
      <w:r>
        <w:rPr>
          <w:color w:val="646464"/>
          <w:sz w:val="18"/>
        </w:rPr>
        <w:t>Konu: Present Continuous — 'Look!' + now</w:t>
      </w:r>
    </w:p>
    <w:p>
      <w:pPr>
        <w:ind w:left="567"/>
      </w:pPr>
      <w:r>
        <w:rPr>
          <w:color w:val="B43C14"/>
          <w:sz w:val="18"/>
        </w:rPr>
        <w:t>⚡ Trik: 'Look!' → Present Continuous zorunlu. 'sleeps' ❌ (Trik #2)</w:t>
      </w:r>
    </w:p>
    <w:p/>
    <w:p>
      <w:r>
        <w:rPr>
          <w:b/>
          <w:sz w:val="20"/>
        </w:rPr>
        <w:t>Q2: D</w:t>
      </w:r>
    </w:p>
    <w:p>
      <w:pPr>
        <w:ind w:left="567"/>
      </w:pPr>
      <w:r>
        <w:rPr>
          <w:sz w:val="18"/>
        </w:rPr>
        <w:t>Doğru cevap: D) are singing</w:t>
      </w:r>
    </w:p>
    <w:p>
      <w:pPr>
        <w:ind w:left="567"/>
      </w:pPr>
      <w:r>
        <w:rPr>
          <w:color w:val="646464"/>
          <w:sz w:val="18"/>
        </w:rPr>
        <w:t>Konu: Present Continuous — 'Listen!' + plural subject</w:t>
      </w:r>
    </w:p>
    <w:p>
      <w:pPr>
        <w:ind w:left="567"/>
      </w:pPr>
      <w:r>
        <w:rPr>
          <w:color w:val="B43C14"/>
          <w:sz w:val="18"/>
        </w:rPr>
        <w:t>⚡ Trik: 'Listen!' → PC. students = çoğul → are. 'is singing' ❌ (Trik #1, #2)</w:t>
      </w:r>
    </w:p>
    <w:p/>
    <w:p>
      <w:r>
        <w:rPr>
          <w:b/>
          <w:sz w:val="20"/>
        </w:rPr>
        <w:t>Q3: D</w:t>
      </w:r>
    </w:p>
    <w:p>
      <w:pPr>
        <w:ind w:left="567"/>
      </w:pPr>
      <w:r>
        <w:rPr>
          <w:sz w:val="18"/>
        </w:rPr>
        <w:t>Doğru cevap: D) walk / am going</w:t>
      </w:r>
    </w:p>
    <w:p>
      <w:pPr>
        <w:ind w:left="567"/>
      </w:pPr>
      <w:r>
        <w:rPr>
          <w:color w:val="646464"/>
          <w:sz w:val="18"/>
        </w:rPr>
        <w:t>Konu: Present Simple vs Present Continuous</w:t>
      </w:r>
    </w:p>
    <w:p>
      <w:pPr>
        <w:ind w:left="567"/>
      </w:pPr>
      <w:r>
        <w:rPr>
          <w:color w:val="B43C14"/>
          <w:sz w:val="18"/>
        </w:rPr>
        <w:t>⚡ Trik: 'every day' → Simple, 'today' → Continuous (Trik #3)</w:t>
      </w:r>
    </w:p>
    <w:p/>
    <w:p>
      <w:r>
        <w:rPr>
          <w:b/>
          <w:sz w:val="20"/>
        </w:rPr>
        <w:t>Q4: B</w:t>
      </w:r>
    </w:p>
    <w:p>
      <w:pPr>
        <w:ind w:left="567"/>
      </w:pPr>
      <w:r>
        <w:rPr>
          <w:sz w:val="18"/>
        </w:rPr>
        <w:t>Doğru cevap: B) has</w:t>
      </w:r>
    </w:p>
    <w:p>
      <w:pPr>
        <w:ind w:left="567"/>
      </w:pPr>
      <w:r>
        <w:rPr>
          <w:color w:val="646464"/>
          <w:sz w:val="18"/>
        </w:rPr>
        <w:t>Konu: Present Simple — he/she/it + V1+s</w:t>
      </w:r>
    </w:p>
    <w:p>
      <w:pPr>
        <w:ind w:left="567"/>
      </w:pPr>
      <w:r>
        <w:rPr>
          <w:color w:val="B43C14"/>
          <w:sz w:val="18"/>
        </w:rPr>
        <w:t>⚡ Trik: 'every morning' → Simple. 'she have' ❌ → 'she has' ✅ (Trik #3)</w:t>
      </w:r>
    </w:p>
    <w:p/>
    <w:p>
      <w:r>
        <w:rPr>
          <w:b/>
          <w:sz w:val="20"/>
        </w:rPr>
        <w:t>Q5: A</w:t>
      </w:r>
    </w:p>
    <w:p>
      <w:pPr>
        <w:ind w:left="567"/>
      </w:pPr>
      <w:r>
        <w:rPr>
          <w:sz w:val="18"/>
        </w:rPr>
        <w:t>Doğru cevap: A) Do</w:t>
      </w:r>
    </w:p>
    <w:p>
      <w:pPr>
        <w:ind w:left="567"/>
      </w:pPr>
      <w:r>
        <w:rPr>
          <w:color w:val="646464"/>
          <w:sz w:val="18"/>
        </w:rPr>
        <w:t>Konu: do/does vs to be — eylem fiili</w:t>
      </w:r>
    </w:p>
    <w:p>
      <w:pPr>
        <w:ind w:left="567"/>
      </w:pPr>
      <w:r>
        <w:rPr>
          <w:color w:val="B43C14"/>
          <w:sz w:val="18"/>
        </w:rPr>
        <w:t>⚡ Trik: 'like' = eylem fiili → Do. 'Are you like' ❌ (Trik #4)</w:t>
      </w:r>
    </w:p>
    <w:p/>
    <w:p>
      <w:r>
        <w:rPr>
          <w:b/>
          <w:sz w:val="20"/>
        </w:rPr>
        <w:t>Q6: C</w:t>
      </w:r>
    </w:p>
    <w:p>
      <w:pPr>
        <w:ind w:left="567"/>
      </w:pPr>
      <w:r>
        <w:rPr>
          <w:sz w:val="18"/>
        </w:rPr>
        <w:t>Doğru cevap: C) Is</w:t>
      </w:r>
    </w:p>
    <w:p>
      <w:pPr>
        <w:ind w:left="567"/>
      </w:pPr>
      <w:r>
        <w:rPr>
          <w:color w:val="646464"/>
          <w:sz w:val="18"/>
        </w:rPr>
        <w:t>Konu: to be — sıfat/meslek bildirme</w:t>
      </w:r>
    </w:p>
    <w:p>
      <w:pPr>
        <w:ind w:left="567"/>
      </w:pPr>
      <w:r>
        <w:rPr>
          <w:color w:val="B43C14"/>
          <w:sz w:val="18"/>
        </w:rPr>
        <w:t>⚡ Trik: 'a teacher' = isim → Is. 'Does she a teacher' ❌ (Trik #4)</w:t>
      </w:r>
    </w:p>
    <w:p/>
    <w:p>
      <w:r>
        <w:rPr>
          <w:b/>
          <w:sz w:val="20"/>
        </w:rPr>
        <w:t>Q7: A</w:t>
      </w:r>
    </w:p>
    <w:p>
      <w:pPr>
        <w:ind w:left="567"/>
      </w:pPr>
      <w:r>
        <w:rPr>
          <w:sz w:val="18"/>
        </w:rPr>
        <w:t>Doğru cevap: A) please.</w:t>
      </w:r>
    </w:p>
    <w:p>
      <w:pPr>
        <w:ind w:left="567"/>
      </w:pPr>
      <w:r>
        <w:rPr>
          <w:color w:val="646464"/>
          <w:sz w:val="18"/>
        </w:rPr>
        <w:t>Konu: Would you like — kibarca teklif</w:t>
      </w:r>
    </w:p>
    <w:p>
      <w:pPr>
        <w:ind w:left="567"/>
      </w:pPr>
      <w:r>
        <w:rPr>
          <w:color w:val="B43C14"/>
          <w:sz w:val="18"/>
        </w:rPr>
        <w:t>⚡ Trik: 'Would you like...?' → 'Yes, please.' (Trik #5)</w:t>
      </w:r>
    </w:p>
    <w:p/>
    <w:p>
      <w:r>
        <w:rPr>
          <w:b/>
          <w:sz w:val="20"/>
        </w:rPr>
        <w:t>Q8: C</w:t>
      </w:r>
    </w:p>
    <w:p>
      <w:pPr>
        <w:ind w:left="567"/>
      </w:pPr>
      <w:r>
        <w:rPr>
          <w:sz w:val="18"/>
        </w:rPr>
        <w:t>Doğru cevap: C) some</w:t>
      </w:r>
    </w:p>
    <w:p>
      <w:pPr>
        <w:ind w:left="567"/>
      </w:pPr>
      <w:r>
        <w:rPr>
          <w:color w:val="646464"/>
          <w:sz w:val="18"/>
        </w:rPr>
        <w:t>Konu: Can I have some...? — kibarca isteme</w:t>
      </w:r>
    </w:p>
    <w:p>
      <w:pPr>
        <w:ind w:left="567"/>
      </w:pPr>
      <w:r>
        <w:rPr>
          <w:color w:val="B43C14"/>
          <w:sz w:val="18"/>
        </w:rPr>
        <w:t>⚡ Trik: İstekte 'some' kullanılır, 'any' değil (Trik #5)</w:t>
      </w:r>
    </w:p>
    <w:p/>
    <w:p>
      <w:r>
        <w:rPr>
          <w:b/>
          <w:sz w:val="20"/>
        </w:rPr>
        <w:t>Q9: B</w:t>
      </w:r>
    </w:p>
    <w:p>
      <w:pPr>
        <w:ind w:left="567"/>
      </w:pPr>
      <w:r>
        <w:rPr>
          <w:sz w:val="18"/>
        </w:rPr>
        <w:t>Doğru cevap: B) him</w:t>
      </w:r>
    </w:p>
    <w:p>
      <w:pPr>
        <w:ind w:left="567"/>
      </w:pPr>
      <w:r>
        <w:rPr>
          <w:color w:val="646464"/>
          <w:sz w:val="18"/>
        </w:rPr>
        <w:t>Konu: Object pronouns — preposition'dan sonra</w:t>
      </w:r>
    </w:p>
    <w:p>
      <w:pPr>
        <w:ind w:left="567"/>
      </w:pPr>
      <w:r>
        <w:rPr>
          <w:color w:val="B43C14"/>
          <w:sz w:val="18"/>
        </w:rPr>
        <w:t>⚡ Trik: 'Look at' + object pronoun → him. 'Look at he' ❌ (Trik #6)</w:t>
      </w:r>
    </w:p>
    <w:p/>
    <w:p>
      <w:r>
        <w:rPr>
          <w:b/>
          <w:sz w:val="20"/>
        </w:rPr>
        <w:t>Q10: C</w:t>
      </w:r>
    </w:p>
    <w:p>
      <w:pPr>
        <w:ind w:left="567"/>
      </w:pPr>
      <w:r>
        <w:rPr>
          <w:sz w:val="18"/>
        </w:rPr>
        <w:t>Doğru cevap: C) She</w:t>
      </w:r>
    </w:p>
    <w:p>
      <w:pPr>
        <w:ind w:left="567"/>
      </w:pPr>
      <w:r>
        <w:rPr>
          <w:color w:val="646464"/>
          <w:sz w:val="18"/>
        </w:rPr>
        <w:t>Konu: Subject pronouns — özne konumunda</w:t>
      </w:r>
    </w:p>
    <w:p>
      <w:pPr>
        <w:ind w:left="567"/>
      </w:pPr>
      <w:r>
        <w:rPr>
          <w:color w:val="B43C14"/>
          <w:sz w:val="18"/>
        </w:rPr>
        <w:t>⚡ Trik: Cümle başında özne → She. 'Her plays' ❌ (Trik #6)</w:t>
      </w:r>
    </w:p>
    <w:p/>
    <w:p>
      <w:r>
        <w:rPr>
          <w:b/>
          <w:sz w:val="20"/>
        </w:rPr>
        <w:t>Q11: B</w:t>
      </w:r>
    </w:p>
    <w:p>
      <w:pPr>
        <w:ind w:left="567"/>
      </w:pPr>
      <w:r>
        <w:rPr>
          <w:sz w:val="18"/>
        </w:rPr>
        <w:t>Doğru cevap: B) When</w:t>
      </w:r>
    </w:p>
    <w:p>
      <w:pPr>
        <w:ind w:left="567"/>
      </w:pPr>
      <w:r>
        <w:rPr>
          <w:color w:val="646464"/>
          <w:sz w:val="18"/>
        </w:rPr>
        <w:t>Konu: WH questions — When (ne zaman)</w:t>
      </w:r>
    </w:p>
    <w:p>
      <w:pPr>
        <w:ind w:left="567"/>
      </w:pPr>
      <w:r>
        <w:rPr>
          <w:color w:val="B43C14"/>
          <w:sz w:val="18"/>
        </w:rPr>
        <w:t>⚡ Trik: Tarih sorusu → When. 'What is your birthday' ❌ (Trik #7)</w:t>
      </w:r>
    </w:p>
    <w:p/>
    <w:p>
      <w:r>
        <w:rPr>
          <w:b/>
          <w:sz w:val="20"/>
        </w:rPr>
        <w:t>Q12: A</w:t>
      </w:r>
    </w:p>
    <w:p>
      <w:pPr>
        <w:ind w:left="567"/>
      </w:pPr>
      <w:r>
        <w:rPr>
          <w:sz w:val="18"/>
        </w:rPr>
        <w:t>Doğru cevap: A) How many</w:t>
      </w:r>
    </w:p>
    <w:p>
      <w:pPr>
        <w:ind w:left="567"/>
      </w:pPr>
      <w:r>
        <w:rPr>
          <w:color w:val="646464"/>
          <w:sz w:val="18"/>
        </w:rPr>
        <w:t>Konu: WH questions — How many (kaç tane)</w:t>
      </w:r>
    </w:p>
    <w:p>
      <w:pPr>
        <w:ind w:left="567"/>
      </w:pPr>
      <w:r>
        <w:rPr>
          <w:color w:val="B43C14"/>
          <w:sz w:val="18"/>
        </w:rPr>
        <w:t>⚡ Trik: Sayılabilen çoğul → How many (Trik #7)</w:t>
      </w:r>
    </w:p>
    <w:p/>
    <w:p>
      <w:r>
        <w:rPr>
          <w:b/>
          <w:sz w:val="20"/>
        </w:rPr>
        <w:t>Q13: B</w:t>
      </w:r>
    </w:p>
    <w:p>
      <w:pPr>
        <w:ind w:left="567"/>
      </w:pPr>
      <w:r>
        <w:rPr>
          <w:sz w:val="18"/>
        </w:rPr>
        <w:t>Doğru cevap: B) has</w:t>
      </w:r>
    </w:p>
    <w:p>
      <w:pPr>
        <w:ind w:left="567"/>
      </w:pPr>
      <w:r>
        <w:rPr>
          <w:color w:val="646464"/>
          <w:sz w:val="18"/>
        </w:rPr>
        <w:t>Konu: 's = has got (sahiplik)</w:t>
      </w:r>
    </w:p>
    <w:p>
      <w:pPr>
        <w:ind w:left="567"/>
      </w:pPr>
      <w:r>
        <w:rPr>
          <w:color w:val="B43C14"/>
          <w:sz w:val="18"/>
        </w:rPr>
        <w:t>⚡ Trik: 's + got → has. 'is got' ❌ (Trik #8)</w:t>
      </w:r>
    </w:p>
    <w:p/>
    <w:p>
      <w:r>
        <w:rPr>
          <w:b/>
          <w:sz w:val="20"/>
        </w:rPr>
        <w:t>Q14: C</w:t>
      </w:r>
    </w:p>
    <w:p>
      <w:pPr>
        <w:ind w:left="567"/>
      </w:pPr>
      <w:r>
        <w:rPr>
          <w:sz w:val="18"/>
        </w:rPr>
        <w:t>Doğru cevap: C) Ali's</w:t>
      </w:r>
    </w:p>
    <w:p>
      <w:pPr>
        <w:ind w:left="567"/>
      </w:pPr>
      <w:r>
        <w:rPr>
          <w:color w:val="646464"/>
          <w:sz w:val="18"/>
        </w:rPr>
        <w:t>Konu: Possessive 's — iyelik</w:t>
      </w:r>
    </w:p>
    <w:p>
      <w:pPr>
        <w:ind w:left="567"/>
      </w:pPr>
      <w:r>
        <w:rPr>
          <w:color w:val="B43C14"/>
          <w:sz w:val="18"/>
        </w:rPr>
        <w:t>⚡ Trik: İyelik 's → Ali's. 'Ali car' ❌ (Trik #8)</w:t>
      </w:r>
    </w:p>
    <w:p/>
    <w:p>
      <w:r>
        <w:rPr>
          <w:b/>
          <w:sz w:val="20"/>
        </w:rPr>
        <w:t>Q15: D</w:t>
      </w:r>
    </w:p>
    <w:p>
      <w:pPr>
        <w:ind w:left="567"/>
      </w:pPr>
      <w:r>
        <w:rPr>
          <w:sz w:val="18"/>
        </w:rPr>
        <w:t>Doğru cevap: D) swim</w:t>
      </w:r>
    </w:p>
    <w:p>
      <w:pPr>
        <w:ind w:left="567"/>
      </w:pPr>
      <w:r>
        <w:rPr>
          <w:color w:val="646464"/>
          <w:sz w:val="18"/>
        </w:rPr>
        <w:t>Konu: can + V1 (yalın fiil)</w:t>
      </w:r>
    </w:p>
    <w:p>
      <w:pPr>
        <w:ind w:left="567"/>
      </w:pPr>
      <w:r>
        <w:rPr>
          <w:color w:val="B43C14"/>
          <w:sz w:val="18"/>
        </w:rPr>
        <w:t>⚡ Trik: can'den sonra fiil YALIN. 'can swims/swimming' ❌ (Trik #9)</w:t>
      </w:r>
    </w:p>
    <w:p/>
    <w:p>
      <w:r>
        <w:rPr>
          <w:b/>
          <w:sz w:val="20"/>
        </w:rPr>
        <w:t>Q16: D</w:t>
      </w:r>
    </w:p>
    <w:p>
      <w:pPr>
        <w:ind w:left="567"/>
      </w:pPr>
      <w:r>
        <w:rPr>
          <w:sz w:val="18"/>
        </w:rPr>
        <w:t>Doğru cevap: D) be</w:t>
      </w:r>
    </w:p>
    <w:p>
      <w:pPr>
        <w:ind w:left="567"/>
      </w:pPr>
      <w:r>
        <w:rPr>
          <w:color w:val="646464"/>
          <w:sz w:val="18"/>
        </w:rPr>
        <w:t>Konu: to + V1 (infinitive — yalın fiil)</w:t>
      </w:r>
    </w:p>
    <w:p>
      <w:pPr>
        <w:ind w:left="567"/>
      </w:pPr>
      <w:r>
        <w:rPr>
          <w:color w:val="B43C14"/>
          <w:sz w:val="18"/>
        </w:rPr>
        <w:t>⚡ Trik: to'dan sonra fiil YALIN. 'to being' ❌ (Trik #9a)</w:t>
      </w:r>
    </w:p>
    <w:p/>
    <w:p>
      <w:r>
        <w:rPr>
          <w:b/>
          <w:sz w:val="20"/>
        </w:rPr>
        <w:t>Q17: A</w:t>
      </w:r>
    </w:p>
    <w:p>
      <w:pPr>
        <w:ind w:left="567"/>
      </w:pPr>
      <w:r>
        <w:rPr>
          <w:sz w:val="18"/>
        </w:rPr>
        <w:t>Doğru cevap: A) has</w:t>
      </w:r>
    </w:p>
    <w:p>
      <w:pPr>
        <w:ind w:left="567"/>
      </w:pPr>
      <w:r>
        <w:rPr>
          <w:color w:val="646464"/>
          <w:sz w:val="18"/>
        </w:rPr>
        <w:t>Konu: have got / has got — he/she/it</w:t>
      </w:r>
    </w:p>
    <w:p>
      <w:pPr>
        <w:ind w:left="567"/>
      </w:pPr>
      <w:r>
        <w:rPr>
          <w:color w:val="B43C14"/>
          <w:sz w:val="18"/>
        </w:rPr>
        <w:t>⚡ Trik: She → has got. 'She have got' ❌ (Trik #10)</w:t>
      </w:r>
    </w:p>
    <w:p/>
    <w:p>
      <w:r>
        <w:rPr>
          <w:b/>
          <w:sz w:val="20"/>
        </w:rPr>
        <w:t>Q18: A</w:t>
      </w:r>
    </w:p>
    <w:p>
      <w:pPr>
        <w:ind w:left="567"/>
      </w:pPr>
      <w:r>
        <w:rPr>
          <w:sz w:val="18"/>
        </w:rPr>
        <w:t>Doğru cevap: A) doesn't</w:t>
      </w:r>
    </w:p>
    <w:p>
      <w:pPr>
        <w:ind w:left="567"/>
      </w:pPr>
      <w:r>
        <w:rPr>
          <w:color w:val="646464"/>
          <w:sz w:val="18"/>
        </w:rPr>
        <w:t>Konu: don't/doesn't have — olumsuz</w:t>
      </w:r>
    </w:p>
    <w:p>
      <w:pPr>
        <w:ind w:left="567"/>
      </w:pPr>
      <w:r>
        <w:rPr>
          <w:color w:val="B43C14"/>
          <w:sz w:val="18"/>
        </w:rPr>
        <w:t>⚡ Trik: He → doesn't have. 'doesn't has' ❌ → doesn't'tan sonra V1 (Trik #10a)</w:t>
      </w:r>
    </w:p>
    <w:p/>
    <w:p>
      <w:r>
        <w:rPr>
          <w:b/>
          <w:sz w:val="20"/>
        </w:rPr>
        <w:t>Q19: C</w:t>
      </w:r>
    </w:p>
    <w:p>
      <w:pPr>
        <w:ind w:left="567"/>
      </w:pPr>
      <w:r>
        <w:rPr>
          <w:sz w:val="18"/>
        </w:rPr>
        <w:t>Doğru cevap: C) drawing</w:t>
      </w:r>
    </w:p>
    <w:p>
      <w:pPr>
        <w:ind w:left="567"/>
      </w:pPr>
      <w:r>
        <w:rPr>
          <w:color w:val="646464"/>
          <w:sz w:val="18"/>
        </w:rPr>
        <w:t>Konu: like + Ving (gerund)</w:t>
      </w:r>
    </w:p>
    <w:p>
      <w:pPr>
        <w:ind w:left="567"/>
      </w:pPr>
      <w:r>
        <w:rPr>
          <w:color w:val="B43C14"/>
          <w:sz w:val="18"/>
        </w:rPr>
        <w:t>⚡ Trik: like + -ing. 'likes draw' ❌ (Trik #11)</w:t>
      </w:r>
    </w:p>
    <w:p/>
    <w:p>
      <w:r>
        <w:rPr>
          <w:b/>
          <w:sz w:val="20"/>
        </w:rPr>
        <w:t>Q20: A</w:t>
      </w:r>
    </w:p>
    <w:p>
      <w:pPr>
        <w:ind w:left="567"/>
      </w:pPr>
      <w:r>
        <w:rPr>
          <w:sz w:val="18"/>
        </w:rPr>
        <w:t>Doğru cevap: A) wants</w:t>
      </w:r>
    </w:p>
    <w:p>
      <w:pPr>
        <w:ind w:left="567"/>
      </w:pPr>
      <w:r>
        <w:rPr>
          <w:color w:val="646464"/>
          <w:sz w:val="18"/>
        </w:rPr>
        <w:t>Konu: want to + V1 (want Ving ALMAZ)</w:t>
      </w:r>
    </w:p>
    <w:p>
      <w:pPr>
        <w:ind w:left="567"/>
      </w:pPr>
      <w:r>
        <w:rPr>
          <w:color w:val="B43C14"/>
          <w:sz w:val="18"/>
        </w:rPr>
        <w:t>⚡ Trik: want → sadece to + V1. 'wants playing' ❌ (Trik #11a)</w:t>
      </w:r>
    </w:p>
    <w:p/>
    <w:p>
      <w:r>
        <w:rPr>
          <w:b/>
          <w:sz w:val="20"/>
        </w:rPr>
        <w:t>Q21: D</w:t>
      </w:r>
    </w:p>
    <w:p>
      <w:pPr>
        <w:ind w:left="567"/>
      </w:pPr>
      <w:r>
        <w:rPr>
          <w:sz w:val="18"/>
        </w:rPr>
        <w:t>Doğru cevap: D) are</w:t>
      </w:r>
    </w:p>
    <w:p>
      <w:pPr>
        <w:ind w:left="567"/>
      </w:pPr>
      <w:r>
        <w:rPr>
          <w:color w:val="646464"/>
          <w:sz w:val="18"/>
        </w:rPr>
        <w:t>Konu: There is/are — çoğul isim</w:t>
      </w:r>
    </w:p>
    <w:p>
      <w:pPr>
        <w:ind w:left="567"/>
      </w:pPr>
      <w:r>
        <w:rPr>
          <w:color w:val="B43C14"/>
          <w:sz w:val="18"/>
        </w:rPr>
        <w:t>⚡ Trik: three books = çoğul → are. 'There is three' ❌ (Trik #12)</w:t>
      </w:r>
    </w:p>
    <w:p/>
    <w:p>
      <w:r>
        <w:rPr>
          <w:b/>
          <w:sz w:val="20"/>
        </w:rPr>
        <w:t>Q22: A</w:t>
      </w:r>
    </w:p>
    <w:p>
      <w:pPr>
        <w:ind w:left="567"/>
      </w:pPr>
      <w:r>
        <w:rPr>
          <w:sz w:val="18"/>
        </w:rPr>
        <w:t>Doğru cevap: A) is</w:t>
      </w:r>
    </w:p>
    <w:p>
      <w:pPr>
        <w:ind w:left="567"/>
      </w:pPr>
      <w:r>
        <w:rPr>
          <w:color w:val="646464"/>
          <w:sz w:val="18"/>
        </w:rPr>
        <w:t>Konu: There is/are + a lot of + uncountable</w:t>
      </w:r>
    </w:p>
    <w:p>
      <w:pPr>
        <w:ind w:left="567"/>
      </w:pPr>
      <w:r>
        <w:rPr>
          <w:color w:val="B43C14"/>
          <w:sz w:val="18"/>
        </w:rPr>
        <w:t>⚡ Trik: water = sayılamaz → is. 'a lot of'a değil isme bak! (Trik #12a)</w:t>
      </w:r>
    </w:p>
    <w:p/>
    <w:p>
      <w:r>
        <w:rPr>
          <w:b/>
          <w:sz w:val="20"/>
        </w:rPr>
        <w:t>Q23: A</w:t>
      </w:r>
    </w:p>
    <w:p>
      <w:pPr>
        <w:ind w:left="567"/>
      </w:pPr>
      <w:r>
        <w:rPr>
          <w:sz w:val="18"/>
        </w:rPr>
        <w:t>Doğru cevap: A) These</w:t>
      </w:r>
    </w:p>
    <w:p>
      <w:pPr>
        <w:ind w:left="567"/>
      </w:pPr>
      <w:r>
        <w:rPr>
          <w:color w:val="646464"/>
          <w:sz w:val="18"/>
        </w:rPr>
        <w:t>Konu: this/that/these/those — çoğul yakın</w:t>
      </w:r>
    </w:p>
    <w:p>
      <w:pPr>
        <w:ind w:left="567"/>
      </w:pPr>
      <w:r>
        <w:rPr>
          <w:color w:val="B43C14"/>
          <w:sz w:val="18"/>
        </w:rPr>
        <w:t>⚡ Trik: shoes = çoğul + yakın → These. 'This are' ❌ (Trik #13)</w:t>
      </w:r>
    </w:p>
    <w:p/>
    <w:p>
      <w:r>
        <w:rPr>
          <w:b/>
          <w:sz w:val="20"/>
        </w:rPr>
        <w:t>Q24: A</w:t>
      </w:r>
    </w:p>
    <w:p>
      <w:pPr>
        <w:ind w:left="567"/>
      </w:pPr>
      <w:r>
        <w:rPr>
          <w:sz w:val="18"/>
        </w:rPr>
        <w:t>Doğru cevap: A) on</w:t>
      </w:r>
    </w:p>
    <w:p>
      <w:pPr>
        <w:ind w:left="567"/>
      </w:pPr>
      <w:r>
        <w:rPr>
          <w:color w:val="646464"/>
          <w:sz w:val="18"/>
        </w:rPr>
        <w:t>Konu: Prepositions of time — gün</w:t>
      </w:r>
    </w:p>
    <w:p>
      <w:pPr>
        <w:ind w:left="567"/>
      </w:pPr>
      <w:r>
        <w:rPr>
          <w:color w:val="B43C14"/>
          <w:sz w:val="18"/>
        </w:rPr>
        <w:t>⚡ Trik: gün → on. 'at Saturday' ❌ 'in Saturday' ❌ (Trik #14)</w:t>
      </w:r>
    </w:p>
    <w:p/>
    <w:p>
      <w:r>
        <w:rPr>
          <w:b/>
          <w:sz w:val="20"/>
        </w:rPr>
        <w:t>Q25: B</w:t>
      </w:r>
    </w:p>
    <w:p>
      <w:pPr>
        <w:ind w:left="567"/>
      </w:pPr>
      <w:r>
        <w:rPr>
          <w:sz w:val="18"/>
        </w:rPr>
        <w:t>Doğru cevap: B) Her</w:t>
      </w:r>
    </w:p>
    <w:p>
      <w:pPr>
        <w:ind w:left="567"/>
      </w:pPr>
      <w:r>
        <w:rPr>
          <w:color w:val="646464"/>
          <w:sz w:val="18"/>
        </w:rPr>
        <w:t>Konu: Possessive adjectives — she → her</w:t>
      </w:r>
    </w:p>
    <w:p>
      <w:pPr>
        <w:ind w:left="567"/>
      </w:pPr>
      <w:r>
        <w:rPr>
          <w:color w:val="B43C14"/>
          <w:sz w:val="18"/>
        </w:rPr>
        <w:t>⚡ Trik: İyelik sıfatı → Her. 'She name' ❌ (Trik #15)</w:t>
      </w:r>
    </w:p>
    <w:p/>
    <w:p>
      <w:r>
        <w:rPr>
          <w:b/>
          <w:sz w:val="20"/>
        </w:rPr>
        <w:t>Q26: A</w:t>
      </w:r>
    </w:p>
    <w:p>
      <w:pPr>
        <w:ind w:left="567"/>
      </w:pPr>
      <w:r>
        <w:rPr>
          <w:sz w:val="18"/>
        </w:rPr>
        <w:t>Doğru cevap: A) wants</w:t>
      </w:r>
    </w:p>
    <w:p>
      <w:pPr>
        <w:ind w:left="567"/>
      </w:pPr>
      <w:r>
        <w:rPr>
          <w:color w:val="646464"/>
          <w:sz w:val="18"/>
        </w:rPr>
        <w:t>Konu: want to / wants to — he/she/it</w:t>
      </w:r>
    </w:p>
    <w:p>
      <w:pPr>
        <w:ind w:left="567"/>
      </w:pPr>
      <w:r>
        <w:rPr>
          <w:color w:val="B43C14"/>
          <w:sz w:val="18"/>
        </w:rPr>
        <w:t>⚡ Trik: He → wants to. 'He want to' ❌ (Trik #16)</w:t>
      </w:r>
    </w:p>
    <w:p/>
    <w:p>
      <w:r>
        <w:rPr>
          <w:b/>
          <w:sz w:val="20"/>
        </w:rPr>
        <w:t>Q27: C</w:t>
      </w:r>
    </w:p>
    <w:p>
      <w:pPr>
        <w:ind w:left="567"/>
      </w:pPr>
      <w:r>
        <w:rPr>
          <w:sz w:val="18"/>
        </w:rPr>
        <w:t>Doğru cevap: C) water</w:t>
      </w:r>
    </w:p>
    <w:p>
      <w:pPr>
        <w:ind w:left="567"/>
      </w:pPr>
      <w:r>
        <w:rPr>
          <w:color w:val="646464"/>
          <w:sz w:val="18"/>
        </w:rPr>
        <w:t>Konu: want + isim (to YOK)</w:t>
      </w:r>
    </w:p>
    <w:p>
      <w:pPr>
        <w:ind w:left="567"/>
      </w:pPr>
      <w:r>
        <w:rPr>
          <w:color w:val="B43C14"/>
          <w:sz w:val="18"/>
        </w:rPr>
        <w:t>⚡ Trik: İsim → to yok. 'want to water' ❌ (Trik #16a)</w:t>
      </w:r>
    </w:p>
    <w:p/>
    <w:p>
      <w:r>
        <w:rPr>
          <w:b/>
          <w:sz w:val="20"/>
        </w:rPr>
        <w:t>Q28: C</w:t>
      </w:r>
    </w:p>
    <w:p>
      <w:pPr>
        <w:ind w:left="567"/>
      </w:pPr>
      <w:r>
        <w:rPr>
          <w:sz w:val="18"/>
        </w:rPr>
        <w:t>Doğru cevap: C) always</w:t>
      </w:r>
    </w:p>
    <w:p>
      <w:pPr>
        <w:ind w:left="567"/>
      </w:pPr>
      <w:r>
        <w:rPr>
          <w:color w:val="646464"/>
          <w:sz w:val="18"/>
        </w:rPr>
        <w:t>Konu: Adverbs of frequency — fiilden önce</w:t>
      </w:r>
    </w:p>
    <w:p>
      <w:pPr>
        <w:ind w:left="567"/>
      </w:pPr>
      <w:r>
        <w:rPr>
          <w:color w:val="B43C14"/>
          <w:sz w:val="18"/>
        </w:rPr>
        <w:t>⚡ Trik: always → fiilden ÖNCE. 'I go always' ❌ (Trik #18)</w:t>
      </w:r>
    </w:p>
    <w:p/>
    <w:p>
      <w:r>
        <w:rPr>
          <w:b/>
          <w:sz w:val="20"/>
        </w:rPr>
        <w:t>Q29: D</w:t>
      </w:r>
    </w:p>
    <w:p>
      <w:pPr>
        <w:ind w:left="567"/>
      </w:pPr>
      <w:r>
        <w:rPr>
          <w:sz w:val="18"/>
        </w:rPr>
        <w:t>Doğru cevap: D) but</w:t>
      </w:r>
    </w:p>
    <w:p>
      <w:pPr>
        <w:ind w:left="567"/>
      </w:pPr>
      <w:r>
        <w:rPr>
          <w:color w:val="646464"/>
          <w:sz w:val="18"/>
        </w:rPr>
        <w:t>Konu: Conjunctions — but (zıtlık)</w:t>
      </w:r>
    </w:p>
    <w:p>
      <w:pPr>
        <w:ind w:left="567"/>
      </w:pPr>
      <w:r>
        <w:rPr>
          <w:color w:val="B43C14"/>
          <w:sz w:val="18"/>
        </w:rPr>
        <w:t>⚡ Trik: zıtlık → but. 'and' = ekleme (Trik #19)</w:t>
      </w:r>
    </w:p>
    <w:p/>
    <w:p>
      <w:r>
        <w:rPr>
          <w:b/>
          <w:sz w:val="20"/>
        </w:rPr>
        <w:t>Q30: B</w:t>
      </w:r>
    </w:p>
    <w:p>
      <w:pPr>
        <w:ind w:left="567"/>
      </w:pPr>
      <w:r>
        <w:rPr>
          <w:sz w:val="18"/>
        </w:rPr>
        <w:t>Doğru cevap: B) he doesn't.</w:t>
      </w:r>
    </w:p>
    <w:p>
      <w:pPr>
        <w:ind w:left="567"/>
      </w:pPr>
      <w:r>
        <w:rPr>
          <w:color w:val="646464"/>
          <w:sz w:val="18"/>
        </w:rPr>
        <w:t>Konu: do/does Yes-No — kısa cevap</w:t>
      </w:r>
    </w:p>
    <w:p>
      <w:pPr>
        <w:ind w:left="567"/>
      </w:pPr>
      <w:r>
        <w:rPr>
          <w:color w:val="B43C14"/>
          <w:sz w:val="18"/>
        </w:rPr>
        <w:t>⚡ Trik: 'No, he doesn't.' — 'doesn't like' ❌ (Trik #20)</w:t>
      </w:r>
    </w:p>
    <w:p/>
    <w:p/>
    <w:p>
      <w:r>
        <w:rPr>
          <w:b/>
          <w:sz w:val="18"/>
        </w:rPr>
        <w:t>📋 Kapsam Notu:</w:t>
      </w:r>
    </w:p>
    <w:p>
      <w:r>
        <w:rPr>
          <w:sz w:val="18"/>
        </w:rPr>
        <w:t>• Sorular 4. Sınıf tüm üniteler (1-9) kapsamında hazırlanmıştır.</w:t>
        <w:br/>
        <w:t>• Öğrencilerin ileride göreceği konular KESİNLİKLE sorulmamıştır.</w:t>
        <w:br/>
        <w:t>• Çeldiriciler, 4. Sınıf Trik Noktalar dosyasındaki sık yapılan hatalara göre yerleştirilmiştir.</w:t>
        <w:br/>
        <w:t>• Zorluk seviyesi: A1</w:t>
        <w:br/>
        <w:t>• Her soru bir trik noktasını test eder — öğrencinin kavram yanılgısı ölçülür.</w:t>
        <w:br/>
        <w:t>• Kaynak: KKTC MEB Temel Eğitim İngilizce Dersi Öğretim Programı (4. Sınıf)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