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My Classroom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1. 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2. She ___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3. They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4. It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5. You ___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6. We ___ happy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7. He ___ a good boy.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8. The pen ___ on the desk.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___ you a student?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This ___ my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They ___ my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What ___ this? It is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How many books ___ there? Five.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I ___ ten years old.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1. ___ is my bag. (close to me)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2. ___ is the window. (far from me)</w:t>
      </w:r>
    </w:p>
    <w:p>
      <w:pPr>
        <w:spacing w:after="80"/>
        <w:ind w:left="340"/>
      </w:pPr>
      <w:r>
        <w:rPr>
          <w:b w:val="0"/>
          <w:i w:val="0"/>
          <w:u w:val="none"/>
        </w:rPr>
        <w:t>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3. ___ is a pencil. (in my hand)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4. ___ is the door. (over there)</w:t>
      </w:r>
    </w:p>
    <w:p>
      <w:pPr>
        <w:spacing w:after="80"/>
        <w:ind w:left="340"/>
      </w:pPr>
      <w:r>
        <w:rPr>
          <w:b w:val="0"/>
          <w:i w:val="0"/>
          <w:u w:val="none"/>
        </w:rPr>
        <w:t>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1. I ___ a new bag.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2. She ___ two books.</w:t>
      </w:r>
    </w:p>
    <w:p>
      <w:pPr>
        <w:spacing w:after="80"/>
        <w:ind w:left="340"/>
      </w:pPr>
      <w:r>
        <w:rPr>
          <w:b w:val="0"/>
          <w:i w:val="0"/>
          <w:u w:val="none"/>
        </w:rPr>
        <w:t>has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3. They ___ three pens.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4. He ___ a red pencil.</w:t>
      </w:r>
    </w:p>
    <w:p>
      <w:pPr>
        <w:spacing w:after="80"/>
        <w:ind w:left="340"/>
      </w:pPr>
      <w:r>
        <w:rPr>
          <w:b w:val="0"/>
          <w:i w:val="0"/>
          <w:u w:val="none"/>
        </w:rPr>
        <w:t>has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5. We ___ a big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have got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"I is a student"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"They are my friends"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"She have got a book"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"This is my pen" means the pen is close to me.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"How many" is used to ask about numbers.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Eşleştirme (4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2→D, 3→C, 4→A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is / this / a / book → _______________________________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 is a book.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am / I / student / a → _______________________________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 am a student.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have got / I / a / pencil → _______________________________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I have got a pencil.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are / they / classroom / the / in → ________________________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 are in the classroom.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three = ___  seven = ___  eleven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3, 7, 11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fourteen = ___  seventeen = ___  nineteen =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14, 17, 19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It is a _______________________________</w:t>
      </w:r>
    </w:p>
    <w:p>
      <w:pPr>
        <w:spacing w:after="80"/>
        <w:ind w:left="340"/>
      </w:pPr>
      <w:r>
        <w:rPr>
          <w:b w:val="0"/>
          <w:i w:val="0"/>
          <w:u w:val="none"/>
        </w:rPr>
        <w:t>(student's own answer)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