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My Classroom - Classroom Objects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Eşleştirme (8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1→F, 2→D, 3→B, 4→C, 5→G, 6→E, 7→H, 8→A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 xml:space="preserve">My books are in my ___ . I draw a line with a ___ . I write </w:t>
      </w:r>
    </w:p>
    <w:p>
      <w:pPr>
        <w:spacing w:after="80"/>
        <w:ind w:left="340"/>
      </w:pPr>
      <w:r>
        <w:rPr>
          <w:b w:val="0"/>
          <w:i w:val="0"/>
          <w:u w:val="none"/>
        </w:rPr>
        <w:t>school bag, ruler, pencil, board, chair, door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I sit on it. What is it?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chair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I write with it. It is yellow and long. What is it?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pencil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I look at it in the classroom. It is black. What is it?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board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My books and my pens are in it. What is it?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school bag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I draw a line with it. It is long. What is it?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ruler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It is on the table. I read it. What is it?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book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I open it and I look out. What is it?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window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I have got it. It is blue. I write with it. What is it?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pen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I write with it. It is yellow. This is a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pencil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My books are in it. This is a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school bag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It is ___ pencil. It is ___ orange. I have got ___ ruler. It</w:t>
      </w:r>
    </w:p>
    <w:p>
      <w:pPr>
        <w:spacing w:after="80"/>
        <w:ind w:left="340"/>
      </w:pPr>
      <w:r>
        <w:rPr>
          <w:b w:val="0"/>
          <w:i w:val="0"/>
          <w:u w:val="none"/>
        </w:rPr>
        <w:t>a, an, a, an, a, an, a, 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It is ___ pencil.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It is ___ orange.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I have got ___ ruler.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It is ___ object.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It is ___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I have got ___ orange bag.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one book, two ___ . one ruler, three ___ . one chair, five _</w:t>
      </w:r>
    </w:p>
    <w:p>
      <w:pPr>
        <w:spacing w:after="80"/>
        <w:ind w:left="340"/>
      </w:pPr>
      <w:r>
        <w:rPr>
          <w:b w:val="0"/>
          <w:i w:val="0"/>
          <w:u w:val="none"/>
        </w:rPr>
        <w:t>books, rulers, chairs, rubbers, windows, bags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One pencil, two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pencils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It is a chair. They are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chairs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One book, two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books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I have got five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windows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It is a ruler. They are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rulers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one door, two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doors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one board, two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boards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___ is my pencil. (yakında) ___ is the board. (uzağımda)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This, That, This, That, This, That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Is this a pen? Yes, it ___ . Is that a board? No, it ___ . I</w:t>
      </w:r>
    </w:p>
    <w:p>
      <w:pPr>
        <w:spacing w:after="80"/>
        <w:ind w:left="340"/>
      </w:pPr>
      <w:r>
        <w:rPr>
          <w:b w:val="0"/>
          <w:i w:val="0"/>
          <w:u w:val="none"/>
        </w:rPr>
        <w:t>is, isn't, is, isn't, is, isn't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___ is my pencil. (yakında)</w:t>
      </w:r>
    </w:p>
    <w:p>
      <w:pPr>
        <w:spacing w:after="80"/>
        <w:ind w:left="340"/>
      </w:pPr>
      <w:r>
        <w:rPr>
          <w:b w:val="0"/>
          <w:i w:val="0"/>
          <w:u w:val="none"/>
        </w:rPr>
        <w:t>A) This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___ is the board. (uzağımda)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Is this a ruler? Yes, it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Is that a door? No, it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this / a pen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Is this a pen?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that / a book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Is that a book?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this / a chair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Is this a chair?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color w:val="666666"/>
          <w:sz w:val="18"/>
          <w:u w:val="none"/>
        </w:rPr>
        <w:t>that / a window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Is that a window?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color w:val="666666"/>
          <w:sz w:val="18"/>
          <w:u w:val="none"/>
        </w:rPr>
        <w:t>11 → ___ 12 → ___ 15 → ___ 18 → ___ 20 → ___ 13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eleven, twelve, fifteen, eighteen, twenty, thirteen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color w:val="666666"/>
          <w:sz w:val="18"/>
          <w:u w:val="none"/>
        </w:rPr>
        <w:t>___ is the board? It is black.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What colour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color w:val="666666"/>
          <w:sz w:val="18"/>
          <w:u w:val="none"/>
        </w:rPr>
        <w:t>How many ___ ? Six pencils.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pencils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color w:val="666666"/>
          <w:sz w:val="18"/>
          <w:u w:val="none"/>
        </w:rPr>
        <w:t>Number 15 in English is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fifteen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color w:val="666666"/>
          <w:sz w:val="18"/>
          <w:u w:val="none"/>
        </w:rPr>
        <w:t>Number 20 in English is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twenty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color w:val="666666"/>
          <w:sz w:val="18"/>
          <w:u w:val="none"/>
        </w:rPr>
        <w:t>___ pencils are in my bag? I have got four pencils.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How many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color w:val="666666"/>
          <w:sz w:val="18"/>
          <w:u w:val="none"/>
        </w:rPr>
        <w:t>Number 12 in English is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twelve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color w:val="666666"/>
          <w:sz w:val="18"/>
          <w:u w:val="none"/>
        </w:rPr>
        <w:t>7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seven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color w:val="666666"/>
          <w:sz w:val="18"/>
          <w:u w:val="none"/>
        </w:rPr>
        <w:t>19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nineteen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color w:val="666666"/>
          <w:sz w:val="18"/>
          <w:u w:val="none"/>
        </w:rPr>
        <w:t>14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fourteen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color w:val="666666"/>
          <w:sz w:val="18"/>
          <w:u w:val="none"/>
        </w:rPr>
        <w:t>I have ___ a pen. I ___ got a book. I have got ___ orange ba</w:t>
      </w:r>
    </w:p>
    <w:p>
      <w:pPr>
        <w:spacing w:after="80"/>
        <w:ind w:left="340"/>
      </w:pPr>
      <w:r>
        <w:rPr>
          <w:b w:val="0"/>
          <w:i w:val="0"/>
          <w:u w:val="none"/>
        </w:rPr>
        <w:t>got, have, an, got, got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color w:val="666666"/>
          <w:sz w:val="18"/>
          <w:u w:val="none"/>
        </w:rPr>
        <w:t>I / have got / a pencil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I have got a pencil.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color w:val="666666"/>
          <w:sz w:val="18"/>
          <w:u w:val="none"/>
        </w:rPr>
        <w:t>I / have got / two books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I have got two books.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color w:val="666666"/>
          <w:sz w:val="18"/>
          <w:u w:val="none"/>
        </w:rPr>
        <w:t>I / have got / a ruler and a rubber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I have got a ruler and a rubber.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color w:val="666666"/>
          <w:sz w:val="18"/>
          <w:u w:val="none"/>
        </w:rPr>
        <w:t>I / have got / an orange school bag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I have got an orange school bag.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color w:val="666666"/>
          <w:sz w:val="18"/>
          <w:u w:val="none"/>
        </w:rPr>
        <w:t>I ___ got a pencil.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have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color w:val="666666"/>
          <w:sz w:val="18"/>
          <w:u w:val="none"/>
        </w:rPr>
        <w:t>I have got ___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color w:val="666666"/>
          <w:sz w:val="18"/>
          <w:u w:val="none"/>
        </w:rPr>
        <w:t>I have got ___ orange rubber.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color w:val="666666"/>
          <w:sz w:val="18"/>
          <w:u w:val="none"/>
        </w:rPr>
        <w:t>I have got two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books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color w:val="666666"/>
          <w:sz w:val="18"/>
          <w:u w:val="none"/>
        </w:rPr>
        <w:t>This is a ruler. They are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rulers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color w:val="666666"/>
          <w:sz w:val="18"/>
          <w:u w:val="none"/>
        </w:rPr>
        <w:t>___ is the window. (uzağımda)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color w:val="666666"/>
          <w:sz w:val="18"/>
          <w:u w:val="none"/>
        </w:rPr>
        <w:t>Number 18 in English is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eighteen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color w:val="666666"/>
          <w:sz w:val="18"/>
          <w:u w:val="none"/>
        </w:rPr>
        <w:t>I have got ___ orange pencil.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61) </w:t>
      </w:r>
      <w:r>
        <w:rPr>
          <w:b w:val="0"/>
          <w:i w:val="0"/>
          <w:color w:val="666666"/>
          <w:sz w:val="18"/>
          <w:u w:val="none"/>
        </w:rPr>
        <w:t>___ is this? It is a pencil.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What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62) </w:t>
      </w:r>
      <w:r>
        <w:rPr>
          <w:b w:val="0"/>
          <w:i w:val="0"/>
          <w:color w:val="666666"/>
          <w:sz w:val="18"/>
          <w:u w:val="none"/>
        </w:rPr>
        <w:t>'This is a book.' is correct.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63) </w:t>
      </w:r>
      <w:r>
        <w:rPr>
          <w:b w:val="0"/>
          <w:i w:val="0"/>
          <w:color w:val="666666"/>
          <w:sz w:val="18"/>
          <w:u w:val="none"/>
        </w:rPr>
        <w:t>'I have got a pen.' means 'Benim bir kalemim yok.'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64) </w:t>
      </w:r>
      <w:r>
        <w:rPr>
          <w:b w:val="0"/>
          <w:i w:val="0"/>
          <w:color w:val="666666"/>
          <w:sz w:val="18"/>
          <w:u w:val="none"/>
        </w:rPr>
        <w:t>Number 12 in English is 'twelve'.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65) </w:t>
      </w:r>
      <w:r>
        <w:rPr>
          <w:b w:val="0"/>
          <w:i w:val="0"/>
          <w:color w:val="666666"/>
          <w:sz w:val="18"/>
          <w:u w:val="none"/>
        </w:rPr>
        <w:t>'How many' is for colour.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66) </w:t>
      </w:r>
      <w:r>
        <w:rPr>
          <w:b w:val="0"/>
          <w:i w:val="0"/>
          <w:color w:val="666666"/>
          <w:sz w:val="18"/>
          <w:u w:val="none"/>
        </w:rPr>
        <w:t>'They are books.' is correct.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67) </w:t>
      </w:r>
      <w:r>
        <w:rPr>
          <w:b w:val="0"/>
          <w:i w:val="0"/>
          <w:color w:val="666666"/>
          <w:sz w:val="18"/>
          <w:u w:val="none"/>
        </w:rPr>
        <w:t>Write about your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Student's answer. Use: 'This is a ___ .', 'It is ___ .', 'I have got a/an ___ .'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