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How many? - Sayılar 1-20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11 → ___ 12 → ___ 15 → ___ 18 → ___ 20 → ___ 13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eleven, twelve, fifteen, eighteen, twenty, thirteen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___ books have you got? Five books. ___ is this? It is a pen</w:t>
      </w:r>
    </w:p>
    <w:p>
      <w:pPr>
        <w:spacing w:after="80"/>
        <w:ind w:left="340"/>
      </w:pPr>
      <w:r>
        <w:rPr>
          <w:b w:val="0"/>
          <w:i w:val="0"/>
          <w:u w:val="none"/>
        </w:rPr>
        <w:t>How many, What, How many,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One, two, three, four. How many books? ___ books. I have got</w:t>
      </w:r>
    </w:p>
    <w:p>
      <w:pPr>
        <w:spacing w:after="80"/>
        <w:ind w:left="340"/>
      </w:pPr>
      <w:r>
        <w:rPr>
          <w:b w:val="0"/>
          <w:i w:val="0"/>
          <w:u w:val="none"/>
        </w:rPr>
        <w:t>four, six, 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___ books have you got? Five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Number 15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fifteen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Number 20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twenty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I have got five crayons and three pens. How many crayons?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B) five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Number 12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twelve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___ pencils are in my bag? I have got four pencils.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How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Number 11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eleven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___ is this? It is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'How many' is for colour.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Number 12 in English is 'twelve'.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'How many books have you got?' is a question.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Number 15 in English is 'five'.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