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color w:val="2E5E8C"/>
          <w:sz w:val="34"/>
          <w:u w:val="none"/>
        </w:rPr>
        <w:t>How many? - Sayılar 1-20</w:t>
      </w:r>
    </w:p>
    <w:p>
      <w:pPr>
        <w:spacing w:after="160"/>
        <w:jc w:val="center"/>
      </w:pPr>
      <w:r>
        <w:rPr>
          <w:b w:val="0"/>
          <w:i/>
          <w:color w:val="666666"/>
          <w:sz w:val="22"/>
          <w:u w:val="none"/>
        </w:rPr>
        <w:t>3. Sınıf İngilizce | Unit 1: My Classroom</w:t>
      </w:r>
    </w:p>
    <w:p>
      <w:pPr>
        <w:spacing w:after="200"/>
      </w:pPr>
      <w:r>
        <w:rPr>
          <w:b/>
          <w:i w:val="0"/>
          <w:sz w:val="20"/>
          <w:u w:val="none"/>
        </w:rPr>
        <w:t xml:space="preserve">Ad Soyad: </w:t>
      </w:r>
      <w:r>
        <w:rPr>
          <w:b w:val="0"/>
          <w:i w:val="0"/>
          <w:color w:val="666666"/>
          <w:sz w:val="20"/>
          <w:u w:val="none"/>
        </w:rPr>
        <w:t xml:space="preserve">..............................   </w:t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A. How many? (Konu Anlatımı)</w:t>
      </w:r>
    </w:p>
    <w:p>
      <w:pPr>
        <w:jc w:val="both"/>
      </w:pPr>
      <w:r>
        <w:rPr>
          <w:b/>
          <w:i w:val="0"/>
          <w:u w:val="none"/>
        </w:rPr>
        <w:t>How many</w:t>
      </w:r>
      <w:r>
        <w:rPr>
          <w:b w:val="0"/>
          <w:i w:val="0"/>
          <w:u w:val="none"/>
        </w:rPr>
        <w:t xml:space="preserve"> = kaç tane?  Cevap bir </w:t>
      </w:r>
      <w:r>
        <w:rPr>
          <w:b/>
          <w:i w:val="0"/>
          <w:u w:val="none"/>
        </w:rPr>
        <w:t>sayı</w:t>
      </w:r>
      <w:r>
        <w:rPr>
          <w:b w:val="0"/>
          <w:i w:val="0"/>
          <w:u w:val="none"/>
        </w:rPr>
        <w:t>dır.</w:t>
      </w:r>
    </w:p>
    <w:p>
      <w:pPr>
        <w:spacing w:after="60"/>
        <w:ind w:left="340"/>
      </w:pPr>
      <w:r>
        <w:rPr>
          <w:b w:val="0"/>
          <w:i w:val="0"/>
          <w:color w:val="2E5E8C"/>
          <w:u w:val="none"/>
        </w:rPr>
        <w:t xml:space="preserve">•  </w:t>
      </w:r>
      <w:r>
        <w:rPr>
          <w:b/>
          <w:i w:val="0"/>
          <w:u w:val="none"/>
        </w:rPr>
        <w:t>How many</w:t>
      </w:r>
      <w:r>
        <w:rPr>
          <w:b w:val="0"/>
          <w:i w:val="0"/>
          <w:u w:val="none"/>
        </w:rPr>
        <w:t xml:space="preserve"> books have you got?  </w:t>
      </w:r>
      <w:r>
        <w:rPr>
          <w:b/>
          <w:i w:val="0"/>
          <w:u w:val="none"/>
        </w:rPr>
        <w:t>Five</w:t>
      </w:r>
      <w:r>
        <w:rPr>
          <w:b w:val="0"/>
          <w:i w:val="0"/>
          <w:u w:val="none"/>
        </w:rPr>
        <w:t xml:space="preserve"> books.</w:t>
      </w:r>
    </w:p>
    <w:p>
      <w:pPr>
        <w:spacing w:after="60"/>
        <w:ind w:left="340"/>
      </w:pPr>
      <w:r>
        <w:rPr>
          <w:b w:val="0"/>
          <w:i w:val="0"/>
          <w:color w:val="2E5E8C"/>
          <w:u w:val="none"/>
        </w:rPr>
        <w:t xml:space="preserve">•  </w:t>
      </w:r>
      <w:r>
        <w:rPr>
          <w:b/>
          <w:i w:val="0"/>
          <w:u w:val="none"/>
        </w:rPr>
        <w:t>How many</w:t>
      </w:r>
      <w:r>
        <w:rPr>
          <w:b w:val="0"/>
          <w:i w:val="0"/>
          <w:u w:val="none"/>
        </w:rPr>
        <w:t xml:space="preserve"> rulers are on the table?  </w:t>
      </w:r>
      <w:r>
        <w:rPr>
          <w:b/>
          <w:i w:val="0"/>
          <w:u w:val="none"/>
        </w:rPr>
        <w:t>Three</w:t>
      </w:r>
      <w:r>
        <w:rPr>
          <w:b w:val="0"/>
          <w:i w:val="0"/>
          <w:u w:val="none"/>
        </w:rPr>
        <w:t xml:space="preserve"> rulers.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rPr>
          <w:cantSplit/>
        </w:trPr>
        <w:tc>
          <w:tcPr>
            <w:tcW w:type="dxa" w:w="9638"/>
            <w:shd w:val="clear" w:fill="FDF3E3"/>
            <w:tcBorders>
              <w:top w:val="single" w:sz="8" w:color="E8DCC8"/>
              <w:bottom w:val="single" w:sz="8" w:color="E8DCC8"/>
              <w:right w:val="single" w:sz="8" w:color="E8DCC8"/>
            </w:tcBorders>
            <w:tcBorders>
              <w:left w:val="single" w:sz="20" w:color="2E5E8C"/>
            </w:tcBorders>
          </w:tcPr>
          <w:p>
            <w:pPr>
              <w:spacing w:before="40" w:after="40"/>
            </w:pPr>
            <w:r>
              <w:rPr>
                <w:b/>
                <w:i w:val="0"/>
                <w:color w:val="2E5E8C"/>
                <w:u w:val="none"/>
              </w:rPr>
              <w:t xml:space="preserve">PÜF NOKTASI: </w:t>
            </w:r>
            <w:r>
              <w:rPr>
                <w:b w:val="0"/>
                <w:i w:val="0"/>
                <w:u w:val="none"/>
              </w:rPr>
              <w:t>'How many' sayı sorar.  'What' ise nesneyi sorar: 'What is this? It is a pen.'</w:t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type="dxa" w:w="1134"/>
            <w:shd w:val="clear" w:fill="E8EEF7"/>
          </w:tcPr>
          <w:p>
            <w:pPr>
              <w:keepNext/>
              <w:jc w:val="center"/>
            </w:pPr>
            <w:r>
              <w:rPr>
                <w:b/>
                <w:i w:val="0"/>
                <w:sz w:val="20"/>
                <w:u w:val="none"/>
              </w:rPr>
              <w:t>Sayı</w:t>
            </w:r>
          </w:p>
        </w:tc>
        <w:tc>
          <w:tcPr>
            <w:tcW w:type="dxa" w:w="3402"/>
            <w:shd w:val="clear" w:fill="E8EEF7"/>
          </w:tcPr>
          <w:p>
            <w:pPr>
              <w:keepNext/>
              <w:jc w:val="center"/>
            </w:pPr>
            <w:r>
              <w:rPr>
                <w:b/>
                <w:i w:val="0"/>
                <w:sz w:val="20"/>
                <w:u w:val="none"/>
              </w:rPr>
              <w:t>İngilizce</w:t>
            </w:r>
          </w:p>
        </w:tc>
        <w:tc>
          <w:tcPr>
            <w:tcW w:type="dxa" w:w="1134"/>
            <w:shd w:val="clear" w:fill="E8EEF7"/>
          </w:tcPr>
          <w:p>
            <w:pPr>
              <w:keepNext/>
              <w:jc w:val="center"/>
            </w:pPr>
            <w:r>
              <w:rPr>
                <w:b/>
                <w:i w:val="0"/>
                <w:sz w:val="20"/>
                <w:u w:val="none"/>
              </w:rPr>
              <w:t>Sayı</w:t>
            </w:r>
          </w:p>
        </w:tc>
        <w:tc>
          <w:tcPr>
            <w:tcW w:type="dxa" w:w="3402"/>
            <w:shd w:val="clear" w:fill="E8EEF7"/>
          </w:tcPr>
          <w:p>
            <w:pPr>
              <w:keepNext/>
              <w:jc w:val="center"/>
            </w:pPr>
            <w:r>
              <w:rPr>
                <w:b/>
                <w:i w:val="0"/>
                <w:sz w:val="20"/>
                <w:u w:val="none"/>
              </w:rPr>
              <w:t>İngilizce</w:t>
            </w:r>
          </w:p>
        </w:tc>
      </w:tr>
      <w:tr>
        <w:trPr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 w:val="0"/>
                <w:i w:val="0"/>
                <w:sz w:val="20"/>
                <w:u w:val="none"/>
              </w:rPr>
              <w:t>1</w:t>
            </w:r>
          </w:p>
        </w:tc>
        <w:tc>
          <w:tcPr>
            <w:tcW w:type="dxa" w:w="3402"/>
          </w:tcPr>
          <w:p>
            <w:pPr>
              <w:keepNext/>
              <w:jc w:val="left"/>
            </w:pPr>
            <w:r>
              <w:rPr>
                <w:b w:val="0"/>
                <w:i w:val="0"/>
                <w:sz w:val="20"/>
                <w:u w:val="none"/>
              </w:rPr>
              <w:t>one</w:t>
            </w:r>
          </w:p>
        </w:tc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 w:val="0"/>
                <w:i w:val="0"/>
                <w:sz w:val="20"/>
                <w:u w:val="none"/>
              </w:rPr>
              <w:t>11</w:t>
            </w:r>
          </w:p>
        </w:tc>
        <w:tc>
          <w:tcPr>
            <w:tcW w:type="dxa" w:w="3402"/>
          </w:tcPr>
          <w:p>
            <w:pPr>
              <w:keepNext/>
              <w:jc w:val="left"/>
            </w:pPr>
            <w:r>
              <w:rPr>
                <w:b w:val="0"/>
                <w:i w:val="0"/>
                <w:sz w:val="20"/>
                <w:u w:val="none"/>
              </w:rPr>
              <w:t>eleven</w:t>
            </w:r>
          </w:p>
        </w:tc>
      </w:tr>
      <w:tr>
        <w:trPr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 w:val="0"/>
                <w:i w:val="0"/>
                <w:sz w:val="20"/>
                <w:u w:val="none"/>
              </w:rPr>
              <w:t>2</w:t>
            </w:r>
          </w:p>
        </w:tc>
        <w:tc>
          <w:tcPr>
            <w:tcW w:type="dxa" w:w="3402"/>
          </w:tcPr>
          <w:p>
            <w:pPr>
              <w:keepNext/>
              <w:jc w:val="left"/>
            </w:pPr>
            <w:r>
              <w:rPr>
                <w:b w:val="0"/>
                <w:i w:val="0"/>
                <w:sz w:val="20"/>
                <w:u w:val="none"/>
              </w:rPr>
              <w:t>two</w:t>
            </w:r>
          </w:p>
        </w:tc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 w:val="0"/>
                <w:i w:val="0"/>
                <w:sz w:val="20"/>
                <w:u w:val="none"/>
              </w:rPr>
              <w:t>12</w:t>
            </w:r>
          </w:p>
        </w:tc>
        <w:tc>
          <w:tcPr>
            <w:tcW w:type="dxa" w:w="3402"/>
          </w:tcPr>
          <w:p>
            <w:pPr>
              <w:keepNext/>
              <w:jc w:val="left"/>
            </w:pPr>
            <w:r>
              <w:rPr>
                <w:b w:val="0"/>
                <w:i w:val="0"/>
                <w:sz w:val="20"/>
                <w:u w:val="none"/>
              </w:rPr>
              <w:t>twelve</w:t>
            </w:r>
          </w:p>
        </w:tc>
      </w:tr>
      <w:tr>
        <w:trPr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 w:val="0"/>
                <w:i w:val="0"/>
                <w:sz w:val="20"/>
                <w:u w:val="none"/>
              </w:rPr>
              <w:t>3</w:t>
            </w:r>
          </w:p>
        </w:tc>
        <w:tc>
          <w:tcPr>
            <w:tcW w:type="dxa" w:w="3402"/>
          </w:tcPr>
          <w:p>
            <w:pPr>
              <w:keepNext/>
              <w:jc w:val="left"/>
            </w:pPr>
            <w:r>
              <w:rPr>
                <w:b w:val="0"/>
                <w:i w:val="0"/>
                <w:sz w:val="20"/>
                <w:u w:val="none"/>
              </w:rPr>
              <w:t>three</w:t>
            </w:r>
          </w:p>
        </w:tc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 w:val="0"/>
                <w:i w:val="0"/>
                <w:sz w:val="20"/>
                <w:u w:val="none"/>
              </w:rPr>
              <w:t>13</w:t>
            </w:r>
          </w:p>
        </w:tc>
        <w:tc>
          <w:tcPr>
            <w:tcW w:type="dxa" w:w="3402"/>
          </w:tcPr>
          <w:p>
            <w:pPr>
              <w:keepNext/>
              <w:jc w:val="left"/>
            </w:pPr>
            <w:r>
              <w:rPr>
                <w:b w:val="0"/>
                <w:i w:val="0"/>
                <w:sz w:val="20"/>
                <w:u w:val="none"/>
              </w:rPr>
              <w:t>thirteen</w:t>
            </w:r>
          </w:p>
        </w:tc>
      </w:tr>
      <w:tr>
        <w:trPr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 w:val="0"/>
                <w:i w:val="0"/>
                <w:sz w:val="20"/>
                <w:u w:val="none"/>
              </w:rPr>
              <w:t>4</w:t>
            </w:r>
          </w:p>
        </w:tc>
        <w:tc>
          <w:tcPr>
            <w:tcW w:type="dxa" w:w="3402"/>
          </w:tcPr>
          <w:p>
            <w:pPr>
              <w:keepNext/>
              <w:jc w:val="left"/>
            </w:pPr>
            <w:r>
              <w:rPr>
                <w:b w:val="0"/>
                <w:i w:val="0"/>
                <w:sz w:val="20"/>
                <w:u w:val="none"/>
              </w:rPr>
              <w:t>four</w:t>
            </w:r>
          </w:p>
        </w:tc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 w:val="0"/>
                <w:i w:val="0"/>
                <w:sz w:val="20"/>
                <w:u w:val="none"/>
              </w:rPr>
              <w:t>14</w:t>
            </w:r>
          </w:p>
        </w:tc>
        <w:tc>
          <w:tcPr>
            <w:tcW w:type="dxa" w:w="3402"/>
          </w:tcPr>
          <w:p>
            <w:pPr>
              <w:keepNext/>
              <w:jc w:val="left"/>
            </w:pPr>
            <w:r>
              <w:rPr>
                <w:b w:val="0"/>
                <w:i w:val="0"/>
                <w:sz w:val="20"/>
                <w:u w:val="none"/>
              </w:rPr>
              <w:t>fourteen</w:t>
            </w:r>
          </w:p>
        </w:tc>
      </w:tr>
      <w:tr>
        <w:trPr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 w:val="0"/>
                <w:i w:val="0"/>
                <w:sz w:val="20"/>
                <w:u w:val="none"/>
              </w:rPr>
              <w:t>5</w:t>
            </w:r>
          </w:p>
        </w:tc>
        <w:tc>
          <w:tcPr>
            <w:tcW w:type="dxa" w:w="3402"/>
          </w:tcPr>
          <w:p>
            <w:pPr>
              <w:keepNext/>
              <w:jc w:val="left"/>
            </w:pPr>
            <w:r>
              <w:rPr>
                <w:b w:val="0"/>
                <w:i w:val="0"/>
                <w:sz w:val="20"/>
                <w:u w:val="none"/>
              </w:rPr>
              <w:t>five</w:t>
            </w:r>
          </w:p>
        </w:tc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 w:val="0"/>
                <w:i w:val="0"/>
                <w:sz w:val="20"/>
                <w:u w:val="none"/>
              </w:rPr>
              <w:t>15</w:t>
            </w:r>
          </w:p>
        </w:tc>
        <w:tc>
          <w:tcPr>
            <w:tcW w:type="dxa" w:w="3402"/>
          </w:tcPr>
          <w:p>
            <w:pPr>
              <w:keepNext/>
              <w:jc w:val="left"/>
            </w:pPr>
            <w:r>
              <w:rPr>
                <w:b w:val="0"/>
                <w:i w:val="0"/>
                <w:sz w:val="20"/>
                <w:u w:val="none"/>
              </w:rPr>
              <w:t>fifteen</w:t>
            </w:r>
          </w:p>
        </w:tc>
      </w:tr>
      <w:tr>
        <w:trPr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 w:val="0"/>
                <w:i w:val="0"/>
                <w:sz w:val="20"/>
                <w:u w:val="none"/>
              </w:rPr>
              <w:t>6</w:t>
            </w:r>
          </w:p>
        </w:tc>
        <w:tc>
          <w:tcPr>
            <w:tcW w:type="dxa" w:w="3402"/>
          </w:tcPr>
          <w:p>
            <w:pPr>
              <w:keepNext/>
              <w:jc w:val="left"/>
            </w:pPr>
            <w:r>
              <w:rPr>
                <w:b w:val="0"/>
                <w:i w:val="0"/>
                <w:sz w:val="20"/>
                <w:u w:val="none"/>
              </w:rPr>
              <w:t>six</w:t>
            </w:r>
          </w:p>
        </w:tc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 w:val="0"/>
                <w:i w:val="0"/>
                <w:sz w:val="20"/>
                <w:u w:val="none"/>
              </w:rPr>
              <w:t>16</w:t>
            </w:r>
          </w:p>
        </w:tc>
        <w:tc>
          <w:tcPr>
            <w:tcW w:type="dxa" w:w="3402"/>
          </w:tcPr>
          <w:p>
            <w:pPr>
              <w:keepNext/>
              <w:jc w:val="left"/>
            </w:pPr>
            <w:r>
              <w:rPr>
                <w:b w:val="0"/>
                <w:i w:val="0"/>
                <w:sz w:val="20"/>
                <w:u w:val="none"/>
              </w:rPr>
              <w:t>sixteen</w:t>
            </w:r>
          </w:p>
        </w:tc>
      </w:tr>
      <w:tr>
        <w:trPr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 w:val="0"/>
                <w:i w:val="0"/>
                <w:sz w:val="20"/>
                <w:u w:val="none"/>
              </w:rPr>
              <w:t>7</w:t>
            </w:r>
          </w:p>
        </w:tc>
        <w:tc>
          <w:tcPr>
            <w:tcW w:type="dxa" w:w="3402"/>
          </w:tcPr>
          <w:p>
            <w:pPr>
              <w:keepNext/>
              <w:jc w:val="left"/>
            </w:pPr>
            <w:r>
              <w:rPr>
                <w:b w:val="0"/>
                <w:i w:val="0"/>
                <w:sz w:val="20"/>
                <w:u w:val="none"/>
              </w:rPr>
              <w:t>seven</w:t>
            </w:r>
          </w:p>
        </w:tc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 w:val="0"/>
                <w:i w:val="0"/>
                <w:sz w:val="20"/>
                <w:u w:val="none"/>
              </w:rPr>
              <w:t>17</w:t>
            </w:r>
          </w:p>
        </w:tc>
        <w:tc>
          <w:tcPr>
            <w:tcW w:type="dxa" w:w="3402"/>
          </w:tcPr>
          <w:p>
            <w:pPr>
              <w:keepNext/>
              <w:jc w:val="left"/>
            </w:pPr>
            <w:r>
              <w:rPr>
                <w:b w:val="0"/>
                <w:i w:val="0"/>
                <w:sz w:val="20"/>
                <w:u w:val="none"/>
              </w:rPr>
              <w:t>seventeen</w:t>
            </w:r>
          </w:p>
        </w:tc>
      </w:tr>
      <w:tr>
        <w:trPr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 w:val="0"/>
                <w:i w:val="0"/>
                <w:sz w:val="20"/>
                <w:u w:val="none"/>
              </w:rPr>
              <w:t>8</w:t>
            </w:r>
          </w:p>
        </w:tc>
        <w:tc>
          <w:tcPr>
            <w:tcW w:type="dxa" w:w="3402"/>
          </w:tcPr>
          <w:p>
            <w:pPr>
              <w:keepNext/>
              <w:jc w:val="left"/>
            </w:pPr>
            <w:r>
              <w:rPr>
                <w:b w:val="0"/>
                <w:i w:val="0"/>
                <w:sz w:val="20"/>
                <w:u w:val="none"/>
              </w:rPr>
              <w:t>eight</w:t>
            </w:r>
          </w:p>
        </w:tc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 w:val="0"/>
                <w:i w:val="0"/>
                <w:sz w:val="20"/>
                <w:u w:val="none"/>
              </w:rPr>
              <w:t>18</w:t>
            </w:r>
          </w:p>
        </w:tc>
        <w:tc>
          <w:tcPr>
            <w:tcW w:type="dxa" w:w="3402"/>
          </w:tcPr>
          <w:p>
            <w:pPr>
              <w:keepNext/>
              <w:jc w:val="left"/>
            </w:pPr>
            <w:r>
              <w:rPr>
                <w:b w:val="0"/>
                <w:i w:val="0"/>
                <w:sz w:val="20"/>
                <w:u w:val="none"/>
              </w:rPr>
              <w:t>eighteen</w:t>
            </w:r>
          </w:p>
        </w:tc>
      </w:tr>
      <w:tr>
        <w:trPr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 w:val="0"/>
                <w:i w:val="0"/>
                <w:sz w:val="20"/>
                <w:u w:val="none"/>
              </w:rPr>
              <w:t>9</w:t>
            </w:r>
          </w:p>
        </w:tc>
        <w:tc>
          <w:tcPr>
            <w:tcW w:type="dxa" w:w="3402"/>
          </w:tcPr>
          <w:p>
            <w:pPr>
              <w:keepNext/>
              <w:jc w:val="left"/>
            </w:pPr>
            <w:r>
              <w:rPr>
                <w:b w:val="0"/>
                <w:i w:val="0"/>
                <w:sz w:val="20"/>
                <w:u w:val="none"/>
              </w:rPr>
              <w:t>nine</w:t>
            </w:r>
          </w:p>
        </w:tc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 w:val="0"/>
                <w:i w:val="0"/>
                <w:sz w:val="20"/>
                <w:u w:val="none"/>
              </w:rPr>
              <w:t>19</w:t>
            </w:r>
          </w:p>
        </w:tc>
        <w:tc>
          <w:tcPr>
            <w:tcW w:type="dxa" w:w="3402"/>
          </w:tcPr>
          <w:p>
            <w:pPr>
              <w:keepNext/>
              <w:jc w:val="left"/>
            </w:pPr>
            <w:r>
              <w:rPr>
                <w:b w:val="0"/>
                <w:i w:val="0"/>
                <w:sz w:val="20"/>
                <w:u w:val="none"/>
              </w:rPr>
              <w:t>nineteen</w:t>
            </w:r>
          </w:p>
        </w:tc>
      </w:tr>
      <w:tr>
        <w:trPr>
          <w:cantSplit/>
        </w:trPr>
        <w:tc>
          <w:tcPr>
            <w:tcW w:type="dxa" w:w="1134"/>
          </w:tcPr>
          <w:p>
            <w:pPr>
              <w:keepNext w:val="0"/>
              <w:jc w:val="center"/>
            </w:pPr>
            <w:r>
              <w:rPr>
                <w:b w:val="0"/>
                <w:i w:val="0"/>
                <w:sz w:val="20"/>
                <w:u w:val="none"/>
              </w:rPr>
              <w:t>10</w:t>
            </w:r>
          </w:p>
        </w:tc>
        <w:tc>
          <w:tcPr>
            <w:tcW w:type="dxa" w:w="3402"/>
          </w:tcPr>
          <w:p>
            <w:pPr>
              <w:keepNext w:val="0"/>
              <w:jc w:val="left"/>
            </w:pPr>
            <w:r>
              <w:rPr>
                <w:b w:val="0"/>
                <w:i w:val="0"/>
                <w:sz w:val="20"/>
                <w:u w:val="none"/>
              </w:rPr>
              <w:t>ten</w:t>
            </w:r>
          </w:p>
        </w:tc>
        <w:tc>
          <w:tcPr>
            <w:tcW w:type="dxa" w:w="1134"/>
          </w:tcPr>
          <w:p>
            <w:pPr>
              <w:keepNext w:val="0"/>
              <w:jc w:val="center"/>
            </w:pPr>
            <w:r>
              <w:rPr>
                <w:b w:val="0"/>
                <w:i w:val="0"/>
                <w:sz w:val="20"/>
                <w:u w:val="none"/>
              </w:rPr>
              <w:t>20</w:t>
            </w:r>
          </w:p>
        </w:tc>
        <w:tc>
          <w:tcPr>
            <w:tcW w:type="dxa" w:w="3402"/>
          </w:tcPr>
          <w:p>
            <w:pPr>
              <w:keepNext w:val="0"/>
              <w:jc w:val="left"/>
            </w:pPr>
            <w:r>
              <w:rPr>
                <w:b w:val="0"/>
                <w:i w:val="0"/>
                <w:sz w:val="20"/>
                <w:u w:val="none"/>
              </w:rPr>
              <w:t>twenty</w:t>
            </w:r>
          </w:p>
        </w:tc>
      </w:tr>
    </w:tbl>
    <w:p>
      <w:pPr>
        <w:spacing w:after="0"/>
      </w:pPr>
    </w:p>
    <w:p>
      <w:r>
        <w:drawing>
          <wp:inline xmlns:a="http://schemas.openxmlformats.org/drawingml/2006/main" xmlns:pic="http://schemas.openxmlformats.org/drawingml/2006/picture">
            <wp:extent cx="5400000" cy="26042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3-objects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6042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B. Sayılar</w:t>
      </w: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Boşlukları İngilizce yazın.</w:t>
      </w:r>
    </w:p>
    <w:p>
      <w:pPr>
        <w:keepNext/>
        <w:spacing w:after="100"/>
      </w:pPr>
      <w:r>
        <w:rPr>
          <w:b/>
          <w:i w:val="0"/>
          <w:color w:val="2E5E8C"/>
          <w:u w:val="none"/>
        </w:rPr>
        <w:t xml:space="preserve">1) </w:t>
      </w:r>
      <w:r>
        <w:rPr>
          <w:b w:val="0"/>
          <w:i w:val="0"/>
          <w:u w:val="none"/>
        </w:rPr>
        <w:t xml:space="preserve">11 → </w:t>
      </w:r>
      <w:r>
        <w:rPr>
          <w:b w:val="0"/>
          <w:i w:val="0"/>
          <w:color w:val="666666"/>
          <w:u w:val="none"/>
        </w:rPr>
        <w:t>________________</w:t>
      </w:r>
    </w:p>
    <w:p>
      <w:pPr>
        <w:keepNext/>
        <w:spacing w:after="100"/>
        <w:ind w:left="340"/>
      </w:pPr>
      <w:r>
        <w:rPr>
          <w:b w:val="0"/>
          <w:i w:val="0"/>
          <w:u w:val="none"/>
        </w:rPr>
        <w:t xml:space="preserve">12 → </w:t>
      </w:r>
      <w:r>
        <w:rPr>
          <w:b w:val="0"/>
          <w:i w:val="0"/>
          <w:color w:val="666666"/>
          <w:u w:val="none"/>
        </w:rPr>
        <w:t>________________</w:t>
      </w:r>
    </w:p>
    <w:p>
      <w:pPr>
        <w:keepNext/>
        <w:spacing w:after="100"/>
        <w:ind w:left="340"/>
      </w:pPr>
      <w:r>
        <w:rPr>
          <w:b w:val="0"/>
          <w:i w:val="0"/>
          <w:u w:val="none"/>
        </w:rPr>
        <w:t xml:space="preserve">15 → </w:t>
      </w:r>
      <w:r>
        <w:rPr>
          <w:b w:val="0"/>
          <w:i w:val="0"/>
          <w:color w:val="666666"/>
          <w:u w:val="none"/>
        </w:rPr>
        <w:t>__________________</w:t>
      </w:r>
    </w:p>
    <w:p>
      <w:pPr>
        <w:keepNext/>
        <w:spacing w:after="100"/>
        <w:ind w:left="340"/>
      </w:pPr>
      <w:r>
        <w:rPr>
          <w:b w:val="0"/>
          <w:i w:val="0"/>
          <w:u w:val="none"/>
        </w:rPr>
        <w:t xml:space="preserve">18 → </w:t>
      </w:r>
      <w:r>
        <w:rPr>
          <w:b w:val="0"/>
          <w:i w:val="0"/>
          <w:color w:val="666666"/>
          <w:u w:val="none"/>
        </w:rPr>
        <w:t>____________________</w:t>
      </w:r>
    </w:p>
    <w:p>
      <w:pPr>
        <w:keepNext/>
        <w:spacing w:after="100"/>
        <w:ind w:left="340"/>
      </w:pPr>
      <w:r>
        <w:rPr>
          <w:b w:val="0"/>
          <w:i w:val="0"/>
          <w:u w:val="none"/>
        </w:rPr>
        <w:t xml:space="preserve">20 → </w:t>
      </w:r>
      <w:r>
        <w:rPr>
          <w:b w:val="0"/>
          <w:i w:val="0"/>
          <w:color w:val="666666"/>
          <w:u w:val="none"/>
        </w:rPr>
        <w:t>________________</w:t>
      </w:r>
    </w:p>
    <w:p>
      <w:pPr>
        <w:keepNext w:val="0"/>
        <w:spacing w:after="100"/>
        <w:ind w:left="340"/>
      </w:pPr>
      <w:r>
        <w:rPr>
          <w:b w:val="0"/>
          <w:i w:val="0"/>
          <w:u w:val="none"/>
        </w:rPr>
        <w:t xml:space="preserve">13 → </w:t>
      </w:r>
      <w:r>
        <w:rPr>
          <w:b w:val="0"/>
          <w:i w:val="0"/>
          <w:color w:val="666666"/>
          <w:u w:val="none"/>
        </w:rPr>
        <w:t>____________________</w:t>
      </w:r>
    </w:p>
    <w:p>
      <w:pPr>
        <w:spacing w:after="0"/>
      </w:pPr>
      <w:r>
        <w:rPr>
          <w:b w:val="0"/>
          <w:i w:val="0"/>
          <w:sz w:val="8"/>
          <w:u w:val="none"/>
        </w:rPr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C. Boşluk Doldurma</w:t>
      </w: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Boşlukları How many / What ile doldurun.</w:t>
      </w:r>
    </w:p>
    <w:p>
      <w:pPr>
        <w:keepNext/>
        <w:spacing w:after="100"/>
      </w:pPr>
      <w:r>
        <w:rPr>
          <w:b/>
          <w:i w:val="0"/>
          <w:color w:val="2E5E8C"/>
          <w:u w:val="none"/>
        </w:rPr>
        <w:t xml:space="preserve">2) </w:t>
      </w:r>
      <w:r>
        <w:rPr>
          <w:b w:val="0"/>
          <w:i w:val="0"/>
          <w:color w:val="666666"/>
          <w:u w:val="none"/>
        </w:rPr>
        <w:t>____________________</w:t>
      </w:r>
      <w:r>
        <w:rPr>
          <w:b w:val="0"/>
          <w:i w:val="0"/>
          <w:u w:val="none"/>
        </w:rPr>
        <w:t xml:space="preserve"> books have you got? Five books.</w:t>
      </w:r>
    </w:p>
    <w:p>
      <w:pPr>
        <w:keepNext/>
        <w:spacing w:after="100"/>
        <w:ind w:left="340"/>
      </w:pPr>
      <w:r>
        <w:rPr>
          <w:b w:val="0"/>
          <w:i w:val="0"/>
          <w:color w:val="666666"/>
          <w:u w:val="none"/>
        </w:rPr>
        <w:t>____________</w:t>
      </w:r>
      <w:r>
        <w:rPr>
          <w:b w:val="0"/>
          <w:i w:val="0"/>
          <w:u w:val="none"/>
        </w:rPr>
        <w:t xml:space="preserve"> is this? It is a pen.</w:t>
      </w:r>
    </w:p>
    <w:p>
      <w:pPr>
        <w:keepNext/>
        <w:spacing w:after="100"/>
        <w:ind w:left="340"/>
      </w:pPr>
      <w:r>
        <w:rPr>
          <w:b w:val="0"/>
          <w:i w:val="0"/>
          <w:color w:val="666666"/>
          <w:u w:val="none"/>
        </w:rPr>
        <w:t>____________________</w:t>
      </w:r>
      <w:r>
        <w:rPr>
          <w:b w:val="0"/>
          <w:i w:val="0"/>
          <w:u w:val="none"/>
        </w:rPr>
        <w:t xml:space="preserve"> rulers are on the table? Three rulers.</w:t>
      </w:r>
    </w:p>
    <w:p>
      <w:pPr>
        <w:keepNext w:val="0"/>
        <w:spacing w:after="100"/>
        <w:ind w:left="340"/>
      </w:pPr>
      <w:r>
        <w:rPr>
          <w:b w:val="0"/>
          <w:i w:val="0"/>
          <w:color w:val="666666"/>
          <w:u w:val="none"/>
        </w:rPr>
        <w:t>____________</w:t>
      </w:r>
      <w:r>
        <w:rPr>
          <w:b w:val="0"/>
          <w:i w:val="0"/>
          <w:u w:val="none"/>
        </w:rPr>
        <w:t xml:space="preserve"> is that? It is a board.</w:t>
      </w: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Sayın ve boşluğu sayıyla doldurun.</w:t>
      </w:r>
    </w:p>
    <w:p>
      <w:pPr>
        <w:keepNext/>
        <w:spacing w:after="100"/>
      </w:pPr>
      <w:r>
        <w:rPr>
          <w:b/>
          <w:i w:val="0"/>
          <w:color w:val="2E5E8C"/>
          <w:u w:val="none"/>
        </w:rPr>
        <w:t xml:space="preserve">3) </w:t>
      </w:r>
      <w:r>
        <w:rPr>
          <w:b w:val="0"/>
          <w:i w:val="0"/>
          <w:u w:val="none"/>
        </w:rPr>
        <w:t xml:space="preserve">One, two, three, four. How many books? </w:t>
      </w:r>
      <w:r>
        <w:rPr>
          <w:b w:val="0"/>
          <w:i w:val="0"/>
          <w:color w:val="666666"/>
          <w:u w:val="none"/>
        </w:rPr>
        <w:t>____________</w:t>
      </w:r>
      <w:r>
        <w:rPr>
          <w:b w:val="0"/>
          <w:i w:val="0"/>
          <w:u w:val="none"/>
        </w:rPr>
        <w:t xml:space="preserve"> books.</w:t>
      </w:r>
    </w:p>
    <w:p>
      <w:pPr>
        <w:keepNext/>
        <w:spacing w:after="100"/>
        <w:ind w:left="340"/>
      </w:pPr>
      <w:r>
        <w:rPr>
          <w:b w:val="0"/>
          <w:i w:val="0"/>
          <w:u w:val="none"/>
        </w:rPr>
        <w:t xml:space="preserve">I have got six pencils. How many pencils? </w:t>
      </w:r>
      <w:r>
        <w:rPr>
          <w:b w:val="0"/>
          <w:i w:val="0"/>
          <w:color w:val="666666"/>
          <w:u w:val="none"/>
        </w:rPr>
        <w:t>__________</w:t>
      </w:r>
      <w:r>
        <w:rPr>
          <w:b w:val="0"/>
          <w:i w:val="0"/>
          <w:u w:val="none"/>
        </w:rPr>
        <w:t xml:space="preserve"> pencils.</w:t>
      </w:r>
    </w:p>
    <w:p>
      <w:pPr>
        <w:keepNext w:val="0"/>
        <w:spacing w:after="100"/>
        <w:ind w:left="340"/>
      </w:pPr>
      <w:r>
        <w:rPr>
          <w:b w:val="0"/>
          <w:i w:val="0"/>
          <w:u w:val="none"/>
        </w:rPr>
        <w:t xml:space="preserve">One, two, three, four, five. How many chairs? </w:t>
      </w:r>
      <w:r>
        <w:rPr>
          <w:b w:val="0"/>
          <w:i w:val="0"/>
          <w:color w:val="666666"/>
          <w:u w:val="none"/>
        </w:rPr>
        <w:t>____________</w:t>
      </w:r>
      <w:r>
        <w:rPr>
          <w:b w:val="0"/>
          <w:i w:val="0"/>
          <w:u w:val="none"/>
        </w:rPr>
        <w:t xml:space="preserve"> chairs.</w:t>
      </w:r>
    </w:p>
    <w:p>
      <w:pPr>
        <w:spacing w:after="0"/>
      </w:pPr>
      <w:r>
        <w:rPr>
          <w:b w:val="0"/>
          <w:i w:val="0"/>
          <w:sz w:val="12"/>
          <w:u w:val="none"/>
        </w:rPr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D. Doğru Cevabı Seçin</w:t>
      </w: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Doğru seçeneği işaretleyin.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4) </w:t>
      </w:r>
      <w:r>
        <w:rPr>
          <w:b w:val="0"/>
          <w:i w:val="0"/>
          <w:u w:val="none"/>
        </w:rPr>
        <w:t>___ books have you got? Five books.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459"/>
        <w:gridCol w:w="4459"/>
      </w:tblGrid>
      <w:tr>
        <w:trPr>
          <w:cantSplit/>
        </w:trPr>
        <w:tc>
          <w:tcPr>
            <w:tcW w:type="dxa" w:w="4459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What</w:t>
            </w:r>
          </w:p>
        </w:tc>
        <w:tc>
          <w:tcPr>
            <w:tcW w:type="dxa" w:w="4459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How many</w:t>
            </w:r>
          </w:p>
        </w:tc>
      </w:tr>
      <w:tr>
        <w:trPr>
          <w:cantSplit/>
        </w:trPr>
        <w:tc>
          <w:tcPr>
            <w:tcW w:type="dxa" w:w="445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Which</w:t>
            </w:r>
          </w:p>
        </w:tc>
        <w:tc>
          <w:tcPr>
            <w:tcW w:type="dxa" w:w="445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How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5) </w:t>
      </w:r>
      <w:r>
        <w:rPr>
          <w:b w:val="0"/>
          <w:i w:val="0"/>
          <w:u w:val="none"/>
        </w:rPr>
        <w:t>Number 15 in English is ___ 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29"/>
        <w:gridCol w:w="2229"/>
        <w:gridCol w:w="2229"/>
        <w:gridCol w:w="2229"/>
      </w:tblGrid>
      <w:tr>
        <w:trPr>
          <w:cantSplit/>
        </w:trPr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five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fifteen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four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fourteen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6) </w:t>
      </w:r>
      <w:r>
        <w:rPr>
          <w:b w:val="0"/>
          <w:i w:val="0"/>
          <w:u w:val="none"/>
        </w:rPr>
        <w:t>Number 20 in English is ___ 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29"/>
        <w:gridCol w:w="2229"/>
        <w:gridCol w:w="2229"/>
        <w:gridCol w:w="2229"/>
      </w:tblGrid>
      <w:tr>
        <w:trPr>
          <w:cantSplit/>
        </w:trPr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twelve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two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twenty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ten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7) </w:t>
      </w:r>
      <w:r>
        <w:rPr>
          <w:b w:val="0"/>
          <w:i w:val="0"/>
          <w:u w:val="none"/>
        </w:rPr>
        <w:t>I have got five crayons and three pens. How many crayons? ___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459"/>
        <w:gridCol w:w="4459"/>
      </w:tblGrid>
      <w:tr>
        <w:trPr>
          <w:cantSplit/>
        </w:trPr>
        <w:tc>
          <w:tcPr>
            <w:tcW w:type="dxa" w:w="4459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three</w:t>
            </w:r>
          </w:p>
        </w:tc>
        <w:tc>
          <w:tcPr>
            <w:tcW w:type="dxa" w:w="4459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five</w:t>
            </w:r>
          </w:p>
        </w:tc>
      </w:tr>
      <w:tr>
        <w:trPr>
          <w:cantSplit/>
        </w:trPr>
        <w:tc>
          <w:tcPr>
            <w:tcW w:type="dxa" w:w="445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eight</w:t>
            </w:r>
          </w:p>
        </w:tc>
        <w:tc>
          <w:tcPr>
            <w:tcW w:type="dxa" w:w="445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ten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8) </w:t>
      </w:r>
      <w:r>
        <w:rPr>
          <w:b w:val="0"/>
          <w:i w:val="0"/>
          <w:u w:val="none"/>
        </w:rPr>
        <w:t>Number 12 in English is ___ 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29"/>
        <w:gridCol w:w="2229"/>
        <w:gridCol w:w="2229"/>
        <w:gridCol w:w="2229"/>
      </w:tblGrid>
      <w:tr>
        <w:trPr>
          <w:cantSplit/>
        </w:trPr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twenty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twelve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two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ten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9) </w:t>
      </w:r>
      <w:r>
        <w:rPr>
          <w:b w:val="0"/>
          <w:i w:val="0"/>
          <w:u w:val="none"/>
        </w:rPr>
        <w:t>___ pencils are in my bag? I have got four pencils.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459"/>
        <w:gridCol w:w="4459"/>
      </w:tblGrid>
      <w:tr>
        <w:trPr>
          <w:cantSplit/>
        </w:trPr>
        <w:tc>
          <w:tcPr>
            <w:tcW w:type="dxa" w:w="4459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How many</w:t>
            </w:r>
          </w:p>
        </w:tc>
        <w:tc>
          <w:tcPr>
            <w:tcW w:type="dxa" w:w="4459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What</w:t>
            </w:r>
          </w:p>
        </w:tc>
      </w:tr>
      <w:tr>
        <w:trPr>
          <w:cantSplit/>
        </w:trPr>
        <w:tc>
          <w:tcPr>
            <w:tcW w:type="dxa" w:w="445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This</w:t>
            </w:r>
          </w:p>
        </w:tc>
        <w:tc>
          <w:tcPr>
            <w:tcW w:type="dxa" w:w="445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Which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10) </w:t>
      </w:r>
      <w:r>
        <w:rPr>
          <w:b w:val="0"/>
          <w:i w:val="0"/>
          <w:u w:val="none"/>
        </w:rPr>
        <w:t>Number 11 in English is ___ 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29"/>
        <w:gridCol w:w="2229"/>
        <w:gridCol w:w="2229"/>
        <w:gridCol w:w="2229"/>
      </w:tblGrid>
      <w:tr>
        <w:trPr>
          <w:cantSplit/>
        </w:trPr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one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eleven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ten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twelve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11) </w:t>
      </w:r>
      <w:r>
        <w:rPr>
          <w:b w:val="0"/>
          <w:i w:val="0"/>
          <w:u w:val="none"/>
        </w:rPr>
        <w:t>___ is this? It is a ruler.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459"/>
        <w:gridCol w:w="4459"/>
      </w:tblGrid>
      <w:tr>
        <w:trPr>
          <w:cantSplit/>
        </w:trPr>
        <w:tc>
          <w:tcPr>
            <w:tcW w:type="dxa" w:w="4459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How many</w:t>
            </w:r>
          </w:p>
        </w:tc>
        <w:tc>
          <w:tcPr>
            <w:tcW w:type="dxa" w:w="4459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What</w:t>
            </w:r>
          </w:p>
        </w:tc>
      </w:tr>
      <w:tr>
        <w:trPr>
          <w:cantSplit/>
        </w:trPr>
        <w:tc>
          <w:tcPr>
            <w:tcW w:type="dxa" w:w="445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Which</w:t>
            </w:r>
          </w:p>
        </w:tc>
        <w:tc>
          <w:tcPr>
            <w:tcW w:type="dxa" w:w="445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How</w:t>
            </w:r>
          </w:p>
        </w:tc>
      </w:tr>
    </w:tbl>
    <w:p>
      <w:pPr>
        <w:spacing w:after="0"/>
      </w:pPr>
      <w:r>
        <w:rPr>
          <w:b w:val="0"/>
          <w:i w:val="0"/>
          <w:sz w:val="12"/>
          <w:u w:val="none"/>
        </w:rPr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E. Doğru mu / Yanlış mı?</w:t>
      </w: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Doğru ise (D), yanlış ise (Y) işaretleyin.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12) </w:t>
      </w:r>
      <w:r>
        <w:rPr>
          <w:b w:val="0"/>
          <w:i w:val="0"/>
          <w:u w:val="none"/>
        </w:rPr>
        <w:t>'How many' is for colour.</w:t>
      </w:r>
    </w:p>
    <w:p>
      <w:pPr>
        <w:ind w:left="340"/>
      </w:pPr>
      <w:r>
        <w:rPr>
          <w:b w:val="0"/>
          <w:i w:val="0"/>
          <w:sz w:val="20"/>
          <w:u w:val="none"/>
        </w:rPr>
        <w:t>(     ) Doğru      (     ) Yanlış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13) </w:t>
      </w:r>
      <w:r>
        <w:rPr>
          <w:b w:val="0"/>
          <w:i w:val="0"/>
          <w:u w:val="none"/>
        </w:rPr>
        <w:t>Number 12 in English is 'twelve'.</w:t>
      </w:r>
    </w:p>
    <w:p>
      <w:pPr>
        <w:ind w:left="340"/>
      </w:pPr>
      <w:r>
        <w:rPr>
          <w:b w:val="0"/>
          <w:i w:val="0"/>
          <w:sz w:val="20"/>
          <w:u w:val="none"/>
        </w:rPr>
        <w:t>(     ) Doğru      (     ) Yanlış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14) </w:t>
      </w:r>
      <w:r>
        <w:rPr>
          <w:b w:val="0"/>
          <w:i w:val="0"/>
          <w:u w:val="none"/>
        </w:rPr>
        <w:t>'How many books have you got?' is a question.</w:t>
      </w:r>
    </w:p>
    <w:p>
      <w:pPr>
        <w:ind w:left="340"/>
      </w:pPr>
      <w:r>
        <w:rPr>
          <w:b w:val="0"/>
          <w:i w:val="0"/>
          <w:sz w:val="20"/>
          <w:u w:val="none"/>
        </w:rPr>
        <w:t>(     ) Doğru      (     ) Yanlış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15) </w:t>
      </w:r>
      <w:r>
        <w:rPr>
          <w:b w:val="0"/>
          <w:i w:val="0"/>
          <w:u w:val="none"/>
        </w:rPr>
        <w:t>Number 15 in English is 'five'.</w:t>
      </w:r>
    </w:p>
    <w:p>
      <w:pPr>
        <w:ind w:left="340"/>
      </w:pPr>
      <w:r>
        <w:rPr>
          <w:b w:val="0"/>
          <w:i w:val="0"/>
          <w:sz w:val="20"/>
          <w:u w:val="none"/>
        </w:rPr>
        <w:t>(     ) Doğru      (     ) Yanlış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b w:val="0"/>
        <w:i w:val="0"/>
        <w:color w:val="666666"/>
        <w:sz w:val="18"/>
        <w:u w:val="none"/>
      </w:rPr>
      <w:t xml:space="preserve">3. Sınıf | Unit 1: My Classroom | How many?   |   </w:t>
    </w:r>
    <w:r>
      <w:rPr>
        <w:b w:val="0"/>
        <w:i w:val="0"/>
        <w:color w:val="666666"/>
        <w:sz w:val="18"/>
        <w:u w:val="none"/>
      </w:rPr>
      <w:t xml:space="preserve">Sayfa </w:t>
    </w:r>
    <w:r>
      <w:fldChar w:fldCharType="begin"/>
      <w:instrText xml:space="preserve">PAGE</w:instrText>
      <w:fldChar w:fldCharType="end"/>
    </w:r>
    <w:r>
      <w:rPr>
        <w:b w:val="0"/>
        <w:i w:val="0"/>
        <w:color w:val="666666"/>
        <w:sz w:val="18"/>
        <w:u w:val="none"/>
      </w:rP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6" w:color="CCCCCC" w:space="4"/>
      </w:pBdr>
    </w:pPr>
    <w:r/>
    <w:r>
      <w:rPr>
        <w:b w:val="0"/>
        <w:i w:val="0"/>
        <w:color w:val="666666"/>
        <w:sz w:val="18"/>
        <w:u w:val="none"/>
      </w:rPr>
      <w:t>İngilizce</w:t>
    </w:r>
    <w:r>
      <w:rPr>
        <w:b w:val="0"/>
        <w:i w:val="0"/>
        <w:color w:val="666666"/>
        <w:sz w:val="18"/>
        <w:u w:val="none"/>
      </w:rPr>
      <w:tab/>
      <w:t>Serdarlı İlkokulu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/>
      <w:color w:val="33333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