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I have got - Ait Olma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3. Sınıf İngilizce | Unit 1: My Classroom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I have got (Konu Anlatımı)</w:t>
      </w:r>
    </w:p>
    <w:p>
      <w:pPr>
        <w:jc w:val="both"/>
      </w:pPr>
      <w:r>
        <w:rPr>
          <w:b/>
          <w:i w:val="0"/>
          <w:u w:val="none"/>
        </w:rPr>
        <w:t>I have got</w:t>
      </w:r>
      <w:r>
        <w:rPr>
          <w:b w:val="0"/>
          <w:i w:val="0"/>
          <w:u w:val="none"/>
        </w:rPr>
        <w:t xml:space="preserve"> a pen.  |  </w:t>
      </w:r>
      <w:r>
        <w:rPr>
          <w:b/>
          <w:i w:val="0"/>
          <w:u w:val="none"/>
        </w:rPr>
        <w:t>I have got</w:t>
      </w:r>
      <w:r>
        <w:rPr>
          <w:b w:val="0"/>
          <w:i w:val="0"/>
          <w:u w:val="none"/>
        </w:rPr>
        <w:t xml:space="preserve"> two books.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Olumlu: I / You / We / They </w:t>
      </w:r>
      <w:r>
        <w:rPr>
          <w:b/>
          <w:i w:val="0"/>
          <w:u w:val="none"/>
        </w:rPr>
        <w:t>have got</w:t>
      </w:r>
      <w:r>
        <w:rPr>
          <w:b w:val="0"/>
          <w:i w:val="0"/>
          <w:u w:val="none"/>
        </w:rPr>
        <w:t xml:space="preserve">  ·  He / She / It </w:t>
      </w:r>
      <w:r>
        <w:rPr>
          <w:b/>
          <w:i w:val="0"/>
          <w:u w:val="none"/>
        </w:rPr>
        <w:t>has got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Olumsuz: I </w:t>
      </w:r>
      <w:r>
        <w:rPr>
          <w:b/>
          <w:i w:val="0"/>
          <w:u w:val="none"/>
        </w:rPr>
        <w:t>haven't got</w:t>
      </w:r>
      <w:r>
        <w:rPr>
          <w:b w:val="0"/>
          <w:i w:val="0"/>
          <w:u w:val="none"/>
        </w:rPr>
        <w:t xml:space="preserve"> a pen.  ·  He </w:t>
      </w:r>
      <w:r>
        <w:rPr>
          <w:b/>
          <w:i w:val="0"/>
          <w:u w:val="none"/>
        </w:rPr>
        <w:t>hasn't got</w:t>
      </w:r>
      <w:r>
        <w:rPr>
          <w:b w:val="0"/>
          <w:i w:val="0"/>
          <w:u w:val="none"/>
        </w:rPr>
        <w:t xml:space="preserve"> a ruler.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Soru: </w:t>
      </w:r>
      <w:r>
        <w:rPr>
          <w:b/>
          <w:i w:val="0"/>
          <w:u w:val="none"/>
        </w:rPr>
        <w:t>Have you got</w:t>
      </w:r>
      <w:r>
        <w:rPr>
          <w:b w:val="0"/>
          <w:i w:val="0"/>
          <w:u w:val="none"/>
        </w:rPr>
        <w:t xml:space="preserve"> a pen?  </w:t>
      </w:r>
      <w:r>
        <w:rPr>
          <w:b/>
          <w:i w:val="0"/>
          <w:u w:val="none"/>
        </w:rPr>
        <w:t>Yes, I have.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 haven't.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Soru: </w:t>
      </w:r>
      <w:r>
        <w:rPr>
          <w:b/>
          <w:i w:val="0"/>
          <w:u w:val="none"/>
        </w:rPr>
        <w:t>Has she got</w:t>
      </w:r>
      <w:r>
        <w:rPr>
          <w:b w:val="0"/>
          <w:i w:val="0"/>
          <w:u w:val="none"/>
        </w:rPr>
        <w:t xml:space="preserve"> a ruler?  </w:t>
      </w:r>
      <w:r>
        <w:rPr>
          <w:b/>
          <w:i w:val="0"/>
          <w:u w:val="none"/>
        </w:rPr>
        <w:t>Yes, she has.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she hasn't.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 xml:space="preserve">he / she / it → </w:t>
            </w:r>
            <w:r>
              <w:rPr>
                <w:b/>
                <w:i w:val="0"/>
                <w:u w:val="none"/>
              </w:rPr>
              <w:t>has got</w:t>
            </w:r>
            <w:r>
              <w:rPr>
                <w:b w:val="0"/>
                <w:i w:val="0"/>
                <w:u w:val="none"/>
              </w:rPr>
              <w:t xml:space="preserve"> / </w:t>
            </w:r>
            <w:r>
              <w:rPr>
                <w:b/>
                <w:i w:val="0"/>
                <w:u w:val="none"/>
              </w:rPr>
              <w:t>hasn't got</w:t>
            </w:r>
            <w:r>
              <w:rPr>
                <w:b w:val="0"/>
                <w:i w:val="0"/>
                <w:u w:val="none"/>
              </w:rPr>
              <w:t xml:space="preserve">.  I / you / we / they → </w:t>
            </w:r>
            <w:r>
              <w:rPr>
                <w:b/>
                <w:i w:val="0"/>
                <w:u w:val="none"/>
              </w:rPr>
              <w:t>have got</w:t>
            </w:r>
            <w:r>
              <w:rPr>
                <w:b w:val="0"/>
                <w:i w:val="0"/>
                <w:u w:val="none"/>
              </w:rPr>
              <w:t xml:space="preserve"> / </w:t>
            </w:r>
            <w:r>
              <w:rPr>
                <w:b/>
                <w:i w:val="0"/>
                <w:u w:val="none"/>
              </w:rPr>
              <w:t>haven't got</w:t>
            </w:r>
            <w:r>
              <w:rPr>
                <w:b w:val="0"/>
                <w:i w:val="0"/>
                <w:u w:val="none"/>
              </w:rPr>
              <w:t xml:space="preserve">.  Soru: </w:t>
            </w:r>
            <w:r>
              <w:rPr>
                <w:b/>
                <w:i w:val="0"/>
                <w:u w:val="none"/>
              </w:rPr>
              <w:t>Have / Has</w:t>
            </w:r>
            <w:r>
              <w:rPr>
                <w:b w:val="0"/>
                <w:i w:val="0"/>
                <w:u w:val="none"/>
              </w:rPr>
              <w:t xml:space="preserve"> ... </w:t>
            </w:r>
            <w:r>
              <w:rPr>
                <w:b/>
                <w:i w:val="0"/>
                <w:u w:val="none"/>
              </w:rPr>
              <w:t>got</w:t>
            </w:r>
            <w:r>
              <w:rPr>
                <w:b w:val="0"/>
                <w:i w:val="0"/>
                <w:u w:val="none"/>
              </w:rPr>
              <w:t>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I / not / have got / a pencil  →  (olumsuz)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I </w:t>
            </w:r>
            <w:r>
              <w:rPr>
                <w:b/>
                <w:i w:val="0"/>
                <w:u w:val="none"/>
              </w:rPr>
              <w:t>haven't got</w:t>
            </w:r>
            <w:r>
              <w:rPr>
                <w:b w:val="0"/>
                <w:i w:val="0"/>
                <w:u w:val="none"/>
              </w:rPr>
              <w:t xml:space="preserve"> a pencil.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she / have got / a book  →  (soru)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/>
                <w:i w:val="0"/>
                <w:u w:val="none"/>
              </w:rPr>
              <w:t>Has</w:t>
            </w:r>
            <w:r>
              <w:rPr>
                <w:b w:val="0"/>
                <w:i w:val="0"/>
                <w:u w:val="none"/>
              </w:rPr>
              <w:t xml:space="preserve"> she </w:t>
            </w:r>
            <w:r>
              <w:rPr>
                <w:b/>
                <w:i w:val="0"/>
                <w:u w:val="none"/>
              </w:rPr>
              <w:t>got</w:t>
            </w:r>
            <w:r>
              <w:rPr>
                <w:b w:val="0"/>
                <w:i w:val="0"/>
                <w:u w:val="none"/>
              </w:rPr>
              <w:t xml:space="preserve"> a book?</w:t>
            </w:r>
          </w:p>
        </w:tc>
      </w:tr>
    </w:tbl>
    <w:p>
      <w:pPr>
        <w:spacing w:after="0"/>
      </w:pPr>
    </w:p>
    <w:p>
      <w:r>
        <w:drawing>
          <wp:inline xmlns:a="http://schemas.openxmlformats.org/drawingml/2006/main" xmlns:pic="http://schemas.openxmlformats.org/drawingml/2006/picture">
            <wp:extent cx="5400000" cy="26042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3-obje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Boşluk Doldurma — Olumlu (have / has got)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have / has / got ile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got a pen.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I have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book.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got a ruler.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got a pencil case.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got books.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orange bag.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Olumsuz — haven't got / hasn't got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haven't / hasn't ile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got a pen.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got a ruler.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got books.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got a pencil case.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got a bin.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got a name.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Olumsuz kısa cevapları tamamlayın.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 xml:space="preserve">Have you got a ruler? No, I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Has she got a book? No, she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Have they got a bin? No, they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Has he got a pen? No, he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8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Soru — Have / Has ... got?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Have / Has ile doldurun.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you got a pen?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she got a ruler?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they got books?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he got a pencil case?</w:t>
      </w:r>
    </w:p>
    <w:p>
      <w:pPr>
        <w:keepNext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we got a bin?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it got a name?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Sorulara kısa cevap yazın.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 xml:space="preserve">Have you got a book? Yes, I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Has he got a ruler? Yes, he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Have they got a bin? No, they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Has she got a pen? No, she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8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Cümle Kurma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Kelimeleri kullanarak cümle kurun.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I / have got / a pencil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He / have got / a ruler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I / have got / two books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they / not / have got / a table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he / not / have got / a book 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you / have got / a ruler  →  (soru)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she / have got / a pen  →  (soru)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8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Doğru Cevabı Seçin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seçeneği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I ___ got a pencil.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He ___ got a ruler.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She ___ got a book. (olumsuz)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They ___ got books. (olumsuz)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haven't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___ you got a pen?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___ she got a ruler?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Has he got a book? No, he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have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haven't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Have they got a bin? No, they ___ 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haven't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hasn't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I have got ___ book.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I have got ___ orange rubber.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or</w:t>
            </w:r>
          </w:p>
        </w:tc>
      </w:tr>
    </w:tbl>
    <w:p>
      <w:pPr>
        <w:spacing w:after="0"/>
      </w:pPr>
      <w:r>
        <w:rPr>
          <w:b w:val="0"/>
          <w:i w:val="0"/>
          <w:sz w:val="8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G. Doğru mu / Yanlış mı?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Doğru ise (D), yanlış ise (Y) işaretleyin.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'I have got a pen.' is correct.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'He have got a ruler.' is correct.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'She hasn't got a book.' → (olumsuz).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'Have you got a pen?' is a question.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'No, I haven't.' is a correct short answer.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'I have got a pen.' means 'Benim bir kalemim yok.'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3. Sınıf | Unit 1: My Classroom | I have got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İngilizce</w:t>
    </w:r>
    <w:r>
      <w:rPr>
        <w:b w:val="0"/>
        <w:i w:val="0"/>
        <w:color w:val="666666"/>
        <w:sz w:val="18"/>
        <w:u w:val="none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