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</w:rPr>
        <w:t>My Classroom — Cevap Anahtarı</w:t>
      </w:r>
    </w:p>
    <w:p>
      <w:pPr>
        <w:spacing w:after="40"/>
      </w:pPr>
      <w:r>
        <w:rPr>
          <w:b/>
          <w:i w:val="0"/>
          <w:color w:val="2E5E8C"/>
        </w:rPr>
        <w:t xml:space="preserve">1) </w:t>
      </w:r>
      <w:r>
        <w:rPr>
          <w:b w:val="0"/>
          <w:i w:val="0"/>
          <w:color w:val="666666"/>
          <w:sz w:val="18"/>
        </w:rPr>
        <w:t>Eşleştirme (8 çift)</w:t>
      </w:r>
    </w:p>
    <w:p>
      <w:pPr>
        <w:spacing w:after="80"/>
        <w:ind w:left="340"/>
      </w:pPr>
      <w:r>
        <w:rPr>
          <w:b w:val="0"/>
          <w:i w:val="0"/>
        </w:rPr>
        <w:t>1→H, 2→A, 3→B, 4→C, 5→D, 6→E, 7→F, 8→G</w:t>
      </w:r>
    </w:p>
    <w:p>
      <w:pPr>
        <w:spacing w:after="40"/>
      </w:pPr>
      <w:r>
        <w:rPr>
          <w:b/>
          <w:i w:val="0"/>
          <w:color w:val="2E5E8C"/>
        </w:rPr>
        <w:t xml:space="preserve">2) </w:t>
      </w:r>
      <w:r>
        <w:rPr>
          <w:b w:val="0"/>
          <w:i w:val="0"/>
          <w:color w:val="666666"/>
          <w:sz w:val="18"/>
        </w:rPr>
        <w:t>1. I ___ a pupil. 2. You ___ my friend. 3. It ___ a book. 4.</w:t>
      </w:r>
    </w:p>
    <w:p>
      <w:pPr>
        <w:spacing w:after="80"/>
        <w:ind w:left="340"/>
      </w:pPr>
      <w:r>
        <w:rPr>
          <w:b w:val="0"/>
          <w:i w:val="0"/>
        </w:rPr>
        <w:t>am, are, is, are, is, are, is, is</w:t>
      </w:r>
    </w:p>
    <w:p>
      <w:pPr>
        <w:spacing w:after="40"/>
      </w:pPr>
      <w:r>
        <w:rPr>
          <w:b/>
          <w:i w:val="0"/>
          <w:color w:val="2E5E8C"/>
        </w:rPr>
        <w:t xml:space="preserve">3) </w:t>
      </w:r>
      <w:r>
        <w:rPr>
          <w:b w:val="0"/>
          <w:i w:val="0"/>
          <w:color w:val="666666"/>
          <w:sz w:val="18"/>
        </w:rPr>
        <w:t>1. ___ is my pencil. (in my hand) 2. ___ is the window. (ove</w:t>
      </w:r>
    </w:p>
    <w:p>
      <w:pPr>
        <w:spacing w:after="80"/>
        <w:ind w:left="340"/>
      </w:pPr>
      <w:r>
        <w:rPr>
          <w:b w:val="0"/>
          <w:i w:val="0"/>
        </w:rPr>
        <w:t>This, That, This, That, This, That</w:t>
      </w:r>
    </w:p>
    <w:p>
      <w:pPr>
        <w:spacing w:after="4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  <w:color w:val="666666"/>
          <w:sz w:val="18"/>
        </w:rPr>
        <w:t>I / have got / a book →</w:t>
      </w:r>
    </w:p>
    <w:p>
      <w:pPr>
        <w:spacing w:after="80"/>
        <w:ind w:left="340"/>
      </w:pPr>
      <w:r>
        <w:rPr>
          <w:b w:val="0"/>
          <w:i w:val="0"/>
        </w:rPr>
        <w:t>I have got a book.</w:t>
      </w:r>
    </w:p>
    <w:p>
      <w:pPr>
        <w:spacing w:after="4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  <w:color w:val="666666"/>
          <w:sz w:val="18"/>
        </w:rPr>
        <w:t>I / have got / two pens →</w:t>
      </w:r>
    </w:p>
    <w:p>
      <w:pPr>
        <w:spacing w:after="80"/>
        <w:ind w:left="340"/>
      </w:pPr>
      <w:r>
        <w:rPr>
          <w:b w:val="0"/>
          <w:i w:val="0"/>
        </w:rPr>
        <w:t>I have got two pens.</w:t>
      </w:r>
    </w:p>
    <w:p>
      <w:pPr>
        <w:spacing w:after="4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  <w:color w:val="666666"/>
          <w:sz w:val="18"/>
        </w:rPr>
        <w:t>I / have got / a ruler and a rubber →</w:t>
      </w:r>
    </w:p>
    <w:p>
      <w:pPr>
        <w:spacing w:after="80"/>
        <w:ind w:left="340"/>
      </w:pPr>
      <w:r>
        <w:rPr>
          <w:b w:val="0"/>
          <w:i w:val="0"/>
        </w:rPr>
        <w:t>I have got a ruler and a rubber.</w:t>
      </w:r>
    </w:p>
    <w:p>
      <w:pPr>
        <w:spacing w:after="4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  <w:color w:val="666666"/>
          <w:sz w:val="18"/>
        </w:rPr>
        <w:t xml:space="preserve">1. ___ is this? It is a pencil. 2. ___ books do you have? I </w:t>
      </w:r>
    </w:p>
    <w:p>
      <w:pPr>
        <w:spacing w:after="80"/>
        <w:ind w:left="340"/>
      </w:pPr>
      <w:r>
        <w:rPr>
          <w:b w:val="0"/>
          <w:i w:val="0"/>
        </w:rPr>
        <w:t>What, How many, What, How many, What, How many</w:t>
      </w:r>
    </w:p>
    <w:p>
      <w:pPr>
        <w:spacing w:after="4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  <w:color w:val="666666"/>
          <w:sz w:val="18"/>
        </w:rPr>
        <w:t>___ is this? — It is a book.</w:t>
      </w:r>
    </w:p>
    <w:p>
      <w:pPr>
        <w:spacing w:after="80"/>
        <w:ind w:left="340"/>
      </w:pPr>
      <w:r>
        <w:rPr>
          <w:b w:val="0"/>
          <w:i w:val="0"/>
        </w:rPr>
        <w:t>B) What</w:t>
      </w:r>
    </w:p>
    <w:p>
      <w:pPr>
        <w:spacing w:after="4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  <w:color w:val="666666"/>
          <w:sz w:val="18"/>
        </w:rPr>
        <w:t>I ___ a student.</w:t>
      </w:r>
    </w:p>
    <w:p>
      <w:pPr>
        <w:spacing w:after="80"/>
        <w:ind w:left="340"/>
      </w:pPr>
      <w:r>
        <w:rPr>
          <w:b w:val="0"/>
          <w:i w:val="0"/>
        </w:rPr>
        <w:t>A) am</w:t>
      </w:r>
    </w:p>
    <w:p>
      <w:pPr>
        <w:spacing w:after="4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  <w:color w:val="666666"/>
          <w:sz w:val="18"/>
        </w:rPr>
        <w:t>They ___ books.</w:t>
      </w:r>
    </w:p>
    <w:p>
      <w:pPr>
        <w:spacing w:after="80"/>
        <w:ind w:left="340"/>
      </w:pPr>
      <w:r>
        <w:rPr>
          <w:b w:val="0"/>
          <w:i w:val="0"/>
        </w:rPr>
        <w:t>C) are</w:t>
      </w:r>
    </w:p>
    <w:p>
      <w:pPr>
        <w:spacing w:after="4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  <w:color w:val="666666"/>
          <w:sz w:val="18"/>
        </w:rPr>
        <w:t>___ is the board. (far away)</w:t>
      </w:r>
    </w:p>
    <w:p>
      <w:pPr>
        <w:spacing w:after="80"/>
        <w:ind w:left="340"/>
      </w:pPr>
      <w:r>
        <w:rPr>
          <w:b w:val="0"/>
          <w:i w:val="0"/>
        </w:rPr>
        <w:t>B) That</w:t>
      </w:r>
    </w:p>
    <w:p>
      <w:pPr>
        <w:spacing w:after="4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  <w:color w:val="666666"/>
          <w:sz w:val="18"/>
        </w:rPr>
        <w:t>I have got ___ apple.</w:t>
      </w:r>
    </w:p>
    <w:p>
      <w:pPr>
        <w:spacing w:after="80"/>
        <w:ind w:left="340"/>
      </w:pPr>
      <w:r>
        <w:rPr>
          <w:b w:val="0"/>
          <w:i w:val="0"/>
        </w:rPr>
        <w:t>C) an</w:t>
      </w:r>
    </w:p>
    <w:p>
      <w:pPr>
        <w:spacing w:after="4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  <w:color w:val="666666"/>
          <w:sz w:val="18"/>
        </w:rPr>
        <w:t>Number 15 in English is ___</w:t>
      </w:r>
    </w:p>
    <w:p>
      <w:pPr>
        <w:spacing w:after="80"/>
        <w:ind w:left="340"/>
      </w:pPr>
      <w:r>
        <w:rPr>
          <w:b w:val="0"/>
          <w:i w:val="0"/>
        </w:rPr>
        <w:t>C) fifteen</w:t>
      </w:r>
    </w:p>
    <w:p>
      <w:pPr>
        <w:spacing w:after="4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  <w:color w:val="666666"/>
          <w:sz w:val="18"/>
        </w:rPr>
        <w:t>We use 'this' for things near us.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  <w:color w:val="666666"/>
          <w:sz w:val="18"/>
        </w:rPr>
        <w:t>'I have got a pen' means 'Benim bir kalemim yok'.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  <w:color w:val="666666"/>
          <w:sz w:val="18"/>
        </w:rPr>
        <w:t>We use 'How many' to ask about quantity.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  <w:color w:val="666666"/>
          <w:sz w:val="18"/>
        </w:rPr>
        <w:t>Number 20 in English is 'twelve'.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  <w:color w:val="666666"/>
          <w:sz w:val="18"/>
        </w:rPr>
        <w:t>'They are chairs' is a correct sentence.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  <w:color w:val="666666"/>
          <w:sz w:val="18"/>
        </w:rPr>
        <w:t xml:space="preserve">What is in your school bag? Write 5 things with 'I have got </w:t>
      </w:r>
    </w:p>
    <w:p>
      <w:pPr>
        <w:spacing w:after="80"/>
        <w:ind w:left="340"/>
      </w:pPr>
      <w:r>
        <w:rPr>
          <w:b w:val="0"/>
          <w:i w:val="0"/>
        </w:rPr>
        <w:t>Student's own answer. Check for: I have got + correct classroom object vocabulary, correct singular/plural.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