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Bdr>
          <w:bottom w:val="single" w:sz="10" w:color="2E5E8C" w:space="4"/>
        </w:pBdr>
      </w:pPr>
      <w:r>
        <w:rPr>
          <w:b/>
          <w:i w:val="0"/>
          <w:color w:val="2E5E8C"/>
          <w:sz w:val="28"/>
        </w:rPr>
        <w:t>Hello English! — Cevap Anahtarı</w:t>
      </w:r>
    </w:p>
    <w:p>
      <w:pPr>
        <w:spacing w:after="40"/>
      </w:pPr>
      <w:r>
        <w:rPr>
          <w:b/>
          <w:i w:val="0"/>
          <w:color w:val="2E5E8C"/>
        </w:rPr>
        <w:t xml:space="preserve">1) </w:t>
      </w:r>
      <w:r>
        <w:rPr>
          <w:b w:val="0"/>
          <w:i w:val="0"/>
          <w:color w:val="666666"/>
          <w:sz w:val="18"/>
        </w:rPr>
        <w:t>Eşleştirme (6 çift)</w:t>
      </w:r>
    </w:p>
    <w:p>
      <w:pPr>
        <w:spacing w:after="80"/>
        <w:ind w:left="340"/>
      </w:pPr>
      <w:r>
        <w:rPr>
          <w:b w:val="0"/>
          <w:i w:val="0"/>
        </w:rPr>
        <w:t>1→C, 2→B, 3→F, 4→A, 5→E, 6→D</w:t>
      </w:r>
    </w:p>
    <w:p>
      <w:pPr>
        <w:spacing w:after="40"/>
      </w:pPr>
      <w:r>
        <w:rPr>
          <w:b/>
          <w:i w:val="0"/>
          <w:color w:val="2E5E8C"/>
        </w:rPr>
        <w:t xml:space="preserve">2) </w:t>
      </w:r>
      <w:r>
        <w:rPr>
          <w:b w:val="0"/>
          <w:i w:val="0"/>
          <w:color w:val="666666"/>
          <w:sz w:val="18"/>
        </w:rPr>
        <w:t>1. I write with a ___. 2. I read a ___. 3. I sit on a ___. 4</w:t>
      </w:r>
    </w:p>
    <w:p>
      <w:pPr>
        <w:spacing w:after="80"/>
        <w:ind w:left="340"/>
      </w:pPr>
      <w:r>
        <w:rPr>
          <w:b w:val="0"/>
          <w:i w:val="0"/>
        </w:rPr>
        <w:t>pen, book, chair, rubber, board, ruler, bag, case</w:t>
      </w:r>
    </w:p>
    <w:p>
      <w:pPr>
        <w:spacing w:after="40"/>
      </w:pPr>
      <w:r>
        <w:rPr>
          <w:b/>
          <w:i w:val="0"/>
          <w:color w:val="2E5E8C"/>
        </w:rPr>
        <w:t xml:space="preserve">3) </w:t>
      </w:r>
      <w:r>
        <w:rPr>
          <w:b w:val="0"/>
          <w:i w:val="0"/>
          <w:color w:val="666666"/>
          <w:sz w:val="18"/>
        </w:rPr>
        <w:t>Eşleştirme (10 çift)</w:t>
      </w:r>
    </w:p>
    <w:p>
      <w:pPr>
        <w:spacing w:after="80"/>
        <w:ind w:left="340"/>
      </w:pPr>
      <w:r>
        <w:rPr>
          <w:b w:val="0"/>
          <w:i w:val="0"/>
        </w:rPr>
        <w:t>1→J, 2→A, 3→B, 4→C, 5→D, 6→E, 7→F, 8→G, 9→H, 10→I</w:t>
      </w:r>
    </w:p>
    <w:p>
      <w:pPr>
        <w:spacing w:after="40"/>
      </w:pPr>
      <w:r>
        <w:rPr>
          <w:b/>
          <w:i w:val="0"/>
          <w:color w:val="2E5E8C"/>
        </w:rPr>
        <w:t xml:space="preserve">4) </w:t>
      </w:r>
      <w:r>
        <w:rPr>
          <w:b w:val="0"/>
          <w:i w:val="0"/>
          <w:color w:val="666666"/>
          <w:sz w:val="18"/>
        </w:rPr>
        <w:t>1. What is this? (book) → It is a ___. 2. What is this? (cha</w:t>
      </w:r>
    </w:p>
    <w:p>
      <w:pPr>
        <w:spacing w:after="80"/>
        <w:ind w:left="340"/>
      </w:pPr>
      <w:r>
        <w:rPr>
          <w:b w:val="0"/>
          <w:i w:val="0"/>
        </w:rPr>
        <w:t>book, chair, pen, ruler, bag</w:t>
      </w:r>
    </w:p>
    <w:p>
      <w:pPr>
        <w:spacing w:after="40"/>
      </w:pPr>
      <w:r>
        <w:rPr>
          <w:b/>
          <w:i w:val="0"/>
          <w:color w:val="2E5E8C"/>
        </w:rPr>
        <w:t xml:space="preserve">5) </w:t>
      </w:r>
      <w:r>
        <w:rPr>
          <w:b w:val="0"/>
          <w:i w:val="0"/>
          <w:color w:val="666666"/>
          <w:sz w:val="18"/>
        </w:rPr>
        <w:t>1. An apple is ___. 2. The sky is ___. 3. A banana is ___. 4</w:t>
      </w:r>
    </w:p>
    <w:p>
      <w:pPr>
        <w:spacing w:after="80"/>
        <w:ind w:left="340"/>
      </w:pPr>
      <w:r>
        <w:rPr>
          <w:b w:val="0"/>
          <w:i w:val="0"/>
        </w:rPr>
        <w:t>red, blue, yellow, green, white, brown</w:t>
      </w:r>
    </w:p>
    <w:p>
      <w:pPr>
        <w:spacing w:after="40"/>
      </w:pPr>
      <w:r>
        <w:rPr>
          <w:b/>
          <w:i w:val="0"/>
          <w:color w:val="2E5E8C"/>
        </w:rPr>
        <w:t xml:space="preserve">6) </w:t>
      </w:r>
      <w:r>
        <w:rPr>
          <w:b w:val="0"/>
          <w:i w:val="0"/>
          <w:color w:val="666666"/>
          <w:sz w:val="18"/>
        </w:rPr>
        <w:t>What do you say in the morning?</w:t>
      </w:r>
    </w:p>
    <w:p>
      <w:pPr>
        <w:spacing w:after="80"/>
        <w:ind w:left="340"/>
      </w:pPr>
      <w:r>
        <w:rPr>
          <w:b w:val="0"/>
          <w:i w:val="0"/>
        </w:rPr>
        <w:t>B) Good morning</w:t>
      </w:r>
    </w:p>
    <w:p>
      <w:pPr>
        <w:spacing w:after="40"/>
      </w:pPr>
      <w:r>
        <w:rPr>
          <w:b/>
          <w:i w:val="0"/>
          <w:color w:val="2E5E8C"/>
        </w:rPr>
        <w:t xml:space="preserve">7) </w:t>
      </w:r>
      <w:r>
        <w:rPr>
          <w:b w:val="0"/>
          <w:i w:val="0"/>
          <w:color w:val="666666"/>
          <w:sz w:val="18"/>
        </w:rPr>
        <w:t>What is this? (show a book)</w:t>
      </w:r>
    </w:p>
    <w:p>
      <w:pPr>
        <w:spacing w:after="80"/>
        <w:ind w:left="340"/>
      </w:pPr>
      <w:r>
        <w:rPr>
          <w:b w:val="0"/>
          <w:i w:val="0"/>
        </w:rPr>
        <w:t>B) It is a book</w:t>
      </w:r>
    </w:p>
    <w:p>
      <w:pPr>
        <w:spacing w:after="40"/>
      </w:pPr>
      <w:r>
        <w:rPr>
          <w:b/>
          <w:i w:val="0"/>
          <w:color w:val="2E5E8C"/>
        </w:rPr>
        <w:t xml:space="preserve">8) </w:t>
      </w:r>
      <w:r>
        <w:rPr>
          <w:b w:val="0"/>
          <w:i w:val="0"/>
          <w:color w:val="666666"/>
          <w:sz w:val="18"/>
        </w:rPr>
        <w:t>What colour is grass?</w:t>
      </w:r>
    </w:p>
    <w:p>
      <w:pPr>
        <w:spacing w:after="80"/>
        <w:ind w:left="340"/>
      </w:pPr>
      <w:r>
        <w:rPr>
          <w:b w:val="0"/>
          <w:i w:val="0"/>
        </w:rPr>
        <w:t>C) green</w:t>
      </w:r>
    </w:p>
    <w:p>
      <w:pPr>
        <w:spacing w:after="40"/>
      </w:pPr>
      <w:r>
        <w:rPr>
          <w:b/>
          <w:i w:val="0"/>
          <w:color w:val="2E5E8C"/>
        </w:rPr>
        <w:t xml:space="preserve">9) </w:t>
      </w:r>
      <w:r>
        <w:rPr>
          <w:b w:val="0"/>
          <w:i w:val="0"/>
          <w:color w:val="666666"/>
          <w:sz w:val="18"/>
        </w:rPr>
        <w:t>Number 10 in English is ___</w:t>
      </w:r>
    </w:p>
    <w:p>
      <w:pPr>
        <w:spacing w:after="80"/>
        <w:ind w:left="340"/>
      </w:pPr>
      <w:r>
        <w:rPr>
          <w:b w:val="0"/>
          <w:i w:val="0"/>
        </w:rPr>
        <w:t>A) ten</w:t>
      </w:r>
    </w:p>
    <w:p>
      <w:pPr>
        <w:spacing w:after="40"/>
      </w:pPr>
      <w:r>
        <w:rPr>
          <w:b/>
          <w:i w:val="0"/>
          <w:color w:val="2E5E8C"/>
        </w:rPr>
        <w:t xml:space="preserve">10) </w:t>
      </w:r>
      <w:r>
        <w:rPr>
          <w:b w:val="0"/>
          <w:i w:val="0"/>
          <w:color w:val="666666"/>
          <w:sz w:val="18"/>
        </w:rPr>
        <w:t>What do you say when you leave?</w:t>
      </w:r>
    </w:p>
    <w:p>
      <w:pPr>
        <w:spacing w:after="80"/>
        <w:ind w:left="340"/>
      </w:pPr>
      <w:r>
        <w:rPr>
          <w:b w:val="0"/>
          <w:i w:val="0"/>
        </w:rPr>
        <w:t>C) Good bye</w:t>
      </w:r>
    </w:p>
    <w:p>
      <w:pPr>
        <w:spacing w:after="40"/>
      </w:pPr>
      <w:r>
        <w:rPr>
          <w:b/>
          <w:i w:val="0"/>
          <w:color w:val="2E5E8C"/>
        </w:rPr>
        <w:t xml:space="preserve">11) </w:t>
      </w:r>
      <w:r>
        <w:rPr>
          <w:b w:val="0"/>
          <w:i w:val="0"/>
          <w:color w:val="666666"/>
          <w:sz w:val="18"/>
        </w:rPr>
        <w:t>We say 'Good night' in the morning.</w:t>
      </w:r>
    </w:p>
    <w:p>
      <w:pPr>
        <w:spacing w:after="80"/>
        <w:ind w:left="340"/>
      </w:pPr>
      <w:r>
        <w:rPr>
          <w:b w:val="0"/>
          <w:i w:val="0"/>
        </w:rPr>
        <w:t>Yanlış</w:t>
      </w:r>
    </w:p>
    <w:p>
      <w:pPr>
        <w:spacing w:after="40"/>
      </w:pPr>
      <w:r>
        <w:rPr>
          <w:b/>
          <w:i w:val="0"/>
          <w:color w:val="2E5E8C"/>
        </w:rPr>
        <w:t xml:space="preserve">12) </w:t>
      </w:r>
      <w:r>
        <w:rPr>
          <w:b w:val="0"/>
          <w:i w:val="0"/>
          <w:color w:val="666666"/>
          <w:sz w:val="18"/>
        </w:rPr>
        <w:t>A pencil is for writing.</w:t>
      </w:r>
    </w:p>
    <w:p>
      <w:pPr>
        <w:spacing w:after="80"/>
        <w:ind w:left="340"/>
      </w:pPr>
      <w:r>
        <w:rPr>
          <w:b w:val="0"/>
          <w:i w:val="0"/>
        </w:rPr>
        <w:t>Doğru</w:t>
      </w:r>
    </w:p>
    <w:p>
      <w:pPr>
        <w:spacing w:after="40"/>
      </w:pPr>
      <w:r>
        <w:rPr>
          <w:b/>
          <w:i w:val="0"/>
          <w:color w:val="2E5E8C"/>
        </w:rPr>
        <w:t xml:space="preserve">13) </w:t>
      </w:r>
      <w:r>
        <w:rPr>
          <w:b w:val="0"/>
          <w:i w:val="0"/>
          <w:color w:val="666666"/>
          <w:sz w:val="18"/>
        </w:rPr>
        <w:t>The colour of the sun is blue.</w:t>
      </w:r>
    </w:p>
    <w:p>
      <w:pPr>
        <w:spacing w:after="80"/>
        <w:ind w:left="340"/>
      </w:pPr>
      <w:r>
        <w:rPr>
          <w:b w:val="0"/>
          <w:i w:val="0"/>
        </w:rPr>
        <w:t>Yanlış</w:t>
      </w:r>
    </w:p>
    <w:p>
      <w:pPr>
        <w:spacing w:after="40"/>
      </w:pPr>
      <w:r>
        <w:rPr>
          <w:b/>
          <w:i w:val="0"/>
          <w:color w:val="2E5E8C"/>
        </w:rPr>
        <w:t xml:space="preserve">14) </w:t>
      </w:r>
      <w:r>
        <w:rPr>
          <w:b w:val="0"/>
          <w:i w:val="0"/>
          <w:color w:val="666666"/>
          <w:sz w:val="18"/>
        </w:rPr>
        <w:t>We sit on a chair.</w:t>
      </w:r>
    </w:p>
    <w:p>
      <w:pPr>
        <w:spacing w:after="80"/>
        <w:ind w:left="340"/>
      </w:pPr>
      <w:r>
        <w:rPr>
          <w:b w:val="0"/>
          <w:i w:val="0"/>
        </w:rPr>
        <w:t>Doğru</w:t>
      </w:r>
    </w:p>
    <w:p>
      <w:pPr>
        <w:spacing w:after="40"/>
      </w:pPr>
      <w:r>
        <w:rPr>
          <w:b/>
          <w:i w:val="0"/>
          <w:color w:val="2E5E8C"/>
        </w:rPr>
        <w:t xml:space="preserve">15) </w:t>
      </w:r>
      <w:r>
        <w:rPr>
          <w:b w:val="0"/>
          <w:i w:val="0"/>
          <w:color w:val="666666"/>
          <w:sz w:val="18"/>
        </w:rPr>
        <w:t>Number 5 in English is 'five'.</w:t>
      </w:r>
    </w:p>
    <w:p>
      <w:pPr>
        <w:spacing w:after="80"/>
        <w:ind w:left="340"/>
      </w:pPr>
      <w:r>
        <w:rPr>
          <w:b w:val="0"/>
          <w:i w:val="0"/>
        </w:rPr>
        <w:t>Doğru</w:t>
      </w:r>
    </w:p>
    <w:p>
      <w:pPr>
        <w:spacing w:after="40"/>
      </w:pPr>
      <w:r>
        <w:rPr>
          <w:b/>
          <w:i w:val="0"/>
          <w:color w:val="2E5E8C"/>
        </w:rPr>
        <w:t xml:space="preserve">16) </w:t>
      </w:r>
      <w:r>
        <w:rPr>
          <w:b w:val="0"/>
          <w:i w:val="0"/>
          <w:color w:val="666666"/>
          <w:sz w:val="18"/>
        </w:rPr>
        <w:t>Eşleştirme (3 çift)</w:t>
      </w:r>
    </w:p>
    <w:p>
      <w:pPr>
        <w:spacing w:after="80"/>
        <w:ind w:left="340"/>
      </w:pPr>
      <w:r>
        <w:rPr>
          <w:b w:val="0"/>
          <w:i w:val="0"/>
        </w:rPr>
        <w:t>1→C, 2→A, 3→B</w:t>
      </w:r>
    </w:p>
    <w:p>
      <w:pPr>
        <w:spacing w:after="40"/>
      </w:pPr>
      <w:r>
        <w:rPr>
          <w:b/>
          <w:i w:val="0"/>
          <w:color w:val="2E5E8C"/>
        </w:rPr>
        <w:t xml:space="preserve">17) </w:t>
      </w:r>
      <w:r>
        <w:rPr>
          <w:b w:val="0"/>
          <w:i w:val="0"/>
          <w:color w:val="666666"/>
          <w:sz w:val="18"/>
        </w:rPr>
        <w:t>1. Draw a **red** book. 2. Draw a **blue** pen. 3. Draw a **</w:t>
      </w:r>
    </w:p>
    <w:p>
      <w:pPr>
        <w:spacing w:after="80"/>
        <w:ind w:left="340"/>
      </w:pPr>
      <w:r>
        <w:rPr>
          <w:b w:val="0"/>
          <w:i w:val="0"/>
        </w:rPr>
        <w:t>Student's drawing. Check for correct colours and object shapes.</w:t>
      </w:r>
    </w:p>
    <w:sectPr w:rsidR="00FC693F" w:rsidRPr="0006063C" w:rsidSect="00034616">
      <w:pgSz w:w="11906" w:h="16838"/>
      <w:pgMar w:top="850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