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</w:rPr>
        <w:t>Hello English!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</w:rPr>
        <w:t>2. Sınıf İngilizce — Unit 1 Çalışma Kağıdı</w:t>
      </w:r>
    </w:p>
    <w:p>
      <w:pPr>
        <w:spacing w:after="200"/>
      </w:pPr>
      <w:r>
        <w:rPr>
          <w:b/>
          <w:i w:val="0"/>
          <w:sz w:val="20"/>
        </w:rPr>
        <w:t xml:space="preserve">Ad Soyad: </w:t>
      </w:r>
      <w:r>
        <w:rPr>
          <w:b w:val="0"/>
          <w:i w:val="0"/>
          <w:color w:val="666666"/>
          <w:sz w:val="20"/>
        </w:rPr>
        <w:t xml:space="preserve">..............................   </w:t>
      </w:r>
      <w:r>
        <w:rPr>
          <w:b/>
          <w:i w:val="0"/>
          <w:sz w:val="20"/>
        </w:rPr>
        <w:t xml:space="preserve">(Puan: ____/100)   </w:t>
      </w:r>
      <w:r>
        <w:rPr>
          <w:b/>
          <w:i w:val="0"/>
          <w:sz w:val="20"/>
        </w:rPr>
        <w:t>Sınıf: .....</w:t>
      </w:r>
      <w:r>
        <w:rPr>
          <w:b/>
          <w:i w:val="0"/>
          <w:sz w:val="20"/>
        </w:rPr>
        <w:t xml:space="preserve">  No: ....</w:t>
      </w:r>
      <w:r>
        <w:rPr>
          <w:b/>
          <w:i w:val="0"/>
          <w:sz w:val="20"/>
        </w:rPr>
        <w:t xml:space="preserve">  Tarih: ..........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A. Greetings — Selamlaşma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Match the greetings with their meanings.</w:t>
      </w:r>
    </w:p>
    <w:p>
      <w:pPr>
        <w:keepNext/>
      </w:pPr>
      <w:r>
        <w:rPr>
          <w:b/>
          <w:i w:val="0"/>
          <w:color w:val="2E5E8C"/>
        </w:rPr>
        <w:t xml:space="preserve">1) </w:t>
      </w:r>
      <w:r>
        <w:rPr>
          <w:b w:val="0"/>
          <w:i/>
          <w:color w:val="666666"/>
          <w:sz w:val="20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1. </w:t>
            </w:r>
            <w:r>
              <w:rPr>
                <w:b w:val="0"/>
                <w:i w:val="0"/>
              </w:rPr>
              <w:t>Hello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Hoşça kal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2. </w:t>
            </w:r>
            <w:r>
              <w:rPr>
                <w:b w:val="0"/>
                <w:i w:val="0"/>
              </w:rPr>
              <w:t>Good morning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Günaydın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3. </w:t>
            </w:r>
            <w:r>
              <w:rPr>
                <w:b w:val="0"/>
                <w:i w:val="0"/>
              </w:rPr>
              <w:t>Good night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Merhaba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4. </w:t>
            </w:r>
            <w:r>
              <w:rPr>
                <w:b w:val="0"/>
                <w:i w:val="0"/>
              </w:rPr>
              <w:t>Good bye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Tanıştığımıza memnun oldum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5. </w:t>
            </w:r>
            <w:r>
              <w:rPr>
                <w:b w:val="0"/>
                <w:i w:val="0"/>
              </w:rPr>
              <w:t>Hi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E) </w:t>
            </w:r>
            <w:r>
              <w:rPr>
                <w:b w:val="0"/>
                <w:i w:val="0"/>
              </w:rPr>
              <w:t>Selam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6. </w:t>
            </w:r>
            <w:r>
              <w:rPr>
                <w:b w:val="0"/>
                <w:i w:val="0"/>
              </w:rPr>
              <w:t>Nice to meet you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F) </w:t>
            </w:r>
            <w:r>
              <w:rPr>
                <w:b w:val="0"/>
                <w:i w:val="0"/>
              </w:rPr>
              <w:t>İyi geceler</w:t>
            </w:r>
          </w:p>
        </w:tc>
      </w:tr>
    </w:tbl>
    <w:p>
      <w:pPr>
        <w:spacing w:after="0"/>
      </w:pPr>
      <w:r>
        <w:rPr>
          <w:b w:val="0"/>
          <w:i w:val="0"/>
          <w:sz w:val="12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B. Classroom Objects — Sınıf Eşyaları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Look at the words and write the correct classroom object.</w:t>
      </w:r>
    </w:p>
    <w:p>
      <w:r>
        <w:rPr>
          <w:b/>
          <w:i w:val="0"/>
          <w:color w:val="2E5E8C"/>
        </w:rPr>
        <w:t xml:space="preserve">2) </w:t>
      </w:r>
      <w:r>
        <w:rPr>
          <w:b w:val="0"/>
          <w:i w:val="0"/>
        </w:rPr>
        <w:t xml:space="preserve">1. I write with a </w:t>
      </w:r>
      <w:r>
        <w:rPr>
          <w:b w:val="0"/>
          <w:i w:val="0"/>
          <w:color w:val="666666"/>
        </w:rPr>
        <w:t>__________</w:t>
      </w:r>
      <w:r>
        <w:rPr>
          <w:b w:val="0"/>
          <w:i w:val="0"/>
        </w:rPr>
        <w:t xml:space="preserve">. 2. I read a </w:t>
      </w:r>
      <w:r>
        <w:rPr>
          <w:b w:val="0"/>
          <w:i w:val="0"/>
          <w:color w:val="666666"/>
        </w:rPr>
        <w:t>____________</w:t>
      </w:r>
      <w:r>
        <w:rPr>
          <w:b w:val="0"/>
          <w:i w:val="0"/>
        </w:rPr>
        <w:t xml:space="preserve">. 3. I sit on a </w:t>
      </w:r>
      <w:r>
        <w:rPr>
          <w:b w:val="0"/>
          <w:i w:val="0"/>
          <w:color w:val="666666"/>
        </w:rPr>
        <w:t>______________</w:t>
      </w:r>
      <w:r>
        <w:rPr>
          <w:b w:val="0"/>
          <w:i w:val="0"/>
        </w:rPr>
        <w:t xml:space="preserve">. 4. I erase with a </w:t>
      </w:r>
      <w:r>
        <w:rPr>
          <w:b w:val="0"/>
          <w:i w:val="0"/>
          <w:color w:val="666666"/>
        </w:rPr>
        <w:t>________________</w:t>
      </w:r>
      <w:r>
        <w:rPr>
          <w:b w:val="0"/>
          <w:i w:val="0"/>
        </w:rPr>
        <w:t xml:space="preserve">. 5. The teacher writes on the </w:t>
      </w:r>
      <w:r>
        <w:rPr>
          <w:b w:val="0"/>
          <w:i w:val="0"/>
          <w:color w:val="666666"/>
        </w:rPr>
        <w:t>______________</w:t>
      </w:r>
      <w:r>
        <w:rPr>
          <w:b w:val="0"/>
          <w:i w:val="0"/>
        </w:rPr>
        <w:t xml:space="preserve">. 6. I measure with a </w:t>
      </w:r>
      <w:r>
        <w:rPr>
          <w:b w:val="0"/>
          <w:i w:val="0"/>
          <w:color w:val="666666"/>
        </w:rPr>
        <w:t>______________</w:t>
      </w:r>
      <w:r>
        <w:rPr>
          <w:b w:val="0"/>
          <w:i w:val="0"/>
        </w:rPr>
        <w:t xml:space="preserve">. 7. I carry my books in a school </w:t>
      </w:r>
      <w:r>
        <w:rPr>
          <w:b w:val="0"/>
          <w:i w:val="0"/>
          <w:color w:val="666666"/>
        </w:rPr>
        <w:t>__________</w:t>
      </w:r>
      <w:r>
        <w:rPr>
          <w:b w:val="0"/>
          <w:i w:val="0"/>
        </w:rPr>
        <w:t xml:space="preserve">. 8. I keep my pens in a pencil </w:t>
      </w:r>
      <w:r>
        <w:rPr>
          <w:b w:val="0"/>
          <w:i w:val="0"/>
          <w:color w:val="666666"/>
        </w:rPr>
        <w:t>____________</w:t>
      </w:r>
      <w:r>
        <w:rPr>
          <w:b w:val="0"/>
          <w:i w:val="0"/>
        </w:rPr>
        <w:t>.</w:t>
      </w:r>
    </w:p>
    <w:p>
      <w:pPr>
        <w:spacing w:before="80"/>
      </w:pPr>
      <w:r>
        <w:rPr>
          <w:b/>
          <w:i w:val="0"/>
          <w:color w:val="2E5E8C"/>
          <w:sz w:val="20"/>
        </w:rPr>
        <w:t xml:space="preserve">Kelime bankası: </w:t>
      </w:r>
      <w:r>
        <w:rPr>
          <w:b w:val="0"/>
          <w:i/>
          <w:sz w:val="20"/>
        </w:rPr>
        <w:t>case  |  rubber  |  chair  |  table  |  ruler  |  bag  |  desk  |  board  |  pen  |  book</w:t>
      </w:r>
    </w:p>
    <w:p>
      <w:pPr>
        <w:spacing w:after="0"/>
      </w:pPr>
      <w:r>
        <w:rPr>
          <w:b w:val="0"/>
          <w:i w:val="0"/>
          <w:sz w:val="12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C. Colours — Renkler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Match the colours with the Turkish meanings.</w:t>
      </w:r>
    </w:p>
    <w:p>
      <w:pPr>
        <w:keepNext/>
      </w:pPr>
      <w:r>
        <w:rPr>
          <w:b/>
          <w:i w:val="0"/>
          <w:color w:val="2E5E8C"/>
        </w:rPr>
        <w:t xml:space="preserve">3) </w:t>
      </w:r>
      <w:r>
        <w:rPr>
          <w:b w:val="0"/>
          <w:i/>
          <w:color w:val="666666"/>
          <w:sz w:val="20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1. </w:t>
            </w:r>
            <w:r>
              <w:rPr>
                <w:b w:val="0"/>
                <w:i w:val="0"/>
              </w:rPr>
              <w:t>red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mavi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2. </w:t>
            </w:r>
            <w:r>
              <w:rPr>
                <w:b w:val="0"/>
                <w:i w:val="0"/>
              </w:rPr>
              <w:t>blue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yeşil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3. </w:t>
            </w:r>
            <w:r>
              <w:rPr>
                <w:b w:val="0"/>
                <w:i w:val="0"/>
              </w:rPr>
              <w:t>green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sarı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4. </w:t>
            </w:r>
            <w:r>
              <w:rPr>
                <w:b w:val="0"/>
                <w:i w:val="0"/>
              </w:rPr>
              <w:t>yellow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turuncu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5. </w:t>
            </w:r>
            <w:r>
              <w:rPr>
                <w:b w:val="0"/>
                <w:i w:val="0"/>
              </w:rPr>
              <w:t>orange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E) </w:t>
            </w:r>
            <w:r>
              <w:rPr>
                <w:b w:val="0"/>
                <w:i w:val="0"/>
              </w:rPr>
              <w:t>siyah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6. </w:t>
            </w:r>
            <w:r>
              <w:rPr>
                <w:b w:val="0"/>
                <w:i w:val="0"/>
              </w:rPr>
              <w:t>black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F) </w:t>
            </w:r>
            <w:r>
              <w:rPr>
                <w:b w:val="0"/>
                <w:i w:val="0"/>
              </w:rPr>
              <w:t>beyaz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7. </w:t>
            </w:r>
            <w:r>
              <w:rPr>
                <w:b w:val="0"/>
                <w:i w:val="0"/>
              </w:rPr>
              <w:t>white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G) </w:t>
            </w:r>
            <w:r>
              <w:rPr>
                <w:b w:val="0"/>
                <w:i w:val="0"/>
              </w:rPr>
              <w:t>pembe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8. </w:t>
            </w:r>
            <w:r>
              <w:rPr>
                <w:b w:val="0"/>
                <w:i w:val="0"/>
              </w:rPr>
              <w:t>pink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H) </w:t>
            </w:r>
            <w:r>
              <w:rPr>
                <w:b w:val="0"/>
                <w:i w:val="0"/>
              </w:rPr>
              <w:t>mor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9. </w:t>
            </w:r>
            <w:r>
              <w:rPr>
                <w:b w:val="0"/>
                <w:i w:val="0"/>
              </w:rPr>
              <w:t>purple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J) </w:t>
            </w:r>
            <w:r>
              <w:rPr>
                <w:b w:val="0"/>
                <w:i w:val="0"/>
              </w:rPr>
              <w:t>kahverengi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10. </w:t>
            </w:r>
            <w:r>
              <w:rPr>
                <w:b w:val="0"/>
                <w:i w:val="0"/>
              </w:rPr>
              <w:t>brown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K) </w:t>
            </w:r>
            <w:r>
              <w:rPr>
                <w:b w:val="0"/>
                <w:i w:val="0"/>
              </w:rPr>
              <w:t>kırmızı</w:t>
            </w:r>
          </w:p>
        </w:tc>
      </w:tr>
    </w:tbl>
    <w:p>
      <w:pPr>
        <w:spacing w:after="0"/>
      </w:pPr>
      <w:r>
        <w:rPr>
          <w:b w:val="0"/>
          <w:i w:val="0"/>
          <w:sz w:val="12"/>
        </w:rPr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D. Numbers 1-15 — Sayılar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Write the numbers in English.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2268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Number</w:t>
            </w:r>
          </w:p>
        </w:tc>
        <w:tc>
          <w:tcPr>
            <w:tcW w:type="dxa" w:w="5669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English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1</w:t>
            </w:r>
          </w:p>
        </w:tc>
        <w:tc>
          <w:tcPr>
            <w:tcW w:type="dxa" w:w="5669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__________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2</w:t>
            </w:r>
          </w:p>
        </w:tc>
        <w:tc>
          <w:tcPr>
            <w:tcW w:type="dxa" w:w="5669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__________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3</w:t>
            </w:r>
          </w:p>
        </w:tc>
        <w:tc>
          <w:tcPr>
            <w:tcW w:type="dxa" w:w="5669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__________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5</w:t>
            </w:r>
          </w:p>
        </w:tc>
        <w:tc>
          <w:tcPr>
            <w:tcW w:type="dxa" w:w="5669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__________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7</w:t>
            </w:r>
          </w:p>
        </w:tc>
        <w:tc>
          <w:tcPr>
            <w:tcW w:type="dxa" w:w="5669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__________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10</w:t>
            </w:r>
          </w:p>
        </w:tc>
        <w:tc>
          <w:tcPr>
            <w:tcW w:type="dxa" w:w="5669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__________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12</w:t>
            </w:r>
          </w:p>
        </w:tc>
        <w:tc>
          <w:tcPr>
            <w:tcW w:type="dxa" w:w="5669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__________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15</w:t>
            </w:r>
          </w:p>
        </w:tc>
        <w:tc>
          <w:tcPr>
            <w:tcW w:type="dxa" w:w="5669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</w:rPr>
              <w:t xml:space="preserve">REMEMBER: </w:t>
            </w:r>
            <w:r>
              <w:rPr>
                <w:b w:val="0"/>
                <w:i w:val="0"/>
              </w:rPr>
              <w:t>1=one, 2=two, 3=three, 4=four, 5=five, 6=six, 7=seven, 8=eight, 9=nine, 10=ten, 11=eleven, 12=twelve, 13=thirteen, 14=fourteen, 15=fifteen</w:t>
            </w:r>
          </w:p>
        </w:tc>
      </w:tr>
    </w:tbl>
    <w:p>
      <w:pPr>
        <w:spacing w:after="0"/>
      </w:pPr>
    </w:p>
    <w:p>
      <w:pPr>
        <w:spacing w:after="0"/>
      </w:pPr>
      <w:r>
        <w:rPr>
          <w:b w:val="0"/>
          <w:i w:val="0"/>
          <w:sz w:val="12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E. 'It is a ___' — Pattern Practice</w:t>
      </w:r>
    </w:p>
    <w:p>
      <w:pPr>
        <w:jc w:val="both"/>
      </w:pPr>
      <w:r>
        <w:rPr>
          <w:b w:val="0"/>
          <w:i w:val="0"/>
        </w:rPr>
        <w:t xml:space="preserve">We say: </w:t>
      </w:r>
      <w:r>
        <w:rPr>
          <w:b/>
          <w:i w:val="0"/>
        </w:rPr>
        <w:t>It is a book.</w:t>
      </w:r>
      <w:r>
        <w:rPr>
          <w:b w:val="0"/>
          <w:i w:val="0"/>
        </w:rPr>
        <w:t xml:space="preserve"> </w:t>
      </w:r>
      <w:r>
        <w:rPr>
          <w:b/>
          <w:i w:val="0"/>
        </w:rPr>
        <w:t>It is a pen.</w:t>
      </w:r>
      <w:r>
        <w:rPr>
          <w:b w:val="0"/>
          <w:i w:val="0"/>
        </w:rPr>
        <w:t xml:space="preserve"> We ask: </w:t>
      </w:r>
      <w:r>
        <w:rPr>
          <w:b/>
          <w:i w:val="0"/>
        </w:rPr>
        <w:t>What is this?</w:t>
      </w:r>
      <w:r>
        <w:rPr>
          <w:b w:val="0"/>
          <w:i w:val="0"/>
        </w:rPr>
        <w:t xml:space="preserve"> Answer: </w:t>
      </w:r>
      <w:r>
        <w:rPr>
          <w:b/>
          <w:i w:val="0"/>
        </w:rPr>
        <w:t>It is a 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</w:rPr>
              <w:t>EXAMPLE</w:t>
            </w:r>
          </w:p>
          <w:p>
            <w:r>
              <w:rPr>
                <w:b w:val="0"/>
                <w:i w:val="0"/>
              </w:rPr>
              <w:t>What is this? (show a pencil)</w:t>
            </w:r>
          </w:p>
          <w:p>
            <w:r>
              <w:rPr>
                <w:b w:val="0"/>
                <w:i/>
                <w:color w:val="666666"/>
                <w:sz w:val="20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</w:rPr>
              <w:t xml:space="preserve">1. </w:t>
            </w:r>
            <w:r>
              <w:rPr>
                <w:b w:val="0"/>
                <w:i w:val="0"/>
              </w:rPr>
              <w:t xml:space="preserve">It is a </w:t>
            </w:r>
            <w:r>
              <w:rPr>
                <w:b/>
                <w:i w:val="0"/>
              </w:rPr>
              <w:t>pencil</w:t>
            </w:r>
            <w:r>
              <w:rPr>
                <w:b w:val="0"/>
                <w:i w:val="0"/>
              </w:rPr>
              <w:t>.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Look at the picture word and write the answer.</w:t>
      </w:r>
    </w:p>
    <w:p>
      <w:r>
        <w:rPr>
          <w:b/>
          <w:i w:val="0"/>
          <w:color w:val="2E5E8C"/>
        </w:rPr>
        <w:t xml:space="preserve">4) </w:t>
      </w:r>
      <w:r>
        <w:rPr>
          <w:b w:val="0"/>
          <w:i w:val="0"/>
        </w:rPr>
        <w:t xml:space="preserve">1. What is this? (book) → It is a </w:t>
      </w:r>
      <w:r>
        <w:rPr>
          <w:b w:val="0"/>
          <w:i w:val="0"/>
          <w:color w:val="666666"/>
        </w:rPr>
        <w:t>____________</w:t>
      </w:r>
      <w:r>
        <w:rPr>
          <w:b w:val="0"/>
          <w:i w:val="0"/>
        </w:rPr>
        <w:t xml:space="preserve">. 2. What is this? (chair) → It is a </w:t>
      </w:r>
      <w:r>
        <w:rPr>
          <w:b w:val="0"/>
          <w:i w:val="0"/>
          <w:color w:val="666666"/>
        </w:rPr>
        <w:t>______________</w:t>
      </w:r>
      <w:r>
        <w:rPr>
          <w:b w:val="0"/>
          <w:i w:val="0"/>
        </w:rPr>
        <w:t xml:space="preserve">. 3. What is this? (pen) → It is a </w:t>
      </w:r>
      <w:r>
        <w:rPr>
          <w:b w:val="0"/>
          <w:i w:val="0"/>
          <w:color w:val="666666"/>
        </w:rPr>
        <w:t>__________</w:t>
      </w:r>
      <w:r>
        <w:rPr>
          <w:b w:val="0"/>
          <w:i w:val="0"/>
        </w:rPr>
        <w:t xml:space="preserve">. 4. What is this? (ruler) → It is a </w:t>
      </w:r>
      <w:r>
        <w:rPr>
          <w:b w:val="0"/>
          <w:i w:val="0"/>
          <w:color w:val="666666"/>
        </w:rPr>
        <w:t>______________</w:t>
      </w:r>
      <w:r>
        <w:rPr>
          <w:b w:val="0"/>
          <w:i w:val="0"/>
        </w:rPr>
        <w:t xml:space="preserve">. 5. What is this? (bag) → It is a </w:t>
      </w:r>
      <w:r>
        <w:rPr>
          <w:b w:val="0"/>
          <w:i w:val="0"/>
          <w:color w:val="666666"/>
        </w:rPr>
        <w:t>__________</w:t>
      </w:r>
      <w:r>
        <w:rPr>
          <w:b w:val="0"/>
          <w:i w:val="0"/>
        </w:rPr>
        <w:t>.</w:t>
      </w:r>
    </w:p>
    <w:p>
      <w:pPr>
        <w:spacing w:after="0"/>
      </w:pPr>
      <w:r>
        <w:rPr>
          <w:b w:val="0"/>
          <w:i w:val="0"/>
          <w:sz w:val="12"/>
        </w:rPr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F. What Colour Is It?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Answer the questions about colours.</w:t>
      </w:r>
    </w:p>
    <w:p>
      <w:r>
        <w:rPr>
          <w:b/>
          <w:i w:val="0"/>
          <w:color w:val="2E5E8C"/>
        </w:rPr>
        <w:t xml:space="preserve">5) </w:t>
      </w:r>
      <w:r>
        <w:rPr>
          <w:b w:val="0"/>
          <w:i w:val="0"/>
        </w:rPr>
        <w:t xml:space="preserve">1. An apple is </w:t>
      </w:r>
      <w:r>
        <w:rPr>
          <w:b w:val="0"/>
          <w:i w:val="0"/>
          <w:color w:val="666666"/>
        </w:rPr>
        <w:t>__________</w:t>
      </w:r>
      <w:r>
        <w:rPr>
          <w:b w:val="0"/>
          <w:i w:val="0"/>
        </w:rPr>
        <w:t xml:space="preserve">. 2. The sky is </w:t>
      </w:r>
      <w:r>
        <w:rPr>
          <w:b w:val="0"/>
          <w:i w:val="0"/>
          <w:color w:val="666666"/>
        </w:rPr>
        <w:t>____________</w:t>
      </w:r>
      <w:r>
        <w:rPr>
          <w:b w:val="0"/>
          <w:i w:val="0"/>
        </w:rPr>
        <w:t xml:space="preserve">. 3. A banana is </w:t>
      </w:r>
      <w:r>
        <w:rPr>
          <w:b w:val="0"/>
          <w:i w:val="0"/>
          <w:color w:val="666666"/>
        </w:rPr>
        <w:t>________________</w:t>
      </w:r>
      <w:r>
        <w:rPr>
          <w:b w:val="0"/>
          <w:i w:val="0"/>
        </w:rPr>
        <w:t xml:space="preserve">. 4. Grass is </w:t>
      </w:r>
      <w:r>
        <w:rPr>
          <w:b w:val="0"/>
          <w:i w:val="0"/>
          <w:color w:val="666666"/>
        </w:rPr>
        <w:t>______________</w:t>
      </w:r>
      <w:r>
        <w:rPr>
          <w:b w:val="0"/>
          <w:i w:val="0"/>
        </w:rPr>
        <w:t xml:space="preserve">. 5. Snow is </w:t>
      </w:r>
      <w:r>
        <w:rPr>
          <w:b w:val="0"/>
          <w:i w:val="0"/>
          <w:color w:val="666666"/>
        </w:rPr>
        <w:t>______________</w:t>
      </w:r>
      <w:r>
        <w:rPr>
          <w:b w:val="0"/>
          <w:i w:val="0"/>
        </w:rPr>
        <w:t xml:space="preserve">. 6. A bear is </w:t>
      </w:r>
      <w:r>
        <w:rPr>
          <w:b w:val="0"/>
          <w:i w:val="0"/>
          <w:color w:val="666666"/>
        </w:rPr>
        <w:t>______________</w:t>
      </w:r>
      <w:r>
        <w:rPr>
          <w:b w:val="0"/>
          <w:i w:val="0"/>
        </w:rPr>
        <w:t>.</w:t>
      </w:r>
    </w:p>
    <w:p>
      <w:pPr>
        <w:spacing w:before="80"/>
      </w:pPr>
      <w:r>
        <w:rPr>
          <w:b/>
          <w:i w:val="0"/>
          <w:color w:val="2E5E8C"/>
          <w:sz w:val="20"/>
        </w:rPr>
        <w:t xml:space="preserve">Kelime bankası: </w:t>
      </w:r>
      <w:r>
        <w:rPr>
          <w:b w:val="0"/>
          <w:i/>
          <w:sz w:val="20"/>
        </w:rPr>
        <w:t>green  |  white  |  pink  |  orange  |  yellow  |  brown  |  red  |  blue</w:t>
      </w:r>
    </w:p>
    <w:p>
      <w:pPr>
        <w:spacing w:after="0"/>
      </w:pPr>
      <w:r>
        <w:rPr>
          <w:b w:val="0"/>
          <w:i w:val="0"/>
          <w:sz w:val="12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G. Multiple Choice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6) </w:t>
      </w:r>
      <w:r>
        <w:rPr>
          <w:b w:val="0"/>
          <w:i w:val="0"/>
        </w:rPr>
        <w:t>What do you say in the morning?</w:t>
      </w:r>
      <w:r>
        <w:rPr>
          <w:b w:val="0"/>
          <w:i/>
          <w:color w:val="666666"/>
          <w:sz w:val="18"/>
        </w:rPr>
        <w:t xml:space="preserve">  (10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Good night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Good morning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Good bye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Hello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7) </w:t>
      </w:r>
      <w:r>
        <w:rPr>
          <w:b w:val="0"/>
          <w:i w:val="0"/>
        </w:rPr>
        <w:t>What is this? (show a book)</w:t>
      </w:r>
      <w:r>
        <w:rPr>
          <w:b w:val="0"/>
          <w:i/>
          <w:color w:val="666666"/>
          <w:sz w:val="18"/>
        </w:rPr>
        <w:t xml:space="preserve">  (10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It is a pen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It is a book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It is a chair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It is a bag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8) </w:t>
      </w:r>
      <w:r>
        <w:rPr>
          <w:b w:val="0"/>
          <w:i w:val="0"/>
        </w:rPr>
        <w:t>What colour is grass?</w:t>
      </w:r>
      <w:r>
        <w:rPr>
          <w:b w:val="0"/>
          <w:i/>
          <w:color w:val="666666"/>
          <w:sz w:val="18"/>
        </w:rPr>
        <w:t xml:space="preserve">  (10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red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blue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green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yellow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9) </w:t>
      </w:r>
      <w:r>
        <w:rPr>
          <w:b w:val="0"/>
          <w:i w:val="0"/>
        </w:rPr>
        <w:t>Number 10 in English is ___</w:t>
      </w:r>
      <w:r>
        <w:rPr>
          <w:b w:val="0"/>
          <w:i/>
          <w:color w:val="666666"/>
          <w:sz w:val="18"/>
        </w:rPr>
        <w:t xml:space="preserve">  (10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ten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two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twelve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ten + two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10) </w:t>
      </w:r>
      <w:r>
        <w:rPr>
          <w:b w:val="0"/>
          <w:i w:val="0"/>
        </w:rPr>
        <w:t>What do you say when you leave?</w:t>
      </w:r>
      <w:r>
        <w:rPr>
          <w:b w:val="0"/>
          <w:i/>
          <w:color w:val="666666"/>
          <w:sz w:val="18"/>
        </w:rPr>
        <w:t xml:space="preserve">  (10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Hello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Hi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Good bye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Good morning</w:t>
            </w:r>
          </w:p>
        </w:tc>
      </w:tr>
    </w:tbl>
    <w:p>
      <w:pPr>
        <w:spacing w:after="0"/>
      </w:pPr>
      <w:r>
        <w:rPr>
          <w:b w:val="0"/>
          <w:i w:val="0"/>
          <w:sz w:val="12"/>
        </w:rPr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H. True / False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Mark True (✓) or False (✗).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11) </w:t>
      </w:r>
      <w:r>
        <w:rPr>
          <w:b w:val="0"/>
          <w:i w:val="0"/>
        </w:rPr>
        <w:t>We say 'Good night' in the morning.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12) </w:t>
      </w:r>
      <w:r>
        <w:rPr>
          <w:b w:val="0"/>
          <w:i w:val="0"/>
        </w:rPr>
        <w:t>A pencil is for writing.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13) </w:t>
      </w:r>
      <w:r>
        <w:rPr>
          <w:b w:val="0"/>
          <w:i w:val="0"/>
        </w:rPr>
        <w:t>The colour of the sun is blue.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14) </w:t>
      </w:r>
      <w:r>
        <w:rPr>
          <w:b w:val="0"/>
          <w:i w:val="0"/>
        </w:rPr>
        <w:t>We sit on a chair.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15) </w:t>
      </w:r>
      <w:r>
        <w:rPr>
          <w:b w:val="0"/>
          <w:i w:val="0"/>
        </w:rPr>
        <w:t>Number 5 in English is 'five'.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</w:rPr>
        <w:t>(     ) Doğru      (     ) Yanlış</w:t>
      </w:r>
    </w:p>
    <w:p>
      <w:pPr>
        <w:spacing w:after="0"/>
      </w:pPr>
      <w:r>
        <w:rPr>
          <w:b w:val="0"/>
          <w:i w:val="0"/>
          <w:sz w:val="12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I. Shapes — Şekiller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Match the shapes with their names.</w:t>
      </w:r>
    </w:p>
    <w:p>
      <w:pPr>
        <w:keepNext/>
      </w:pPr>
      <w:r>
        <w:rPr>
          <w:b/>
          <w:i w:val="0"/>
          <w:color w:val="2E5E8C"/>
        </w:rPr>
        <w:t xml:space="preserve">16) </w:t>
      </w:r>
      <w:r>
        <w:rPr>
          <w:b w:val="0"/>
          <w:i/>
          <w:color w:val="666666"/>
          <w:sz w:val="20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1. </w:t>
            </w:r>
            <w:r>
              <w:rPr>
                <w:b w:val="0"/>
                <w:i w:val="0"/>
              </w:rPr>
              <w:t>●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square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2. </w:t>
            </w:r>
            <w:r>
              <w:rPr>
                <w:b w:val="0"/>
                <w:i w:val="0"/>
              </w:rPr>
              <w:t>■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triangle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3. </w:t>
            </w:r>
            <w:r>
              <w:rPr>
                <w:b w:val="0"/>
                <w:i w:val="0"/>
              </w:rPr>
              <w:t>▲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circle</w:t>
            </w:r>
          </w:p>
        </w:tc>
      </w:tr>
    </w:tbl>
    <w:p>
      <w:pPr>
        <w:spacing w:after="0"/>
      </w:pPr>
      <w:r>
        <w:rPr>
          <w:b w:val="0"/>
          <w:i w:val="0"/>
          <w:sz w:val="12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J. Drawing — Çizim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Draw and colour the objects.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17) </w:t>
      </w:r>
      <w:r>
        <w:rPr>
          <w:b w:val="0"/>
          <w:i w:val="0"/>
        </w:rPr>
        <w:t xml:space="preserve">1. Draw a </w:t>
      </w:r>
      <w:r>
        <w:rPr>
          <w:b/>
          <w:i w:val="0"/>
        </w:rPr>
        <w:t>red</w:t>
      </w:r>
      <w:r>
        <w:rPr>
          <w:b w:val="0"/>
          <w:i w:val="0"/>
        </w:rPr>
        <w:t xml:space="preserve"> book. 2. Draw a </w:t>
      </w:r>
      <w:r>
        <w:rPr>
          <w:b/>
          <w:i w:val="0"/>
        </w:rPr>
        <w:t>blue</w:t>
      </w:r>
      <w:r>
        <w:rPr>
          <w:b w:val="0"/>
          <w:i w:val="0"/>
        </w:rPr>
        <w:t xml:space="preserve"> pen. 3. Draw a </w:t>
      </w:r>
      <w:r>
        <w:rPr>
          <w:b/>
          <w:i w:val="0"/>
        </w:rPr>
        <w:t>yellow</w:t>
      </w:r>
      <w:r>
        <w:rPr>
          <w:b w:val="0"/>
          <w:i w:val="0"/>
        </w:rPr>
        <w:t xml:space="preserve"> chair. 4. Draw a </w:t>
      </w:r>
      <w:r>
        <w:rPr>
          <w:b/>
          <w:i w:val="0"/>
        </w:rPr>
        <w:t>green</w:t>
      </w:r>
      <w:r>
        <w:rPr>
          <w:b w:val="0"/>
          <w:i w:val="0"/>
        </w:rPr>
        <w:t xml:space="preserve"> ruler.</w:t>
      </w:r>
      <w:r>
        <w:rPr>
          <w:b w:val="0"/>
          <w:i/>
          <w:color w:val="666666"/>
          <w:sz w:val="18"/>
        </w:rPr>
        <w:t xml:space="preserve">  (20 puan)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0"/>
      </w:pPr>
      <w:r>
        <w:rPr>
          <w:b w:val="0"/>
          <w:i w:val="0"/>
          <w:sz w:val="12"/>
        </w:rPr>
      </w:r>
    </w:p>
    <w:p>
      <w:pPr>
        <w:tabs>
          <w:tab w:pos="9638" w:val="right" w:leader="dot"/>
        </w:tabs>
      </w:pPr>
      <w:r>
        <w:rPr>
          <w:b w:val="0"/>
          <w:i w:val="0"/>
        </w:rPr>
        <w:tab/>
      </w:r>
      <w:r>
        <w:rPr>
          <w:b w:val="0"/>
          <w:i w:val="0"/>
        </w:rPr>
        <w:t>Total: 100 points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</w:rPr>
      <w:t xml:space="preserve">2. Sınıf — Unit 1: Hello English!   —   </w:t>
    </w:r>
    <w:r>
      <w:rPr>
        <w:b w:val="0"/>
        <w:i w:val="0"/>
        <w:color w:val="666666"/>
        <w:sz w:val="18"/>
      </w:rPr>
      <w:t xml:space="preserve">Sayfa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</w:rPr>
      <w:t>İngilizce</w:t>
    </w:r>
    <w:r>
      <w:rPr>
        <w:b w:val="0"/>
        <w:i w:val="0"/>
        <w:color w:val="666666"/>
        <w:sz w:val="18"/>
      </w:rPr>
      <w:tab/>
      <w:t>Serdarlı İlkokulu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